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Шість тисяч поїздів</w:t>
      </w:r>
    </w:p>
    <w:p>
      <w:r>
        <w:br/>
        <w:t xml:space="preserve"> По коліях Італії,&lt;br /&gt;</w:t>
        <w:br/>
        <w:t>Між гір, долин, полів,&lt;br /&gt;</w:t>
        <w:br/>
        <w:t>Вистукують, вигрюкують&lt;br /&gt;</w:t>
        <w:br/>
        <w:t>Шість тисяч поїздів.</w:t>
      </w:r>
    </w:p>
    <w:p>
      <w:r>
        <w:br/>
        <w:t>В різні міста ідуть поїзди,&lt;br /&gt;</w:t>
        <w:br/>
        <w:t>Сідай у вагон і їдь — хто куди,&lt;br /&gt;</w:t>
        <w:br/>
        <w:t>Ідуть поїзди у Мілан, у Турін,&lt;br /&gt;</w:t>
        <w:br/>
        <w:t>В П'яченцу, Віченцу, Фаенцу і в Рим;&lt;br /&gt;</w:t>
        <w:br/>
        <w:t>Йдуть у Флоренцію, йдуть у Венецію,&lt;br /&gt;</w:t>
        <w:br/>
        <w:t>Йдуть у Неаполь, у Парму, у Спецію...</w:t>
      </w:r>
    </w:p>
    <w:p>
      <w:r>
        <w:br/>
        <w:t>Дійдуть до річки — не треба брести:&lt;br /&gt;</w:t>
        <w:br/>
        <w:t>Їх по сухому проводять мости;&lt;br /&gt;</w:t>
        <w:br/>
        <w:t>Дійдуть до моря — і з Реджо в Сіцілію&lt;br /&gt;</w:t>
        <w:br/>
        <w:t>Пливуть поромом валкою цілою.</w:t>
      </w:r>
    </w:p>
    <w:p>
      <w:r>
        <w:br/>
        <w:t>Якби шість тисяч цих составів&lt;br /&gt;</w:t>
        <w:br/>
        <w:t>В одну колону хто поставив,&lt;br /&gt;</w:t>
        <w:br/>
        <w:t>То довжина була б її&lt;br /&gt;</w:t>
        <w:br/>
        <w:t>Від Альп аж до Калабрії.</w:t>
      </w:r>
    </w:p>
    <w:p>
      <w:r>
        <w:br/>
        <w:t>І кожен состав веде машиніст,&lt;br /&gt;</w:t>
        <w:br/>
        <w:t>Пильнує, де спуск, а де — переїзд.&lt;br /&gt;</w:t>
        <w:br/>
        <w:t>Дасть пари — і поїзд іде на весь хід,&lt;br /&gt;</w:t>
        <w:br/>
        <w:t>А схоче — зупинить машину, і квит!&lt;br /&gt;</w:t>
        <w:br/>
        <w:t>Тому я раджу усім вам, синьйори:&lt;br /&gt;</w:t>
        <w:br/>
        <w:t>Не зліть машиніста, бо буде вам горе.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Шість тисяч поїздів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