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Шукаю звістки, чекаю зову...</w:t>
      </w:r>
    </w:p>
    <w:p>
      <w:r>
        <w:br/>
        <w:t xml:space="preserve"> Олександр Блок&lt;br /&gt;</w:t>
        <w:br/>
        <w:t>Шукаю звістки, чекаю зову...</w:t>
      </w:r>
    </w:p>
    <w:p>
      <w:r>
        <w:br/>
        <w:t>Перекладач: Кирило Васюков</w:t>
      </w:r>
    </w:p>
    <w:p>
      <w:r>
        <w:br/>
        <w:t>Шукаю звістки, чекаю зову,&lt;br /&gt;</w:t>
        <w:br/>
        <w:t>Німіє небо, земля мовчазна,&lt;br /&gt;</w:t>
        <w:br/>
        <w:t>На мить прокинулась моя промова, —&lt;br /&gt;</w:t>
        <w:br/>
        <w:t>З-від ниви жовтої, о мить прекрасна!</w:t>
      </w:r>
    </w:p>
    <w:p>
      <w:r>
        <w:br/>
        <w:t>Із відголосків тієї мови,&lt;br /&gt;</w:t>
        <w:br/>
        <w:t>З нічного неба, з полів дрімотних,&lt;br /&gt;</w:t>
        <w:br/>
        <w:t>Я марно мрію про зустріч нову,&lt;br /&gt;</w:t>
        <w:br/>
        <w:t>Таку яскраву та епізодну.</w:t>
      </w:r>
    </w:p>
    <w:p>
      <w:r>
        <w:br/>
        <w:t>Я жду — й переляк проймає знову,&lt;br /&gt;</w:t>
        <w:br/>
        <w:t>Зоріє небо крізь німотіння...&lt;br /&gt;</w:t>
        <w:br/>
        <w:t>Таємну змову зруйнує слово...&lt;br /&gt;</w:t>
        <w:br/>
        <w:t>Помилуй, Боже, нічні створіння!</w:t>
      </w:r>
    </w:p>
    <w:p>
      <w:r>
        <w:br/>
        <w:t>На мить змайнуло зі сна, зі схову,&lt;br /&gt;</w:t>
        <w:br/>
        <w:t>Як відгук дальній моє волання.&lt;br /&gt;</w:t>
        <w:br/>
        <w:t>Шукаю звістки, чекаю зову,&lt;br /&gt;</w:t>
        <w:br/>
        <w:t>Та все триває землі мовчання.</w:t>
      </w:r>
    </w:p>
    <w:p>
      <w:r>
        <w:br/>
        <w:t>7 липня 1901.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Шукаю звістки, чекаю зову...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