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Сліпий</w:t>
      </w:r>
    </w:p>
    <w:p>
      <w:r>
        <w:br/>
        <w:t xml:space="preserve"> &lt;p&gt;Чому таку радість викликає в нас перше весняне сонце? Чому це світло, падаючи на землю, сповнює нас безмежним щастям існування? Небо над нами синє-синє, все навколо нас зеленіє, будинки білі, аж вилискують; і захоплені очі наші впивають ці ярі барви, що од них такою веселістю займаються душі. І нам шалено хочеться танцювати, бігати, співати, думки стають блаженно-легкі, надмірна ніжність рветься із грудей; хотілося б сонце обняти.</w:t>
      </w:r>
    </w:p>
    <w:p>
      <w:r>
        <w:br/>
        <w:t>А сліпі під дверима, байдужі у вічній своїй темноті, зостаються спокійними, як завжди, серед цього нового сп’яніння, не розуміють його і все стримують своїх псів, що хотіли б вирватись на волю.</w:t>
      </w:r>
    </w:p>
    <w:p>
      <w:r>
        <w:br/>
        <w:t>Коли вони вертаються ввечері, спираючись на руку братикові чи сестричці, і дитя каже: "Яка сьогодні година чудова була!" — то у відповідь лунає: "І я помітив, що було гарно надворі, Люлю не можна було вдержати".</w:t>
      </w:r>
    </w:p>
    <w:p>
      <w:r>
        <w:br/>
        <w:t>Я знав одного з цих бідолах, котрому життя обернулось на таку муку, що гіршої і не вимислити.</w:t>
      </w:r>
    </w:p>
    <w:p>
      <w:r>
        <w:br/>
        <w:t>То був селянин, син нормандського фермера. Доки живі були його батько та мати, то ще сяк-так про нього дбали; він страждав тільки, власне, од страшного свого каліцтва; та коли старі повмирали, для нього почалось жахливе існування. Його взяла до себе сестра, і всі на фермі мали його за ледаря та дармоїда. Тільки, було, сядуть до столу, як почнуть дорікати шматком хліба, звати лінюхом, мугирем, і хоча шуряк забрав собі його спадщину, йому давали, та й то скупуючи, лише якоїсь юшки, так, аби не вмер.</w:t>
      </w:r>
    </w:p>
    <w:p>
      <w:r>
        <w:br/>
        <w:t>Мав він обличчя бліде-пребліде і великі білі очі, схожі на оплатки; усі кривди терпів мовчки, настільки заглиблений в самому собі, що не знати було, чи він їх відчуває. Ніколи, зрештою, не зазнав він ніякої ласки, мати завжди обходилась з ним суворо, бо не дуже-то любила його. На селі хто некорисний, той і шкідливий, і селяни охоче чинили б так, як чинять кури, що вбивають своїх виродків.</w:t>
      </w:r>
    </w:p>
    <w:p>
      <w:r>
        <w:br/>
        <w:t>З’ївши юшку, сяде він, було, влітку під дверима, зимою — біля печі та й не ворушиться до самого вечора. Ні рукою не двигне, не стинеться; тільки повіки йому якось нервово здригались і опускались інколи на білі плями очей. Чи мав він розум, думки, чи усвідомлював собі докладно своє життя? Ніхто тим не цікавився.</w:t>
      </w:r>
    </w:p>
    <w:p>
      <w:r>
        <w:br/>
        <w:t>Так тривало кілька років. Та нездатність його до будь-якої праці, а також байдужа його терплячість обурили кінець кінцем родичів^ і він став за посміховисько, за якогось блазня-мученика, став за жертву природженої жорстокості, збуджуючи дику веселість у темних людях, що його оточували.</w:t>
      </w:r>
    </w:p>
    <w:p>
      <w:r>
        <w:br/>
        <w:t>Вигадували різні негарні жарти, до яких давало привід його нещастя. І, щоб відшкодувати собі те, що він їв, робили з тих годин, коли бідолаха бував за столом, втішні видовища для сусідів і муку тяжку для каліки.</w:t>
      </w:r>
    </w:p>
    <w:p>
      <w:r>
        <w:br/>
        <w:t>Селяни з ближчих хат сходилися на ці вистави; про них сповіщалося з двору в двір, і кухня на фермі бувала повна щодня. Ото візьмуть, було, та й висадять на стіл, де стоїть перед ним тарілка з юшкою, кота чи там собаку. Тварина, інстинктом угадуючи чоловікову ваду, наблизиться до тарілки і тихенько почне звідти хлебтати. А як язик сьорбне занадто голосно і тим приверне увагу нещасного, то кішка чи собака й одскочить, відчувши небезпеку, і уникає удару ложкою, що нею той перед себе навмання розмахує.</w:t>
      </w:r>
    </w:p>
    <w:p>
      <w:r>
        <w:br/>
        <w:t>Отут-то ішли пересміхи, підштовхування та тупання ногами серед глядачів, що тислися попід стінками. А сліпий ні пари з уст, — він знову береться правою рукою до юшки, а лівою, виставивши її наперед, затуляє та захищає свою тарілку.</w:t>
      </w:r>
    </w:p>
    <w:p>
      <w:r>
        <w:br/>
        <w:t>Іноді йому вкидали в страву затички від пляшок, тріски, листя або й кал навіть, і він жував, неспроможний розібрати, що то таке.</w:t>
      </w:r>
    </w:p>
    <w:p>
      <w:r>
        <w:br/>
        <w:t>Потім і ті жарти нарешті обридли, і шуряк, лютий з того, що сліпого доводиться щодня годувати, почав його бити, частувати безпрестану ляпасами, сміючись з марних зусиль відбити удари чи й повернути їх. З того виникла нарешті нова гра: гра в поличники. Погоничі, чорнороби, наймички щохвилини ляскали його по виду, а він од того швидко-швидко кліпав очима. Не знаючи, куди сховатись, він тільки простягав руки, щоб уникнути нападів.</w:t>
      </w:r>
    </w:p>
    <w:p>
      <w:r>
        <w:br/>
        <w:t>Нарешті його змусили старцювати. Ставили в ярмаркові дні при дорозі, і він, тільки-но, було, почує, що хтось підходить чи під’їздить, простягав шапку й бурмотів: "Подайте, коли ласка ваша".</w:t>
      </w:r>
    </w:p>
    <w:p>
      <w:r>
        <w:br/>
        <w:t>Та селяни не люблять розкидатися грішми, і він іноді цілими тижнями жодного су не приносив.</w:t>
      </w:r>
    </w:p>
    <w:p>
      <w:r>
        <w:br/>
        <w:t>Звідти виникла до нього нестямна, смертельна ненависть. І ось як він умер.</w:t>
      </w:r>
    </w:p>
    <w:p>
      <w:r>
        <w:br/>
        <w:t>Якось узимку земля була вкрита снігом, мороз лютував. Шуряк завів його одного ранку дуже далеко на великий шлях просити милостині. Він залишив там сліпого на цілий день, а як зайшла ніч, то сказав своїм удома, що не знайшов його там, де поставив. Потім додав: "Ах! Чого там непокоїтись, його хтось, певне, забрав до себе перегрітись. Дідько з ним, не пропаде, завтра ж прийде по свою юшку".</w:t>
      </w:r>
    </w:p>
    <w:p>
      <w:r>
        <w:br/>
        <w:t>Другого дня сліпий не прийшов.</w:t>
      </w:r>
    </w:p>
    <w:p>
      <w:r>
        <w:br/>
        <w:t>По довгих годинах чекання, дойнятий до кісток морозом, передчуваючи смерть, сліпий рушив у путь. Не мігши знайти дороги під сніговими заметами, він блукав навмання, падав у рови, підводився знову — і мовчав увесь час, як німий, намагаючись добитись до якогось житла. Та одубіння від холодного снігу врешті змогло його, ноги не служили, і він сів серед поля та вже й не встав.</w:t>
      </w:r>
    </w:p>
    <w:p>
      <w:r>
        <w:br/>
        <w:t>Білі лапаті пластівні снігу похоронили його під собою. Його задубле тіло зникло під їхньою рухливою навалою; і не зосталося жодного знаку, де лежить труп.</w:t>
      </w:r>
    </w:p>
    <w:p>
      <w:r>
        <w:br/>
        <w:t>Родичі цілий тиждень удавали, ніби перепитують за нього та шукають. Вони навіть плакали.</w:t>
      </w:r>
    </w:p>
    <w:p>
      <w:r>
        <w:br/>
        <w:t>Зима була люта, і відлига настала не скоро. Якось у неділю, йдучи до церкви, фермери побачили велику зграю круків, що кружляли над полем і чорним, густим дощем падали все на одне місце, одлітаючи звідти й знову туди вертаючись.</w:t>
      </w:r>
    </w:p>
    <w:p>
      <w:r>
        <w:br/>
        <w:t>За тиждень по тому вони все ще були там, ті зловісні птахи. Вони хмарою пролітали в небі, ніби звідусюди збираючись туди. Пронизливо кричачи, падали вони на лискучий сніг, чудними плямами вирізнялись на ньому, і вперто там довбалися.</w:t>
      </w:r>
    </w:p>
    <w:p>
      <w:r>
        <w:br/>
        <w:t>Котрийсь парубок пішов поглянути, що вони там роблять, і знайшов сліпцеве тіло, наполовину вже розкльоване, пошматоване. Його білі очі зникли, вийняли їх з лоба довгі хижі дзьоби.</w:t>
      </w:r>
    </w:p>
    <w:p>
      <w:r>
        <w:br/>
        <w:t>І я не можу тепер віддатися палкій радості сонячних днів, не згадавши тієї сумної історії, і раз у раз тоді виникає в мене меланхолійна думка про того старця, такого нещасливого в житті, що навіть страшна його смерть дала полегкість усім, хто його знав.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Сліпий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