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Смерічка (Внизу під скелями срібляста річка...)</w:t>
      </w:r>
    </w:p>
    <w:p>
      <w:r>
        <w:br/>
        <w:t xml:space="preserve"> Внизу під скелями срібляста річка,&lt;br /&gt;</w:t>
        <w:br/>
        <w:t>А над проваллям, на самім краю,&lt;br /&gt;</w:t>
        <w:br/>
        <w:t>Стоїть висока, рівна, ніби свічка,&lt;br /&gt;</w:t>
        <w:br/>
        <w:t>У гостроверхій шапочці смерічка&lt;br /&gt;</w:t>
        <w:br/>
        <w:t>І в плесі розгляда красу свою.</w:t>
      </w:r>
    </w:p>
    <w:p>
      <w:r>
        <w:br/>
        <w:t>Немов гуцулка горда і смілива —&lt;br /&gt;</w:t>
        <w:br/>
        <w:t>Вона сп'ялася на скали карниз.&lt;br /&gt;</w:t>
        <w:br/>
        <w:t>І я боюсь, коли бушує злива,&lt;br /&gt;</w:t>
        <w:br/>
        <w:t>Що ось прийде хвилина нещаслива,-&lt;br /&gt;</w:t>
        <w:br/>
        <w:t>Смерічка посковзнеться й рине вниз.</w:t>
      </w:r>
    </w:p>
    <w:p>
      <w:r>
        <w:br/>
        <w:t>Але корінням грунту кам'яного&lt;br /&gt;</w:t>
        <w:br/>
        <w:t>Незримо й цупко держиться вона.&lt;br /&gt;</w:t>
        <w:br/>
        <w:t>У спеку воду дістає із нього,&lt;br /&gt;</w:t>
        <w:br/>
        <w:t>А в бурю пригинається розлого&lt;br /&gt;</w:t>
        <w:br/>
        <w:t>До каменя, напнута, як струна.</w:t>
      </w:r>
    </w:p>
    <w:p>
      <w:r>
        <w:br/>
        <w:t>За те, що дух її не всох, не вимок,&lt;br /&gt;</w:t>
        <w:br/>
        <w:t>За ті великі сили життьові,&lt;br /&gt;</w:t>
        <w:br/>
        <w:t>Що виграють зі смертю поєдинок,&lt;br /&gt;</w:t>
        <w:br/>
        <w:t>Я б посадив її серед ялинок&lt;br /&gt;</w:t>
        <w:br/>
        <w:t>Побіля Мавзолею у Москві.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Смерічка (Внизу під скелями срібляста річка...)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