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і вовк</w:t>
      </w:r>
    </w:p>
    <w:p>
      <w:r>
        <w:br/>
        <w:t xml:space="preserve"> &lt;p&gt;У Тітира, пастуха, жили Левкон та Фірідам, два пси, у великій дружбі. Вони прославились і серед диких, і серед домашніх звірів. Вовк, від заздрості на їхню славу, вишукав хвилю і став набиватися до них у друзі.</w:t>
      </w:r>
    </w:p>
    <w:p>
      <w:r>
        <w:br/>
        <w:t>— Прошу мене любити та жалувати, панове мої,— казав Вовк з удаваною чемністю.— Ви мене надзвичайно вщасливите, коли дозволите мені бути третім вашим товаришем. Вважатиму це собі за велику честь.</w:t>
      </w:r>
    </w:p>
    <w:p>
      <w:r>
        <w:br/>
        <w:t>Потім понарозказував їм про славних і багатих предків своїх, про модні науки, в яких стараннями батьків був вихований.</w:t>
      </w:r>
    </w:p>
    <w:p>
      <w:r>
        <w:br/>
        <w:t>— Коли ж,— додав Вовк,— родом та науками хвалитися серед розумних вважається за дурість, то маю кращі гідності, щоб ви мене оцінили і полюбили. Я на обох вас схожий, а голосом і волосом — на пана Фірідама… В одному лише не криюся, що маю хвіст лисячий, а погляд вовчий.</w:t>
      </w:r>
    </w:p>
    <w:p>
      <w:r>
        <w:br/>
        <w:t>Левкон відповів, що хоч Тітир на них зовсім не схожий, однак є третім для них другом, що він без Фірідама ніякого діла не починає. Тоді Фірідам сказав таке:</w:t>
      </w:r>
    </w:p>
    <w:p>
      <w:r>
        <w:br/>
        <w:t>— Голосом і волосом ти справді на нас схожий, але серце твоє далеко стоїть. Ми стережемо вівці, задоволені вовною і молоком, а ви з овець шкуру здираєте і їсте їх замість хліба. Найбільше ж не подобається нам дзеркало душі твоєї — хитрий погляд твій, що скоса на баранця позирає, який онде ходить неподалік.</w:t>
      </w:r>
    </w:p>
    <w:p>
      <w:r>
        <w:br/>
        <w:t>Сила: І рід, і багатство, і чин, і споріднення, і тілесні принади, й науки не спроможні утвердити дружбу. Лише серця, думками єдині, й однакова чесність людяних душ, що у двох чи трьох тілах живуть,— ось де справжня любов і єдність…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і вовк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