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Солопій та Хівря, або Горох при дорозі</w:t>
      </w:r>
    </w:p>
    <w:p>
      <w:r>
        <w:br/>
        <w:t xml:space="preserve"> &lt;blockquote&gt;Vous voyez le grand gain, sans qu'il faille le dire&lt;br /&gt;</w:t>
        <w:br/>
        <w:t>Que de ses ports de mer le roi tous les ans tire;&lt;br /&gt;</w:t>
        <w:br/>
        <w:t>Or, l'avis, dont encore nul ne s'est avis&amp;#233;&lt;br /&gt;</w:t>
        <w:br/>
        <w:t>Est qu'il faut de la France,— et c'est un coup ais&amp;#233;&lt;br /&gt;</w:t>
        <w:br/>
        <w:t>En fameux ports de mer mettre toutes les c&amp;#243;tes:&lt;br /&gt;</w:t>
        <w:br/>
        <w:t>Ce serait pour monter а des sommes tr&amp;#233;s hautes!&lt;br /&gt;</w:t>
        <w:br/>
        <w:t>Moli&amp;#232;re. Les facheux. Acte III, sc&amp;#232;ne III [8]&lt;br /&gt;</w:t>
        <w:br/>
        <w:t>&lt;/blockquote&gt;</w:t>
      </w:r>
    </w:p>
    <w:p>
      <w:r>
        <w:br/>
        <w:t>Спромігся Солопій весною на горох,&lt;br /&gt;</w:t>
        <w:br/>
        <w:t>Та й, сівши з Хіврею, собі міркують вдвох,&lt;br /&gt;</w:t>
        <w:br/>
        <w:t>Чи то продать його, чи то його посіять:&lt;br /&gt;</w:t>
        <w:br/>
        <w:t>"А що ж тут мірковать? Не полінуйсь провіять,-&lt;br /&gt;</w:t>
        <w:br/>
        <w:t>Озвалась Хівря тут,— в мішечки позсипай,&lt;br /&gt;</w:t>
        <w:br/>
        <w:t>Та й сіять на поле, під дощ, мерщій чухрай!"&lt;br /&gt;</w:t>
        <w:br/>
        <w:t>"Воно-то, Хівре, бач, тут не за тим ідеться...&lt;br /&gt;</w:t>
        <w:br/>
        <w:t>Але посіять так, як у людей ведеться!..&lt;br /&gt;</w:t>
        <w:br/>
        <w:t>Нехай йому лихе!.. горох ласенька річ,&lt;br /&gt;</w:t>
        <w:br/>
        <w:t>І дітвора за ним полізе хоч у піч!&lt;br /&gt;</w:t>
        <w:br/>
        <w:t>Ти ж раєш сіяти горох на перелозі!..&lt;br /&gt;</w:t>
        <w:br/>
        <w:t>Ей, Хівре!.. переліг лежить наш при дорозі:&lt;br /&gt;</w:t>
        <w:br/>
        <w:t>Ей, обскубуть горох наш зеленцем,— побач!..&lt;br /&gt;</w:t>
        <w:br/>
        <w:t>В лопатках обнесуть!., тогді — хоч сядь та й плач!"&lt;br /&gt;</w:t>
        <w:br/>
        <w:t>"Якої вражої ти матері сумуєш?&lt;br /&gt;</w:t>
        <w:br/>
        <w:t>Цур дурня! навісний! Чи ти ж того не чуєш,&lt;br /&gt;</w:t>
        <w:br/>
        <w:t>Що як уродить бог, то дасть на долю всіх?&lt;br /&gt;</w:t>
        <w:br/>
        <w:t>Чи це ж не глум тобі, не сором і не сміх?&lt;br /&gt;</w:t>
        <w:br/>
        <w:t>Враг батька зна — чого безглуздому жахаться!&lt;br /&gt;</w:t>
        <w:br/>
        <w:t>Тадже ж, як кажуть то, коли вовків лякаться,&lt;br /&gt;</w:t>
        <w:br/>
        <w:t>То нічого ходить з сокирою і в ліс!..&lt;br /&gt;</w:t>
        <w:br/>
        <w:t>Іди ж, кажу, та сій! Не мимри там під ніс!&lt;br /&gt;</w:t>
        <w:br/>
        <w:t>Аби лиш, господи, на ниві нам вродило,&lt;br /&gt;</w:t>
        <w:br/>
        <w:t>То буде й нам, і всім... чи чуєш ти, мурмило?&lt;br /&gt;</w:t>
        <w:br/>
        <w:t>Не будь уїдливий, як бридка та оса,&lt;br /&gt;</w:t>
        <w:br/>
        <w:t>І довше не спрітайсь, бо вилаю, як пса!"&lt;br /&gt;</w:t>
        <w:br/>
        <w:t>"Ей, Хівре,— Солопій сказав їй, — не сварися,&lt;br /&gt;</w:t>
        <w:br/>
        <w:t>Бо, далебі, горох наш згине!.. схаменися!..&lt;br /&gt;</w:t>
        <w:br/>
        <w:t>Ну, сількось!.. я пійду, посію, та не там,&lt;br /&gt;</w:t>
        <w:br/>
        <w:t>А де-небудь в кутку, що й враг не найде сам".&lt;br /&gt;</w:t>
        <w:br/>
        <w:t>"Не перебендюй-бо так довго, Солопію!&lt;br /&gt;</w:t>
        <w:br/>
        <w:t>Бо я горох сама, де схочу, там посію;&lt;br /&gt;</w:t>
        <w:br/>
        <w:t>Сама я й викошу, як треба, на покіс,&lt;br /&gt;</w:t>
        <w:br/>
        <w:t>І ось тобі тогді я дулю дам під ніс!..&lt;br /&gt;</w:t>
        <w:br/>
        <w:t>Але, мій голубе, прошу тебе по ласці:&lt;br /&gt;</w:t>
        <w:br/>
        <w:t>Послухай часом тих, що ходять у запасці;&lt;br /&gt;</w:t>
        <w:br/>
        <w:t>Плюнь, серце, на того, хто так тобі сказав,&lt;br /&gt;</w:t>
        <w:br/>
        <w:t>Що буцім бог жінкам волосся довге дав&lt;br /&gt;</w:t>
        <w:br/>
        <w:t>За те, що розум їм укоротив чимало;&lt;br /&gt;</w:t>
        <w:br/>
        <w:t>То погань так верзла, школярство так брехало!&lt;br /&gt;</w:t>
        <w:br/>
        <w:t>А я ж то й мужиків,— крути ти не верти,-&lt;br /&gt;</w:t>
        <w:br/>
        <w:t>Не раз вже бачила таких дурних, як ти!&lt;br /&gt;</w:t>
        <w:br/>
        <w:t>От так!.. питай людей, бо той, хто їх питає,&lt;br /&gt;</w:t>
        <w:br/>
        <w:t>Мов старець без ціпка, по стежках не блукає.&lt;br /&gt;</w:t>
        <w:br/>
        <w:t>Не раз ти за двома зайцями польовав.&lt;br /&gt;</w:t>
        <w:br/>
        <w:t>Зате да ні одного, гонившись, не піймав;&lt;br /&gt;</w:t>
        <w:br/>
        <w:t>Не раз ти жаловав ухналиків стареньких,&lt;br /&gt;</w:t>
        <w:br/>
        <w:t>Зате ж ти стільки вже згубив підків новеньких!&lt;br /&gt;</w:t>
        <w:br/>
        <w:t>Отак ти і тепер горох запропастиш,&lt;br /&gt;</w:t>
        <w:br/>
        <w:t>Коли б ти й сам пропав!" — "Чого ти там гарчиш?"&lt;br /&gt;</w:t>
        <w:br/>
        <w:t>Сказав наш Солопій та й, з серця, дейко з хаті&lt;br /&gt;</w:t>
        <w:br/>
        <w:t>Запрігши гулих, він ну переліг орати!&lt;br /&gt;</w:t>
        <w:br/>
        <w:t>Зорав, посіяв він горох, заволочив,&lt;br /&gt;</w:t>
        <w:br/>
        <w:t>Аж тут і дрібний дощ ріллю його змочив.&lt;br /&gt;</w:t>
        <w:br/>
        <w:t>Зійшов горох, піднявсь, підріс, зацвів рясненько:&lt;br /&gt;</w:t>
        <w:br/>
        <w:t>Хто йшов, той приглядавсь горохові пильненько.&lt;br /&gt;</w:t>
        <w:br/>
        <w:t>Тим часом вже почав вбиваться й в лопатки;&lt;br /&gt;</w:t>
        <w:br/>
        <w:t>Аж [тут] прийшла черга і на самі стручки.&lt;br /&gt;</w:t>
        <w:br/>
        <w:t>Хто йде,— горох скубне: гребець скубне у жменю;&lt;br /&gt;</w:t>
        <w:br/>
        <w:t>Іде косар і жнець — нагарбають в кишеню;&lt;br /&gt;</w:t>
        <w:br/>
        <w:t>Прискочить дітвора — і в пелену смикне...&lt;br /&gt;</w:t>
        <w:br/>
        <w:t>Зібрав наш Солопій горох, та, знай, клене&lt;br /&gt;</w:t>
        <w:br/>
        <w:t>І, на чім світ стоїть, по-сороміцькій лає,&lt;br /&gt;</w:t>
        <w:br/>
        <w:t>Усіх батьків з того він світа вивертає:&lt;br /&gt;</w:t>
        <w:br/>
        <w:t>"Стонадцять би копиць з рогами вам чортів!&lt;br /&gt;</w:t>
        <w:br/>
        <w:t>А, бісів народе!... коли б ти околів!&lt;br /&gt;</w:t>
        <w:br/>
        <w:t>Коли б ти кожним був стручечком подавився!&lt;br /&gt;</w:t>
        <w:br/>
        <w:t>Щоб в пельці він тобі кілком був зупинився!&lt;br /&gt;</w:t>
        <w:br/>
        <w:t>Коли б то тріснув був од його твій живіт,&lt;br /&gt;</w:t>
        <w:br/>
        <w:t>Ніж мав оце мене так посадить на лід!&lt;br /&gt;</w:t>
        <w:br/>
        <w:t>Щоб горошиночки в твоїх кишках бісовських&lt;br /&gt;</w:t>
        <w:br/>
        <w:t>Так набубнявіли, як барабан московський!"&lt;br /&gt;</w:t>
        <w:br/>
        <w:t>Багацько дечого співав тут Солопій,&lt;br /&gt;</w:t>
        <w:br/>
        <w:t>Молився за ввесь рід хрещений і за свій,&lt;br /&gt;</w:t>
        <w:br/>
        <w:t>І вже роззявив рот, щоб по кацапській лаять,&lt;br /&gt;</w:t>
        <w:br/>
        <w:t>Та засоромився, і, часу щоб не згаять,&lt;br /&gt;</w:t>
        <w:br/>
        <w:t>Гукав, і верещав, і пінивсь, і плювавсь,&lt;br /&gt;</w:t>
        <w:br/>
        <w:t>Неначебто його і справді хто злякавсь!..&lt;br /&gt;</w:t>
        <w:br/>
        <w:t>До Хіврі сікався, за макогін хапався&lt;br /&gt;</w:t>
        <w:br/>
        <w:t>І не на жарт-таки, сердега, розгулявся;&lt;br /&gt;</w:t>
        <w:br/>
        <w:t>То вп'ять по доброму ладу він їй казав:&lt;br /&gt;</w:t>
        <w:br/>
        <w:t>"Бач, Хівре навісна, що наш горох пропав!&lt;br /&gt;</w:t>
        <w:br/>
        <w:t>Бач, шкапо гаспидська, чого ти наробила!&lt;br /&gt;</w:t>
        <w:br/>
        <w:t>Та ти ж мене навік оце запропастила!.."&lt;br /&gt;</w:t>
        <w:br/>
        <w:t>І ще смачненьке щось збиравсь сказати він їй...&lt;br /&gt;</w:t>
        <w:br/>
        <w:t>"Послухай, бовдуре,— сказала Хівря,— стій!&lt;br /&gt;</w:t>
        <w:br/>
        <w:t>Уже, як бачу я, тебе не переперти:&lt;br /&gt;</w:t>
        <w:br/>
        <w:t>Хто дурнем уродивсь, тому і дурнем вмерти!&lt;br /&gt;</w:t>
        <w:br/>
        <w:t>Але, мовляв, іще б сюди й туди з дурним:&lt;br /&gt;</w:t>
        <w:br/>
        <w:t>От горе та біда — з дурним, та ще й з лихим!&lt;br /&gt;</w:t>
        <w:br/>
        <w:t>Казала я тобі, що як нам бог уродить,&lt;br /&gt;</w:t>
        <w:br/>
        <w:t>То буде нам і всім, і злодій не зашкодить;&lt;br /&gt;</w:t>
        <w:br/>
        <w:t>Аж так і є: хоч ти посіяв два мішки,&lt;br /&gt;</w:t>
        <w:br/>
        <w:t>Хоч тілько хто хотів, той наші рвав стручки...&lt;br /&gt;</w:t>
        <w:br/>
        <w:t>(Нехай йому в користь!), а все ж, хвалити бога,&lt;br /&gt;</w:t>
        <w:br/>
        <w:t>Зібрав ти сім мішків гороху з перелога!&lt;br /&gt;</w:t>
        <w:br/>
        <w:t>Де п'ють, то там і ллють; без шкоди не бува,&lt;br /&gt;</w:t>
        <w:br/>
        <w:t>Аби здоровенька лиш наша голова!&lt;br /&gt;</w:t>
        <w:br/>
        <w:t>Але ти хочеш, щоб не їли кози сіна&lt;br /&gt;</w:t>
        <w:br/>
        <w:t>І ситі щоб були? Ой, мудрий дуже з сина!..&lt;br /&gt;</w:t>
        <w:br/>
        <w:t>Ну, цур тобі та пек! роби ти, що хоти:&lt;br /&gt;</w:t>
        <w:br/>
        <w:t>Ори, мели і їж... Хоч голову скрути,&lt;br /&gt;</w:t>
        <w:br/>
        <w:t>Про мене!.. Я тепер і не роззявлю рота;&lt;br /&gt;</w:t>
        <w:br/>
        <w:t>Та вже ж побачимо, яка твоя робота!&lt;br /&gt;</w:t>
        <w:br/>
        <w:t>Та й люде ж, сіючи, хоч тратять, а орють:&lt;br /&gt;</w:t>
        <w:br/>
        <w:t>То дурні, от як ти, несіяні ростуть!..&lt;br /&gt;</w:t>
        <w:br/>
        <w:t>Ей, схаменешся ти, та пізно, Солопію!"&lt;br /&gt;</w:t>
        <w:br/>
        <w:t>"Та вже ж, хоч схаменусь,— сказав він,— хоч посію,&lt;br /&gt;</w:t>
        <w:br/>
        <w:t>Та не по-твоєму; зроблю, як сам умію;&lt;br /&gt;</w:t>
        <w:br/>
        <w:t>Зроблю, щоб і стручка ніякий біс не вкрав".&lt;br /&gt;</w:t>
        <w:br/>
        <w:t>Зробив наш Солопій, як сам здоровий знав:&lt;br /&gt;</w:t>
        <w:br/>
        <w:t>Він на другу весну, плуг і рала забравши&lt;br /&gt;</w:t>
        <w:br/>
        <w:t>І між пшеницею і житом пооравши,&lt;br /&gt;</w:t>
        <w:br/>
        <w:t>Всередині горох увесь посіяв свій.&lt;br /&gt;</w:t>
        <w:br/>
        <w:t>"Тепер-то,— дума наш дурненький Солопій,-&lt;br /&gt;</w:t>
        <w:br/>
        <w:t>Тепер-то мій горох вже, мабуть, розцвітає!&lt;br /&gt;</w:t>
        <w:br/>
        <w:t>Нехай цвіте, нехай тим часом доспіває;&lt;br /&gt;</w:t>
        <w:br/>
        <w:t>Ось як пійду в жнива пшеницю й жито жать,&lt;br /&gt;</w:t>
        <w:br/>
        <w:t>То часу марно щоб так-сяк не зваковать,&lt;br /&gt;</w:t>
        <w:br/>
        <w:t>Скошу і свій горох, в копиці поскладаю,&lt;br /&gt;</w:t>
        <w:br/>
        <w:t>То й з ним управлюся, і разом жнив не згаю".&lt;br /&gt;</w:t>
        <w:br/>
        <w:t>Пійшов в жнива, та ба!.. Ні зерна не застав!&lt;br /&gt;</w:t>
        <w:br/>
        <w:t>Проциндрив Солопій горох і просвистав.&lt;br /&gt;</w:t>
        <w:br/>
        <w:t>А за горохом в гурт — і жито, і пшеницю!&lt;br /&gt;</w:t>
        <w:br/>
        <w:t>І тільки зо всього соломи взяв з копицю!&lt;br /&gt;</w:t>
        <w:br/>
        <w:t>А як же це? От так: пронюхали в селі,&lt;br /&gt;</w:t>
        <w:br/>
        <w:t>Що Солопій горох посіяв на ріллі,&lt;br /&gt;</w:t>
        <w:br/>
        <w:t>Між житом та поміж пшеницею своєю,-&lt;br /&gt;</w:t>
        <w:br/>
        <w:t>Давай ходить в горох!.. Ходили і хіднею&lt;br /&gt;</w:t>
        <w:br/>
        <w:t>Пшеницю й жито так пом'яли та стовкли,&lt;br /&gt;</w:t>
        <w:br/>
        <w:t>Що сучий син, коли і місце їх найшли!..&lt;br /&gt;</w:t>
        <w:br/>
        <w:t>Що ж Хівря? Румсає!.. А що ж чинить небозі?&lt;br /&gt;</w:t>
        <w:br/>
        <w:t>Як тільки ж зуздріла роззяву на порозі,&lt;br /&gt;</w:t>
        <w:br/>
        <w:t>Зняла торбинки дві з рядниночки з кілка.&lt;br /&gt;</w:t>
        <w:br/>
        <w:t>"А, бач, гадюко, бач?.. Ти жаловав стручка,&lt;br /&gt;</w:t>
        <w:br/>
        <w:t>Тепер за ту сяку нікчемну горошинку&lt;br /&gt;</w:t>
        <w:br/>
        <w:t>Ти обголив мене і дрібную дитинку!&lt;br /&gt;</w:t>
        <w:br/>
        <w:t>Так от якого нам ти підпустив тхора,&lt;br /&gt;</w:t>
        <w:br/>
        <w:t>Що я зосталася з дітьми без сухаря!&lt;br /&gt;</w:t>
        <w:br/>
        <w:t>Бач, пико гаспидська! чортівський Солоп'яго!&lt;br /&gt;</w:t>
        <w:br/>
        <w:t>До чого нас довів ти, бридкий скупендяго!&lt;br /&gt;</w:t>
        <w:br/>
        <w:t>Іди ж тепер відсіль!., щоб твій і дух не пах!&lt;br /&gt;</w:t>
        <w:br/>
        <w:t>Не вмів, свого,— носи ж ти хліб чужий в торбах!" —&lt;br /&gt;</w:t>
        <w:br/>
        <w:t>Сказала... та й торби на його почіпляла&lt;br /&gt;</w:t>
        <w:br/>
        <w:t>І між старців, мов пса, Солопія прогнала!&lt;br /&gt;</w:t>
        <w:br/>
        <w:t>Послухайте мене ви всі, Солопії,&lt;br /&gt;</w:t>
        <w:br/>
        <w:t>Що, знай, мудруєте і голови свої&lt;br /&gt;</w:t>
        <w:br/>
        <w:t>Чорт батька зна над чим морочите до ката:&lt;br /&gt;</w:t>
        <w:br/>
        <w:t>Як в борщ, замість курчат, нам класти кошенята,&lt;br /&gt;</w:t>
        <w:br/>
        <w:t>Як груші на вербі і дулі вам ростуть,&lt;br /&gt;</w:t>
        <w:br/>
        <w:t>Як їсти дасть біга, та ще й гладкими буть,&lt;br /&gt;</w:t>
        <w:br/>
        <w:t>Як локшину кришить для війська із паперу,&lt;br /&gt;</w:t>
        <w:br/>
        <w:t>Як квашу нам робить з чорнила і тетерю,&lt;br /&gt;</w:t>
        <w:br/>
        <w:t>Як борошно молоть без жорнів,— язиком,&lt;br /&gt;</w:t>
        <w:br/>
        <w:t>Як бджоли годовать без меду,— часником,&lt;br /&gt;</w:t>
        <w:br/>
        <w:t>Як каву пить панам з квасолі,— з буряками,&lt;br /&gt;</w:t>
        <w:br/>
        <w:t>Як ниви засівать без сім'я,— кізяками,&lt;br /&gt;</w:t>
        <w:br/>
        <w:t>Як з кожного зерна сім кварт горілки гнать,&lt;br /&gt;</w:t>
        <w:br/>
        <w:t>Як сіно нам пером косить, як кіньми жать,&lt;br /&gt;</w:t>
        <w:br/>
        <w:t>Щоб людям і сніпка не дать на заробіток,&lt;br /&gt;</w:t>
        <w:br/>
        <w:t>І пташці ні зерна погодовати діток,-&lt;br /&gt;</w:t>
        <w:br/>
        <w:t>Заплюйте лиш оцю, скажені ви, бридню!&lt;br /&gt;</w:t>
        <w:br/>
        <w:t>Де треба руки гріть, там треба і огню.&lt;br /&gt;</w:t>
        <w:br/>
        <w:t>Та вже з вас не один орав під небесами,&lt;br /&gt;</w:t>
        <w:br/>
        <w:t>А як на землю зліз, пійшов в старці з торбами!&lt;br /&gt;</w:t>
        <w:br/>
        <w:t>25 сентября 1819 года, Харьков</w:t>
      </w:r>
    </w:p>
    <w:p>
      <w:r>
        <w:br/>
        <w:t>[8] — Ви бачите, які великі прибутки має щороку з своїх морських гаваней король; отже, моя думка, якої ще ніхто не висловлював, полягає в тому, щоб усі береги Франції (річ не трудна) перетворити на чудові гавані: це могло б дати великі гроші. (Мольєр, "Докучливі", акт III, сцена III).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Солопій та Хівря, або Горох при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