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</w:t>
      </w:r>
    </w:p>
    <w:p>
      <w:r>
        <w:br/>
        <w:t xml:space="preserve"> Маленька дівчинка на ліжку&lt;br /&gt;</w:t>
        <w:br/>
        <w:t>в рожевих снах щасливо спить.&lt;br /&gt;</w:t>
        <w:br/>
        <w:t>Блакитний промінь впав на ніжку&lt;br /&gt;</w:t>
        <w:br/>
        <w:t>і, тихо сяючи, тремтить.</w:t>
      </w:r>
    </w:p>
    <w:p>
      <w:r>
        <w:br/>
        <w:t>Холодна осінь лист зриває,&lt;br /&gt;</w:t>
        <w:br/>
        <w:t>щоб м'якше падалось снігам;&lt;br /&gt;</w:t>
        <w:br/>
        <w:t>а крихотка весну вітає,&lt;br /&gt;</w:t>
        <w:br/>
        <w:t>вві сні всміхаючись квіткам.</w:t>
      </w:r>
    </w:p>
    <w:p>
      <w:r>
        <w:br/>
        <w:t>Їй сниться ліс. Шумить зелений,&lt;br /&gt;</w:t>
        <w:br/>
        <w:t>бджілки і джмелики гудуть,&lt;br /&gt;</w:t>
        <w:br/>
        <w:t>мушки ведуть танок шалений,&lt;br /&gt;</w:t>
        <w:br/>
        <w:t>в траві метелики цвітуть.</w:t>
      </w:r>
    </w:p>
    <w:p>
      <w:r>
        <w:br/>
        <w:t>Маленька крихотка щаслива,&lt;br /&gt;</w:t>
        <w:br/>
        <w:t>ввесь час гуляє з їжачком;&lt;br /&gt;</w:t>
        <w:br/>
        <w:t>яка колюча в нього грива,&lt;br /&gt;</w:t>
        <w:br/>
        <w:t>як смішно котиться клубком...</w:t>
      </w:r>
    </w:p>
    <w:p>
      <w:r>
        <w:br/>
        <w:t>Біжить вона до лісового,&lt;br /&gt;</w:t>
        <w:br/>
        <w:t>щоб на сопілку їй заграв;&lt;br /&gt;</w:t>
        <w:br/>
        <w:t>збудила зайчика малого,&lt;br /&gt;</w:t>
        <w:br/>
        <w:t>а зайчик ледве задрімав.</w:t>
      </w:r>
    </w:p>
    <w:p>
      <w:r>
        <w:br/>
        <w:t>Вовку-сірку на шию сіла:&lt;br /&gt;</w:t>
        <w:br/>
        <w:t>"Ану, поїдьмо до жука!.."&lt;br /&gt;</w:t>
        <w:br/>
        <w:t>Та по дорозі захотіла&lt;br /&gt;</w:t>
        <w:br/>
        <w:t>одвідать діда-борсука.</w:t>
      </w:r>
    </w:p>
    <w:p>
      <w:r>
        <w:br/>
        <w:t>Старий борсук виходить з хати,&lt;br /&gt;</w:t>
        <w:br/>
        <w:t>вітає друзів дорогих,&lt;br /&gt;</w:t>
        <w:br/>
        <w:t>в садочку просить їх сідати,&lt;br /&gt;</w:t>
        <w:br/>
        <w:t>і сам сідає коло них.</w:t>
      </w:r>
    </w:p>
    <w:p>
      <w:r>
        <w:br/>
        <w:t>Коли це приятель завзятий,&lt;br /&gt;</w:t>
        <w:br/>
        <w:t>близький сусіда борсука,&lt;br /&gt;</w:t>
        <w:br/>
        <w:t>ведмідь рудий та волохатий&lt;br /&gt;</w:t>
        <w:br/>
        <w:t>гостей угледів з-за пенька.</w:t>
      </w:r>
    </w:p>
    <w:p>
      <w:r>
        <w:br/>
        <w:t>Мерщій до них біжить, стрибає&lt;br /&gt;</w:t>
        <w:br/>
        <w:t>і по дорозі лапку ссе,&lt;br /&gt;</w:t>
        <w:br/>
        <w:t>гостям він здалеку киває&lt;br /&gt;</w:t>
        <w:br/>
        <w:t>і миску меду їм несе.</w:t>
      </w:r>
    </w:p>
    <w:p>
      <w:r>
        <w:br/>
        <w:t>Павук почав на кобзу грати,&lt;br /&gt;</w:t>
        <w:br/>
        <w:t>а вовк за лапу борсука:&lt;br /&gt;</w:t>
        <w:br/>
        <w:t>"Ану, дідусю, танцювати!&lt;br /&gt;</w:t>
        <w:br/>
        <w:t>Ану, дідусю, гопака!"</w:t>
      </w:r>
    </w:p>
    <w:p>
      <w:r>
        <w:br/>
        <w:t>Борсук згадав минулі роки,&lt;br /&gt;</w:t>
        <w:br/>
        <w:t>стриба, аж курява курить.&lt;br /&gt;</w:t>
        <w:br/>
        <w:t>Хвалько-вовчок узявся в боки,&lt;br /&gt;</w:t>
        <w:br/>
        <w:t>ведмідь у миску бубонить.</w:t>
      </w:r>
    </w:p>
    <w:p>
      <w:r>
        <w:br/>
        <w:t>Дерева довго мовчки ждали,&lt;br /&gt;</w:t>
        <w:br/>
        <w:t>що їх запросять до танка,&lt;br /&gt;</w:t>
        <w:br/>
        <w:t>та ноги враз повисмикали&lt;br /&gt;</w:t>
        <w:br/>
        <w:t>і ну садити гопака.</w:t>
      </w:r>
    </w:p>
    <w:p>
      <w:r>
        <w:br/>
        <w:t>Та треба крихотці додому.&lt;br /&gt;</w:t>
        <w:br/>
        <w:t>"Прощайте, друзі",— каже їм.&lt;br /&gt;</w:t>
        <w:br/>
        <w:t>І ці слова страшніш од грому&lt;br /&gt;</w:t>
        <w:br/>
        <w:t>здалися друзям лісовим.</w:t>
      </w:r>
    </w:p>
    <w:p>
      <w:r>
        <w:br/>
        <w:t>Ведмідь кричить, лишитись просить,&lt;br /&gt;</w:t>
        <w:br/>
        <w:t>у миску з медом сльози ллє,&lt;br /&gt;</w:t>
        <w:br/>
        <w:t>старий борсук упав, голосить,&lt;br /&gt;</w:t>
        <w:br/>
        <w:t>з розпуки в груди себе б'є.</w:t>
      </w:r>
    </w:p>
    <w:p>
      <w:r>
        <w:br/>
        <w:t>А сірий вовк, хоч не скидає&lt;br /&gt;</w:t>
        <w:br/>
        <w:t>з своєї спини сідока,&lt;br /&gt;</w:t>
        <w:br/>
        <w:t>а сам аж виє-завиває,—&lt;br /&gt;</w:t>
        <w:br/>
        <w:t>так жаль вовкові борсука.</w:t>
      </w:r>
    </w:p>
    <w:p>
      <w:r>
        <w:br/>
        <w:t>І каже крихотці: "Стріляю...&lt;br /&gt;</w:t>
        <w:br/>
        <w:t>Мені щось серце пройняло!.."&lt;br /&gt;</w:t>
        <w:br/>
        <w:t>Та чує голос над собою:&lt;br /&gt;</w:t>
        <w:br/>
        <w:t>"Вставай, вже сонечко зійшло!"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