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й канцони з "Vita Nova"</w:t>
      </w:r>
    </w:p>
    <w:p>
      <w:r>
        <w:br/>
        <w:t xml:space="preserve"> Данте Алігієрі&lt;br /&gt;</w:t>
        <w:br/>
        <w:t>Вірші в перекладі Миколи Бажана</w:t>
      </w:r>
    </w:p>
    <w:p>
      <w:r>
        <w:br/>
        <w:t>Перекладач: М.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Сонети й канцони з "Vita Nova"</w:t>
      </w:r>
    </w:p>
    <w:p>
      <w:r>
        <w:br/>
        <w:t>Сонет 11</w:t>
      </w:r>
    </w:p>
    <w:p>
      <w:r>
        <w:br/>
        <w:t>В своїх очах вона несе Кохання,-&lt;br /&gt;</w:t>
        <w:br/>
        <w:t>На кого гляне, ощасливить вмить;&lt;br /&gt;</w:t>
        <w:br/>
        <w:t>Як десь іде, за нею всяк спішить,&lt;br /&gt;</w:t>
        <w:br/>
        <w:t>Тріпоче серце від її вітання.</w:t>
      </w:r>
    </w:p>
    <w:p>
      <w:r>
        <w:br/>
        <w:t>Він блідне, никне, множачи зітхання,&lt;br /&gt;</w:t>
        <w:br/>
        <w:t>Спокутуючи гріх свій самохіть.&lt;br /&gt;</w:t>
        <w:br/>
        <w:t>Гординя й гнів од неї геть біжить.&lt;br /&gt;</w:t>
        <w:br/>
        <w:t>О донни, як їй скласти прославляння?</w:t>
      </w:r>
    </w:p>
    <w:p>
      <w:r>
        <w:br/>
        <w:t>Хто чув її,— смиренність дум свята&lt;br /&gt;</w:t>
        <w:br/>
        <w:t>Проймає в того серце добротливо.&lt;br /&gt;</w:t>
        <w:br/>
        <w:t>Хто стрів її, той втішений сповна.</w:t>
      </w:r>
    </w:p>
    <w:p>
      <w:r>
        <w:br/>
        <w:t>Коли ж іще й всміхається вона,&lt;br /&gt;</w:t>
        <w:br/>
        <w:t>Марніє розум і мовчать уста.&lt;br /&gt;</w:t>
        <w:br/>
        <w:t>Таке-бо це нове й прекрасне диво.</w:t>
      </w:r>
    </w:p>
    <w:p>
      <w:r>
        <w:br/>
        <w:t>Сонет 12</w:t>
      </w:r>
    </w:p>
    <w:p>
      <w:r>
        <w:br/>
        <w:t>Ви, що йдете в печальному мовчанні,&lt;br /&gt;</w:t>
        <w:br/>
        <w:t>Проходите покірно в тишині,-&lt;br /&gt;</w:t>
        <w:br/>
        <w:t>Звідкіль простуєте, бліді й сумні?&lt;br /&gt;</w:t>
        <w:br/>
        <w:t>Я бачу, ви — в скорботі ненастанній.</w:t>
      </w:r>
    </w:p>
    <w:p>
      <w:r>
        <w:br/>
        <w:t>Чи, може, ви мою зустріли пані,&lt;br /&gt;</w:t>
        <w:br/>
        <w:t>Яка з кохання сльози ллє рясні?&lt;br /&gt;</w:t>
        <w:br/>
        <w:t>Скажіть, о донни, правду всю мені,&lt;br /&gt;</w:t>
        <w:br/>
        <w:t>Бо ви ж її красою осіянні!</w:t>
      </w:r>
    </w:p>
    <w:p>
      <w:r>
        <w:br/>
        <w:t>Чи входили в житло ви сумовите&lt;br /&gt;</w:t>
        <w:br/>
        <w:t>Моєї пані? Станьте ж, розкажіть,&lt;br /&gt;</w:t>
        <w:br/>
        <w:t>Що з нею сталось,— правди не таїте!</w:t>
      </w:r>
    </w:p>
    <w:p>
      <w:r>
        <w:br/>
        <w:t>Захвилювались ви несамохіть,&lt;br /&gt;</w:t>
        <w:br/>
        <w:t>Обличчя ваше зблідло, слізьми вкрите,-&lt;br /&gt;</w:t>
        <w:br/>
        <w:t>І в мене серце завмирає вмить.</w:t>
      </w:r>
    </w:p>
    <w:p>
      <w:r>
        <w:br/>
        <w:t>Сонет 13</w:t>
      </w:r>
    </w:p>
    <w:p>
      <w:r>
        <w:br/>
        <w:t>Чи ти не той, хто говорив так гоже&lt;br /&gt;</w:t>
        <w:br/>
        <w:t>Про нашу донну, нас тепер питав?&lt;br /&gt;</w:t>
        <w:br/>
        <w:t>Хоч голос він такий, як в тебе, мав,&lt;br /&gt;</w:t>
        <w:br/>
        <w:t>Але назовні ви цілком не схожі.</w:t>
      </w:r>
    </w:p>
    <w:p>
      <w:r>
        <w:br/>
        <w:t>Чому це ти так гірко заридав,&lt;br /&gt;</w:t>
        <w:br/>
        <w:t>Аж серце кожне з болю занеможе?&lt;br /&gt;</w:t>
        <w:br/>
        <w:t>Її в сльозах ти десь побачив, може,&lt;br /&gt;</w:t>
        <w:br/>
        <w:t>Тому й своїх жалів не приховав?</w:t>
      </w:r>
    </w:p>
    <w:p>
      <w:r>
        <w:br/>
        <w:t>Облиш нас,— підемо, плачу?щі, далі,&lt;br /&gt;</w:t>
        <w:br/>
        <w:t>І гріх тому, хто вдався б до потіх,&lt;br /&gt;</w:t>
        <w:br/>
        <w:t>Бо чули ми її плачі тривалі.</w:t>
      </w:r>
    </w:p>
    <w:p>
      <w:r>
        <w:br/>
        <w:t>Їй на лице так тяжко смуток ліг,&lt;br /&gt;</w:t>
        <w:br/>
        <w:t>Що кожен, хто узрів її в печалі,&lt;br /&gt;</w:t>
        <w:br/>
        <w:t>Заплакати і мертвим впасти міг.</w:t>
      </w:r>
    </w:p>
    <w:p>
      <w:r>
        <w:br/>
        <w:t>Канцона друга</w:t>
      </w:r>
    </w:p>
    <w:p>
      <w:r>
        <w:br/>
        <w:t>Печальна донна, в юності урочій,&lt;br /&gt;</w:t>
        <w:br/>
        <w:t>Залита сяйвом цнот, прийшла туди,&lt;br /&gt;</w:t>
        <w:br/>
        <w:t>Де Смерть до себе закликав я з шалу.&lt;br /&gt;</w:t>
        <w:br/>
        <w:t>Побачивши мої журливі очі,&lt;br /&gt;</w:t>
        <w:br/>
        <w:t>Почувши зойк, безтямний од біди,&lt;br /&gt;</w:t>
        <w:br/>
        <w:t>Вона, жахнувшись, тяжко заридала.&lt;br /&gt;</w:t>
        <w:br/>
        <w:t>Тоді прибігла інших донн навала,&lt;br /&gt;</w:t>
        <w:br/>
        <w:t>Щоб вгамувати плач її тяжкий.&lt;br /&gt;</w:t>
        <w:br/>
        <w:t>Звеліли вийти їй,&lt;br /&gt;</w:t>
        <w:br/>
        <w:t>Мене ж обстали, журні, темно вбрані&lt;br /&gt;</w:t>
        <w:br/>
        <w:t>Одна рекла: "Не спи!", а інша пані:&lt;br /&gt;</w:t>
        <w:br/>
        <w:t>"Чому смутний?" — спитала.&lt;br /&gt;</w:t>
        <w:br/>
        <w:t>Розвіявши примари сонні, я&lt;br /&gt;</w:t>
        <w:br/>
        <w:t>Покликав гучно донну на ім'я.</w:t>
      </w:r>
    </w:p>
    <w:p>
      <w:r>
        <w:br/>
        <w:t>Захрип мій голос, бо його зламали&lt;br /&gt;</w:t>
        <w:br/>
        <w:t>Ридання, горе, стогони журби,&lt;br /&gt;</w:t>
        <w:br/>
        <w:t>Тому мій клич збагнув я тільки сам.&lt;br /&gt;</w:t>
        <w:br/>
        <w:t>Проте мені і гірко, й прикро стало,-&lt;br /&gt;</w:t>
        <w:br/>
        <w:t>Адже ж Любові я завдав ганьби.&lt;br /&gt;</w:t>
        <w:br/>
        <w:t>І знов на ложе я схилився там,&lt;br /&gt;</w:t>
        <w:br/>
        <w:t>Охоплений палючим каяттям.&lt;br /&gt;</w:t>
        <w:br/>
        <w:t>Злякав тих донн мій помертвілий вид.&lt;br /&gt;</w:t>
        <w:br/>
        <w:t>"Його потішить слід!" —&lt;br /&gt;</w:t>
        <w:br/>
        <w:t>Вони одна до другої казали,&lt;br /&gt;</w:t>
        <w:br/>
        <w:t>Тоді мене спитали:&lt;br /&gt;</w:t>
        <w:br/>
        <w:t>"Які примари бачив ти, аж зблід?"&lt;br /&gt;</w:t>
        <w:br/>
        <w:t>Я відповів, позбувшися нестями:&lt;br /&gt;</w:t>
        <w:br/>
        <w:t>"Не критимусь, о донни, перед вами!"</w:t>
      </w:r>
    </w:p>
    <w:p>
      <w:r>
        <w:br/>
        <w:t>Я думав про життя своє злиденне,&lt;br /&gt;</w:t>
        <w:br/>
        <w:t>Яка його коротка течія,&lt;br /&gt;</w:t>
        <w:br/>
        <w:t>І плакала Любов у серці в мене.&lt;br /&gt;</w:t>
        <w:br/>
        <w:t>Окрило душу почуття шалене,&lt;br /&gt;</w:t>
        <w:br/>
        <w:t>І я зітхнув, і в серці мовив я:&lt;br /&gt;</w:t>
        <w:br/>
        <w:t>"Настане день і вмре прекрасна донна!"&lt;br /&gt;</w:t>
        <w:br/>
        <w:t>В душі відчувши горе невтоленне,&lt;br /&gt;</w:t>
        <w:br/>
        <w:t>Склепив я очі й зморено поник,&lt;br /&gt;</w:t>
        <w:br/>
        <w:t>І дух життя утік.&lt;br /&gt;</w:t>
        <w:br/>
        <w:t>І плутались в дрімоті думи тьмаві,&lt;br /&gt;</w:t>
        <w:br/>
        <w:t>І бачив я в уяві,&lt;br /&gt;</w:t>
        <w:br/>
        <w:t>Немов юрба безумних донн безсонна&lt;br /&gt;</w:t>
        <w:br/>
        <w:t>До мене йде,— нема їх шалу меж.&lt;br /&gt;</w:t>
        <w:br/>
        <w:t>І кожна з них гукає: "Вмреш ти! Вмреш!"</w:t>
      </w:r>
    </w:p>
    <w:p>
      <w:r>
        <w:br/>
        <w:t>Узрів я речі дивні і жахливі&lt;br /&gt;</w:t>
        <w:br/>
        <w:t>У маренні своєму, в маячні.&lt;br /&gt;</w:t>
        <w:br/>
        <w:t>Ввижалось, наче десь в якійсь країні&lt;br /&gt;</w:t>
        <w:br/>
        <w:t>Дорогою біжать безумні діви&lt;br /&gt;</w:t>
        <w:br/>
        <w:t>З розпатланими косами, сумні,&lt;br /&gt;</w:t>
        <w:br/>
        <w:t>І мечуть стріли — пломені невпинні.&lt;br /&gt;</w:t>
        <w:br/>
        <w:t>Я бачив, як поволі чорні тіні&lt;br /&gt;</w:t>
        <w:br/>
        <w:t>Вгорнули сонце, а зірки засяли,-&lt;br /&gt;</w:t>
        <w:br/>
        <w:t>І всі вони ридали,&lt;br /&gt;</w:t>
        <w:br/>
        <w:t>Разила птиць в стрімкім польоті смерть,&lt;br /&gt;</w:t>
        <w:br/>
        <w:t>Земна здригалась твердь&lt;br /&gt;</w:t>
        <w:br/>
        <w:t>І муж блідий з'явився в тій хвилині&lt;br /&gt;</w:t>
        <w:br/>
        <w:t>Й сказав: "Стривай! Невже не знаєш ти,&lt;br /&gt;</w:t>
        <w:br/>
        <w:t>Що вмерла донна — образ красоти?"</w:t>
      </w:r>
    </w:p>
    <w:p>
      <w:r>
        <w:br/>
        <w:t>Підніс я очі, повні сліз, угору&lt;br /&gt;</w:t>
        <w:br/>
        <w:t>І там побачив білий, наче манна,&lt;br /&gt;</w:t>
        <w:br/>
        <w:t>Гурт ангелів, який злітав у вись.&lt;br /&gt;</w:t>
        <w:br/>
        <w:t>Поперед них хмаринка йшла прозора,&lt;br /&gt;</w:t>
        <w:br/>
        <w:t>І всі, обставши хмарку ту, неслись&lt;br /&gt;</w:t>
        <w:br/>
        <w:t>У височінь, співаючи: "Осанна!"&lt;br /&gt;</w:t>
        <w:br/>
        <w:t>Любов рекла: "Мадонна осіянна&lt;br /&gt;</w:t>
        <w:br/>
        <w:t>Ось тут лежить. Поглянь же, підійди!"&lt;br /&gt;</w:t>
        <w:br/>
        <w:t>Я підійшов туди&lt;br /&gt;</w:t>
        <w:br/>
        <w:t>І вгледів лик мадонни просіялий.</w:t>
      </w:r>
    </w:p>
    <w:p>
      <w:r>
        <w:br/>
        <w:t>Вже донни застеляли&lt;br /&gt;</w:t>
        <w:br/>
        <w:t>Її серпанком, білим бездоганно.&lt;br /&gt;</w:t>
        <w:br/>
        <w:t>Так ясно сяяв вид її в труні,&lt;br /&gt;</w:t>
        <w:br/>
        <w:t>Немов вона казала: "Мир мені".&lt;br /&gt;</w:t>
        <w:br/>
        <w:t>Зазнав стражденний дух мій супокою.&lt;br /&gt;</w:t>
        <w:br/>
        <w:t>Побачивши її спокійний лик;&lt;br /&gt;</w:t>
        <w:br/>
        <w:t>Кажу: "Мені ти, смерте, люба нині,&lt;br /&gt;</w:t>
        <w:br/>
        <w:t>Бо стала й ти ласкавою такою,&lt;br /&gt;</w:t>
        <w:br/>
        <w:t>Оволодівши донною навік.&lt;br /&gt;</w:t>
        <w:br/>
        <w:t>І в неї вчившись ласки, не гордині,&lt;br /&gt;</w:t>
        <w:br/>
        <w:t>Покірний я тобі, як господині,-&lt;br /&gt;</w:t>
        <w:br/>
        <w:t>Прийди ж, яви помогу рятівничу,&lt;br /&gt;</w:t>
        <w:br/>
        <w:t>Тебе всім серцем кличу!"&lt;br /&gt;</w:t>
        <w:br/>
        <w:t>Пішов я звідти в горі й тяготі&lt;br /&gt;</w:t>
        <w:br/>
        <w:t>І сам на самоті&lt;br /&gt;</w:t>
        <w:br/>
        <w:t>Прорік, вдивившись в небеса промінні:&lt;br /&gt;</w:t>
        <w:br/>
        <w:t>"Блаженний, хто, душе, тебе узрів!"&lt;br /&gt;</w:t>
        <w:br/>
        <w:t>Тут, дяка вам, ваш клич мене збудив.</w:t>
      </w:r>
    </w:p>
    <w:p>
      <w:r>
        <w:br/>
        <w:t>Сонет 14</w:t>
      </w:r>
    </w:p>
    <w:p>
      <w:r>
        <w:br/>
        <w:t>Коли я вчув, що в серці пробудився&lt;br /&gt;</w:t>
        <w:br/>
        <w:t>Любовний дух, який отам заснув,-&lt;br /&gt;</w:t>
        <w:br/>
        <w:t>Тоді здаля мені Амур явився,&lt;br /&gt;</w:t>
        <w:br/>
        <w:t>До невпізнання радісний він був.</w:t>
      </w:r>
    </w:p>
    <w:p>
      <w:r>
        <w:br/>
        <w:t>Сказав: "Пора, щоб ти мені вклонився".&lt;br /&gt;</w:t>
        <w:br/>
        <w:t>Це кожне слово сміхом він вгорнув.&lt;br /&gt;</w:t>
        <w:br/>
        <w:t>Я панові на вірність присягнув&lt;br /&gt;</w:t>
        <w:br/>
        <w:t>І в даль його дороги придивився.</w:t>
      </w:r>
    </w:p>
    <w:p>
      <w:r>
        <w:br/>
        <w:t>Там монну Ванну й монну Біче враз&lt;br /&gt;</w:t>
        <w:br/>
        <w:t>Побачив я: вони ішли до нас,-&lt;br /&gt;</w:t>
        <w:br/>
        <w:t>Подвійне дивне диво, не химера.</w:t>
      </w:r>
    </w:p>
    <w:p>
      <w:r>
        <w:br/>
        <w:t>Таїть і досі ще душа моя&lt;br /&gt;</w:t>
        <w:br/>
        <w:t>Слова Амура: "Ця ось — Примавера,&lt;br /&gt;</w:t>
        <w:br/>
        <w:t>А та — Любов, на неї схожий я".</w:t>
      </w:r>
    </w:p>
    <w:p>
      <w:r>
        <w:br/>
        <w:t>Строфа канцони</w:t>
      </w:r>
    </w:p>
    <w:p>
      <w:r>
        <w:br/>
        <w:t>Любов так довго володіла мною,&lt;br /&gt;</w:t>
        <w:br/>
        <w:t>Скорявся їй я так багато літ,&lt;br /&gt;</w:t>
        <w:br/>
        <w:t>Що, як колись її я зносив гніт,&lt;br /&gt;</w:t>
        <w:br/>
        <w:t>Так само зараз нею серце гою.</w:t>
      </w:r>
    </w:p>
    <w:p>
      <w:r>
        <w:br/>
        <w:t>Любов такою окупив ціною,&lt;br /&gt;</w:t>
        <w:br/>
        <w:t>Що інших духів зник в душі і слід,&lt;br /&gt;</w:t>
        <w:br/>
        <w:t>Проте з блаженства навіть вид мій зблід,-&lt;br /&gt;</w:t>
        <w:br/>
        <w:t>Так раював душею я слабкою!</w:t>
      </w:r>
    </w:p>
    <w:p>
      <w:r>
        <w:br/>
        <w:t>Любов і досі в силі всеблагій&lt;br /&gt;</w:t>
        <w:br/>
        <w:t>Мої зітхання змушує летіти.&lt;br /&gt;</w:t>
        <w:br/>
        <w:t>Гукати і просити&lt;br /&gt;</w:t>
        <w:br/>
        <w:t>Мою мадонну про рятунок мій.&lt;br /&gt;</w:t>
        <w:br/>
        <w:t>Коли ловлю її я погляд щирий,-&lt;br /&gt;</w:t>
        <w:br/>
        <w:t>Це так чудесно, аж не йметься віри!</w:t>
      </w:r>
    </w:p>
    <w:p>
      <w:r>
        <w:br/>
        <w:t>Сонет 17</w:t>
      </w:r>
    </w:p>
    <w:p>
      <w:r>
        <w:br/>
        <w:t>Прийдіте клич моїх зітхань почути,&lt;br /&gt;</w:t>
        <w:br/>
        <w:t>О милосердям сповнені серця!&lt;br /&gt;</w:t>
        <w:br/>
        <w:t>У смерті я шукав би рішенця,&lt;br /&gt;</w:t>
        <w:br/>
        <w:t>Якби мій клич мав марно проминути.</w:t>
      </w:r>
    </w:p>
    <w:p>
      <w:r>
        <w:br/>
        <w:t>Втомились очі сльози лить од скрути,&lt;br /&gt;</w:t>
        <w:br/>
        <w:t>По милій донні плакать без кінця.&lt;br /&gt;</w:t>
        <w:br/>
        <w:t>Не хочу я, щоб безнадія ця&lt;br /&gt;</w:t>
        <w:br/>
        <w:t>Змогла і серце в мене розітнути!</w:t>
      </w:r>
    </w:p>
    <w:p>
      <w:r>
        <w:br/>
        <w:t>Почуєте не раз ви, як волаю&lt;br /&gt;</w:t>
        <w:br/>
        <w:t>Я до мадонни, що спочила в світі,&lt;br /&gt;</w:t>
        <w:br/>
        <w:t>Достойному її чеснот святих.</w:t>
      </w:r>
    </w:p>
    <w:p>
      <w:r>
        <w:br/>
        <w:t>О, як життя я часом зневажаю&lt;br /&gt;</w:t>
        <w:br/>
        <w:t>В своїй душі безмежно сумовитій,&lt;br /&gt;</w:t>
        <w:br/>
        <w:t>Позбавленій спасенних рад і втіх!</w:t>
      </w:r>
    </w:p>
    <w:p>
      <w:r>
        <w:br/>
        <w:t>Канцона четверта</w:t>
      </w:r>
    </w:p>
    <w:p>
      <w:r>
        <w:br/>
        <w:t>Не раз — о леле! — тільки пригадаю,&lt;br /&gt;</w:t>
        <w:br/>
        <w:t>Що відтепер навік&lt;br /&gt;</w:t>
        <w:br/>
        <w:t>Своєї донни більше не побачу,&lt;br /&gt;</w:t>
        <w:br/>
        <w:t>Одчаєм серце повниться до краю,&lt;br /&gt;</w:t>
        <w:br/>
        <w:t>І з горя розум трачу,&lt;br /&gt;</w:t>
        <w:br/>
        <w:t>І так гукаю: "Хто, душе, прирік&lt;br /&gt;</w:t>
        <w:br/>
        <w:t>Тебе на мук невичерпних потік,&lt;br /&gt;</w:t>
        <w:br/>
        <w:t>Що омиває світ цей зловорожий?&lt;br /&gt;</w:t>
        <w:br/>
        <w:t>От через що я в остраху, в журбі..."&lt;br /&gt;</w:t>
        <w:br/>
        <w:t>Тож кличу Смерть собі,&lt;br /&gt;</w:t>
        <w:br/>
        <w:t>Неначе тихий відпочинок гожий,-&lt;br /&gt;</w:t>
        <w:br/>
        <w:t>"Прийди!" — до неї кличу я тоді,&lt;br /&gt;</w:t>
        <w:br/>
        <w:t>До мертвих повен заздрості в біді.</w:t>
      </w:r>
    </w:p>
    <w:p>
      <w:r>
        <w:br/>
        <w:t>Зливаються усі мої зітхання&lt;br /&gt;</w:t>
        <w:br/>
        <w:t>В один скорботний звук,-&lt;br /&gt;</w:t>
        <w:br/>
        <w:t>Хай Смерть його вчуває невгомонна,&lt;br /&gt;</w:t>
        <w:br/>
        <w:t>Бо лиш до неї линуть всі бажання&lt;br /&gt;</w:t>
        <w:br/>
        <w:t>Відтоді, як мадонна&lt;br /&gt;</w:t>
        <w:br/>
        <w:t>Упала Смерті до жорстоких рук&lt;br /&gt;</w:t>
        <w:br/>
        <w:t>І кинула юдоль страждань і мук,&lt;br /&gt;</w:t>
        <w:br/>
        <w:t>Лишивши землю без краси своєї.&lt;br /&gt;</w:t>
        <w:br/>
        <w:t>Але її ясна й свята краса&lt;br /&gt;</w:t>
        <w:br/>
        <w:t>Осяла небеса&lt;br /&gt;</w:t>
        <w:br/>
        <w:t>Вогнем любові,— янголи до неї&lt;br /&gt;</w:t>
        <w:br/>
        <w:t>Співають славу, світлий розум їх&lt;br /&gt;</w:t>
        <w:br/>
        <w:t>Дивується з шляхетних цнот таких.</w:t>
      </w:r>
    </w:p>
    <w:p>
      <w:r>
        <w:br/>
        <w:t>Сонет 24</w:t>
      </w:r>
    </w:p>
    <w:p>
      <w:r>
        <w:br/>
        <w:t>О пілігрими, ви йдете поволі,&lt;br /&gt;</w:t>
        <w:br/>
        <w:t>Замислившись про нетутешній світ.&lt;br /&gt;</w:t>
        <w:br/>
        <w:t>Показує знеможений ваш вид,&lt;br /&gt;</w:t>
        <w:br/>
        <w:t>Що дальній шлях вам ліг на суходолі.</w:t>
      </w:r>
    </w:p>
    <w:p>
      <w:r>
        <w:br/>
        <w:t>Чому не плачете ви мимоволі,&lt;br /&gt;</w:t>
        <w:br/>
        <w:t>Ступивши в цю оселю смутку й бід?&lt;br /&gt;</w:t>
        <w:br/>
        <w:t>Таж, мабуть, ви помітили тут слід&lt;br /&gt;</w:t>
        <w:br/>
        <w:t>Тяжкої втрати, горя і недолі?</w:t>
      </w:r>
    </w:p>
    <w:p>
      <w:r>
        <w:br/>
        <w:t>Якби почули ви слова мої,&lt;br /&gt;</w:t>
        <w:br/>
        <w:t>Що серце вам в зітханнях каже й кличе,-&lt;br /&gt;</w:t>
        <w:br/>
        <w:t>Ви б тут лишились, плачучи зі втрати.</w:t>
      </w:r>
    </w:p>
    <w:p>
      <w:r>
        <w:br/>
        <w:t>Вона померла, наша Беатріче!&lt;br /&gt;</w:t>
        <w:br/>
        <w:t>І розповідь про наглу смерть її&lt;br /&gt;</w:t>
        <w:br/>
        <w:t>Така, що змусить кожного ридати.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й канцони з "Vita Nova"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