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Станція</w:t>
      </w:r>
    </w:p>
    <w:p>
      <w:r>
        <w:br/>
        <w:t xml:space="preserve"> Велика станція&lt;br /&gt;</w:t>
        <w:br/>
        <w:t>Порядком радує,&lt;br /&gt;</w:t>
        <w:br/>
        <w:t>Вона по радіо&lt;br /&gt;</w:t>
        <w:br/>
        <w:t>Про все нагадує:</w:t>
      </w:r>
    </w:p>
    <w:p>
      <w:r>
        <w:br/>
        <w:t>"Поїзд такий-то у стільки годин&lt;br /&gt;</w:t>
        <w:br/>
        <w:t>Рушає з платформи номер один".</w:t>
      </w:r>
    </w:p>
    <w:p>
      <w:r>
        <w:br/>
        <w:t>Трапиться поїзду десь запізниться,—&lt;br /&gt;</w:t>
        <w:br/>
        <w:t>Просить пробачення в нас залізниця:</w:t>
      </w:r>
    </w:p>
    <w:p>
      <w:r>
        <w:br/>
        <w:t>"Поїзд, що мав прибути у стільки,&lt;br /&gt;</w:t>
        <w:br/>
        <w:t>Спізняється нині хто знає на скільки".</w:t>
      </w:r>
    </w:p>
    <w:p>
      <w:r>
        <w:br/>
        <w:t>А коли поїзд нарешті прибуде,&lt;br /&gt;</w:t>
        <w:br/>
        <w:t>Радіо скаже, щоб знали всі люди:</w:t>
      </w:r>
    </w:p>
    <w:p>
      <w:r>
        <w:br/>
        <w:t>"Поїзд на станції така й така,&lt;br /&gt;</w:t>
        <w:br/>
        <w:t>Вилазь, хто далі не брав квитка".</w:t>
      </w:r>
    </w:p>
    <w:p>
      <w:r>
        <w:br/>
        <w:t>Потім розкаже всім по порядку,&lt;br /&gt;</w:t>
        <w:br/>
        <w:t>Де кому треба робіт, пересадку.</w:t>
      </w:r>
    </w:p>
    <w:p>
      <w:r>
        <w:br/>
        <w:t>І пасажирам пояснить статечно,&lt;br /&gt;</w:t>
        <w:br/>
        <w:t>Як до вокзалу вийти безпечно</w:t>
      </w:r>
    </w:p>
    <w:p>
      <w:r>
        <w:br/>
        <w:t>(Бо як під поїзд попадете,&lt;br /&gt;</w:t>
        <w:br/>
        <w:t>Вже не поїдете більше ніколи ви!):</w:t>
      </w:r>
    </w:p>
    <w:p>
      <w:r>
        <w:br/>
        <w:t>"Не переходьте через колії,&lt;br /&gt;</w:t>
        <w:br/>
        <w:t>У нас тунелі є на те".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