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Старенька жінко, Магдо чи Луїзо!..</w:t>
      </w:r>
    </w:p>
    <w:p>
      <w:r>
        <w:br/>
        <w:t xml:space="preserve"> Старенька жінко, Магдо чи Луїзо!&lt;br /&gt;</w:t>
        <w:br/>
        <w:t>Великий світ, холодні в нім вітри.&lt;br /&gt;</w:t>
        <w:br/>
        <w:t>У нас ще й досі круппівське залізо&lt;br /&gt;</w:t>
        <w:br/>
        <w:t>виорюють у полі трактори.</w:t>
      </w:r>
    </w:p>
    <w:p>
      <w:r>
        <w:br/>
        <w:t>Ну, як там вальси — чи гримлять у Відні?&lt;br /&gt;</w:t>
        <w:br/>
        <w:t>Як доктор Фауст — бореться зі злом?&lt;br /&gt;</w:t>
        <w:br/>
        <w:t>У нас навіки хлопці наші рідні&lt;br /&gt;</w:t>
        <w:br/>
        <w:t>живуть собі у рамочці за склом.</w:t>
      </w:r>
    </w:p>
    <w:p>
      <w:r>
        <w:br/>
        <w:t>Я не скажу ні слова тобі злого.&lt;br /&gt;</w:t>
        <w:br/>
        <w:t>Твій, може, теж загинув на війні.&lt;br /&gt;</w:t>
        <w:br/>
        <w:t>За що він бився, Магдо, проти кого?!&lt;br /&gt;</w:t>
        <w:br/>
        <w:t>Він не кричить "Хайль Гітлер!" на стіні?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Старенька жінко, Магдо чи Луїзо!..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