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Стосовно патріотизму</w:t>
      </w:r>
    </w:p>
    <w:p>
      <w:r>
        <w:br/>
        <w:t xml:space="preserve"> &lt;p&gt;СТОСОВНО ПАТРІОТИЗМУ</w:t>
      </w:r>
    </w:p>
    <w:p>
      <w:r>
        <w:br/>
        <w:t>Так уже заведено в нашій країні, що як хто зумів повністю поладнати свою релігію з вимогами власного сумління, то не потребує клопотатися, чи це поладнання задовольняє кого стороннього, чи ні.</w:t>
      </w:r>
    </w:p>
    <w:p>
      <w:r>
        <w:br/>
        <w:t>В Австрії та деяких інших країнах це не так. Там держава ладнає за людину її релігію, сама людина в тому голосу не має.</w:t>
      </w:r>
    </w:p>
    <w:p>
      <w:r>
        <w:br/>
        <w:t>Патріотизм – це всього-на-всього різновид релігії: любов до країни, обожнювання країни, відданість прапорові країни, її честі й добробутові.</w:t>
      </w:r>
    </w:p>
    <w:p>
      <w:r>
        <w:br/>
        <w:t>В абсолютних монархіях його постачає підданому трон, в нудному трафаретному вигляді; в Англії та Америці його постачає громадянинові, в нудному й трафаретному вигляді, політик і газета.</w:t>
      </w:r>
    </w:p>
    <w:p>
      <w:r>
        <w:br/>
        <w:t>Наш політико-газетяний патріот часто наодинці з собою давиться своєю дозою; але глитає і якомога силкується затримати її в своєму шлунку. Блажен, хто духом лагідний.</w:t>
      </w:r>
    </w:p>
    <w:p>
      <w:r>
        <w:br/>
        <w:t>Часом на початку якоїсь підлої скаженої політичної кампанії він поривається збунтуватися, але не робить цього, бо має досить обачності. Він знає, що його творець довідається про це – творець його патріотизму, непутящий базікало, шестидоларовий помічник редактора містечкової газети – і розляпає все друком, ще й обізве його зрадником. А то жахлива перспектива. Це змушує його підібгати хвоста межи ноги й тремтіти. Ми всі знаємо – читач це знає дуже добре,– що два роки тому55 дев’ять десятих людських хвостів Англії й Америки перебували саме в такому стані, тобто дев’ять десятих всіх патріотів Англії й Америки поробилися зрадниками, аби лиш їх не обізвали зрадниками. Чи ж не правда? Я знаю, що це правда. Чи ж не дивна це річ?</w:t>
      </w:r>
    </w:p>
    <w:p>
      <w:r>
        <w:br/>
        <w:t>Але дуже всерйоз того соромитись не варто. Рідко кому вдається – дуже-дуже рідко – виграти битву зі своїм вихованням; надто вже сили нерівні. Багато років,– може, й завжди – виховання обох націй було злісним ворогом незалежної політичної думки, вперто неприязним супроти патріотизму, виробленого людиною самостійно, патріотизму зродженого у власній голові людини, випробуваного вогнем, надійно провіреного її власним сумлінням. В результаті патріотизм був одягом на вихід, купленим з других рук. Патріот не знав, як, коли чи звідки брались його поняття, та й не дбав про те, аби лиш виглядало так, ніби він з більшістю,– а це було головне, в цьому була безпека і вигода. Чи знає читач бодай трьох людей, що мають справжні підстави для свого патріотизму, і можуть їх вказати? Хай краще не досліджує докладніш, як не хоче розчаруватися. Скорше за все він виявить, що ті люди набралися свого патріотизму з громадського корита і ні трохи не доклали власних рук до його виготування.</w:t>
      </w:r>
    </w:p>
    <w:p>
      <w:r>
        <w:br/>
        <w:t>Виховання робить чудеса. Воно спонукало народ нашої країни опиратися Мексіканській війні;56 а потім – пристати на те, що вважалося думкою більшості – патріотизм більшості, це ж бо і є типовий патріотизм – і люди йшли на ту війну і воювали. Перед громадянською війною виховання зробило Північ байдужою до рабства і прихильною до гендлювання рабами; через це Массачусетс поставився вороже до американського прапора і не дозволив підняти його на будівлі конгресу штату – в його очах то був прапор інтриганів. Але невдовзі виховання перекинуло Массачусетс на інший бік, і він люто кинувся війною на Південь під тим-таки прапором проти своїх колишніх інтересів.</w:t>
      </w:r>
    </w:p>
    <w:p>
      <w:r>
        <w:br/>
        <w:t>Нема такого, чого не змогло б виховання. Нема нічого вище його досягу чи нижче. Воно може обернути лиху мораль на добру, добру на лиху; може знищити принципи, може їх відродити; може принизити янгола до рівня людини і підняти людей до рівня янголів. І воно здатне зробити будь-яке з цих чудес протягом року, навіть шести місяців.</w:t>
      </w:r>
    </w:p>
    <w:p>
      <w:r>
        <w:br/>
        <w:t>А значить, людей можна виховати, щоб вони самі формували свій патріотизм. Їх можна виховати, щоб виробляли його в себе в голові та серці, в ні від кого незалежній самоті свого власного дому. Їх можна виховати, щоб перестали сприймати патріотизм на команду, як австрієць сприймає свою релігію.</w:t>
      </w:r>
    </w:p>
    <w:p>
      <w:r>
        <w:br/>
        <w:t>1900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Стосовно патріотизму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