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Стрітення</w:t>
      </w:r>
    </w:p>
    <w:p>
      <w:r>
        <w:br/>
        <w:t xml:space="preserve"> &lt;p&gt;— Вставай, дитино, вставай, сплюхо, бо й Стрітення* проспиш...</w:t>
      </w:r>
    </w:p>
    <w:p>
      <w:r>
        <w:br/>
        <w:t>Голос такий, наче на воді вигойдується, й пахне голос чомусь м'ятою та материнкою.</w:t>
      </w:r>
    </w:p>
    <w:p>
      <w:r>
        <w:br/>
        <w:t>— Проспиш і не побачиш, як стрічається зима з літом.</w:t>
      </w:r>
    </w:p>
    <w:p>
      <w:r>
        <w:br/>
        <w:t>У голосі поміж пахучої м'яти й материнки дзвоники видзвонюють стиха, наче то дзвоники з сонячної прозорої роси. Зрештою, ці дзвоники в голосі й будять Юхима, він розплющується, протирає очі.</w:t>
      </w:r>
    </w:p>
    <w:p>
      <w:r>
        <w:br/>
        <w:t>— А ще не стрілася зима з літом? — питає в баби Варки, що ласкаво озивається до нього, палячи в печі, освітлена ясним полум'ям.</w:t>
      </w:r>
    </w:p>
    <w:p>
      <w:r>
        <w:br/>
        <w:t>—Побачиш, то й мені скажеш.</w:t>
      </w:r>
    </w:p>
    <w:p>
      <w:r>
        <w:br/>
        <w:t>Протерши очі, Юхим дивиться у вікна, через які в хату заглядає глухий досвіток. І вмить йому згадується вчорашній вечір. Баба Варка так само палила в печі, як оце зараз палить. А вони з сусідською Насткою дерли пір'я над решетом. І все прислухались, чи попід хатою не ходить мороз. І чи метелиці не чути. Бо коли мороз, бо коли метелиця, то зима не відступить перед літом, бо літо забариться, а зима ще довго володарюватиме, їм же обом так хотілося, щоб зима швидше скінчилася, бо надокучило по хатах сидіти, взувати чоботи й валянки, нацуплювати важкий одяг.</w:t>
      </w:r>
    </w:p>
    <w:p>
      <w:r>
        <w:br/>
        <w:t>— А може, зима з літом завтра не стрінеться? — допитувався Юхим.</w:t>
      </w:r>
    </w:p>
    <w:p>
      <w:r>
        <w:br/>
        <w:t>Кароока Настка запитально поглядала на бабу Варку: що скаже? А раптом скаже — не стрінеться? Ой, не хотілося б почути таку відповідь.</w:t>
      </w:r>
    </w:p>
    <w:p>
      <w:r>
        <w:br/>
        <w:t>— Не повинні б розминутися, — відказала баба Варка. — Завжди стрічалися в такий день.</w:t>
      </w:r>
    </w:p>
    <w:p>
      <w:r>
        <w:br/>
        <w:t>У Настки лице спалахнуло радістю.</w:t>
      </w:r>
    </w:p>
    <w:p>
      <w:r>
        <w:br/>
        <w:t>— А де вони стрінуться? У нашому селі? В полі за селом?</w:t>
      </w:r>
    </w:p>
    <w:p>
      <w:r>
        <w:br/>
        <w:t>— Ви побачите, де вони стрінуться, — каже баба Варка. — Завтра не можна проспати досвіток. Треба встати ранесенько — й хутчій до криниці з відром, щоб найпершим зачерпнути води з криниці. Хто зачерпне ранесенько непочатої води, в того вода буде помічна, цілюща. Вона помагатиме від усяких болячок та хвороб, від пристріту. І як є така вода в тебе — корова краще отелиться, телятко славне знайдеться. І для бджіл у вуликах така вода помічна, бджоли тоді веселіші та бадьоріші, рояться гарно, взяток добрий... Запам'ятали? Найперша вода, непочата — найбільшу силу має. Хто перший витягнув — той собі зачерпнув найбільшу силу. Й за другим відром вода з криниці теж цілюща, а вже не така, як за першим.</w:t>
      </w:r>
    </w:p>
    <w:p>
      <w:r>
        <w:br/>
        <w:t>Отож, дивіться, завтра не проспіть досвіток, бо завтра — Стрітення.</w:t>
      </w:r>
    </w:p>
    <w:p>
      <w:r>
        <w:br/>
        <w:t>** Стрітення Господнє святкується 15 лютого. За народним повір'ям, цього дня зима зустрічається з літом.</w:t>
      </w:r>
    </w:p>
    <w:p>
      <w:r>
        <w:br/>
        <w:t>— Це таке свято? — мовив Юхим. Настка запитально поглянула на бабу Варку,</w:t>
      </w:r>
    </w:p>
    <w:p>
      <w:r>
        <w:br/>
        <w:t>бо так хотілось почути, що завтра — свято.</w:t>
      </w:r>
    </w:p>
    <w:p>
      <w:r>
        <w:br/>
        <w:t>— Свято, — сказала баба Варка. — Деріть сьогодні пір'я, бо працювати у свято — гріх.</w:t>
      </w:r>
    </w:p>
    <w:p>
      <w:r>
        <w:br/>
        <w:t>Проснувшись зараз удосвіта, Юхим згадує вчорашній вечір, їхню розмову про Стрітення — свято зустрічі зими з літом, і раптом його голову пронизує думка: вода!</w:t>
      </w:r>
    </w:p>
    <w:p>
      <w:r>
        <w:br/>
        <w:t>Жде, що баба Варка скаже: "Ох, хлопче, хлопче, я добудитись тебе не ладна, а ти і Стрітення проспав, і непочату воду з криниці проспав, бо спритніші за тебе раніше встали й вибрали з криниці непочату воду, в якій — найбільша сила, яка помічна при болячках, яка телятам помагає, бджолам помагає, всьому живому помагає".</w:t>
      </w:r>
    </w:p>
    <w:p>
      <w:r>
        <w:br/>
        <w:t>Але баба Варка, палячи в печі, мовчить чомусь про непочату воду. Може, він ще не спізнився, встигне першим до криниці? Гаразд, ви, бабо Варко, мовчіть, а він, Юхим, своє діло знає.</w:t>
      </w:r>
    </w:p>
    <w:p>
      <w:r>
        <w:br/>
        <w:t>І хлопець спритно починає одягатися.</w:t>
      </w:r>
    </w:p>
    <w:p>
      <w:r>
        <w:br/>
        <w:t>— Ти до криниці? — здогадується баба Варка.</w:t>
      </w:r>
    </w:p>
    <w:p>
      <w:r>
        <w:br/>
        <w:t>— До криниці.</w:t>
      </w:r>
    </w:p>
    <w:p>
      <w:r>
        <w:br/>
        <w:t>— Ану давай подивимося, чи ніхто не проклав слідів до криниці.</w:t>
      </w:r>
    </w:p>
    <w:p>
      <w:r>
        <w:br/>
        <w:t>Вони виглядають у вікно, у глухий млистий досвіток, у попелястих водах якого ледь видніють обпушені інеєм верби й тополі на подвір'ї. І криниця їхня біля воріт у темному пухнастому інеї. "Наче в побілілій сажі", — подумки дивується Юхим.</w:t>
      </w:r>
    </w:p>
    <w:p>
      <w:r>
        <w:br/>
        <w:t>— Ні, не видно слідів, — каже баба Варка. — Йди, будеш першим.</w:t>
      </w:r>
    </w:p>
    <w:p>
      <w:r>
        <w:br/>
        <w:t>Вона з відра у відро на ослоні переливає воду, порожнє відро віддає онукові.</w:t>
      </w:r>
    </w:p>
    <w:p>
      <w:r>
        <w:br/>
        <w:t>— А зима з літом ще не стрілася? — питає він.</w:t>
      </w:r>
    </w:p>
    <w:p>
      <w:r>
        <w:br/>
        <w:t>— Ще рано... День довгий, стрінуться...</w:t>
      </w:r>
    </w:p>
    <w:p>
      <w:r>
        <w:br/>
        <w:t>Надворі — передранкові сутінки, десь далеко перегукуються півні: хрипко співають, у голосах ще мало дзвінкого сонця.</w:t>
      </w:r>
    </w:p>
    <w:p>
      <w:r>
        <w:br/>
        <w:t>Та раптом один озивається неподалік, з На-стчиного двору, наче струмінь полум'я ллється йому з горлянки — і все полум'я ніяк не виллється, бо так того полум'я багато, бо таке воно гаряче.</w:t>
      </w:r>
    </w:p>
    <w:p>
      <w:r>
        <w:br/>
        <w:t>Холодною вогкістю віє від снігу, який застелив подвір'я. Кору на яблунях за ніч підморозило, від неї ллється студений пах. Гм... Ледь-ледь вловлюється подих весни в повітрі, а чого ж це кажуть, що саме сьогодні зима стрічається з літом?</w:t>
      </w:r>
    </w:p>
    <w:p>
      <w:r>
        <w:br/>
        <w:t>Як то баба Варка вчора казала? "Як на Стрі-тення мороз — буде рання весна". Морозець є, отже, треба сподіватися на ранню весну. І звідки те все баба Варка знає? Звісно, сказала правду й про непочату воду, в якій — найбільша сила.</w:t>
      </w:r>
    </w:p>
    <w:p>
      <w:r>
        <w:br/>
        <w:t>Юхим стоїть на ґанку, поглядає на криницю, до якої справді ще ніхто не проклав слідів, і розмірковує. їм таки знадобиться непочата вода. Знадобиться для нього — він часто простуджується. Знадобиться для баби Варки — вона часто скаржиться на всякі недуги. Корови та бджіл у них нема, зате є кролі, то для кролів знадобиться. Юхимові батько-мати працюють на далекій Півночі, влітку приїдуть, вони теж не дуже міцного здоров'я, а тут для них Юхим припас непочатої води, радійте!</w:t>
      </w:r>
    </w:p>
    <w:p>
      <w:r>
        <w:br/>
        <w:t>Готовий ступити через подвір'я, щоб встигнути до криниці, він зводить очі вгору — і... торопіє від напливу несподіваної хмільної радості. Бо по горбку навпроти (горбок через дорогу) від своєї хати спускається Настка.</w:t>
      </w:r>
    </w:p>
    <w:p>
      <w:r>
        <w:br/>
        <w:t>Вона — в білих битих валянках, у червоному овечому кожушку, у червоній квітчастій — материній — хустці, так що вільне полум'я материної хустки тремтить у неї на грудях, на плечах. Настка схожа на мальву, що негадано розцвіла в цей зимовий досвіток.</w:t>
      </w:r>
    </w:p>
    <w:p>
      <w:r>
        <w:br/>
        <w:t>Розцвіла у день стрітення зими з літом.</w:t>
      </w:r>
    </w:p>
    <w:p>
      <w:r>
        <w:br/>
        <w:t>В руках у Настки — оцинковане відро, яким вона весело вигойдує. Видно, радіє, що нікого нема біля криниці, що вона першою встигне, що саме вона зачерпне непочатої води, в якій найбільша сила.</w:t>
      </w:r>
    </w:p>
    <w:p>
      <w:r>
        <w:br/>
        <w:t>І тоді Юхим хутко рушає до криниці.</w:t>
      </w:r>
    </w:p>
    <w:p>
      <w:r>
        <w:br/>
        <w:t>йому ближче, Настка нізащо не зуміє випередити, навіть нехай не змагається, він таки перший набере відро води, перший. Йому здається, що Настка кинеться щодуху з горбка, щоб постаратися випередити, але вона, побачивши Юхима, чомусь не біжить, не квапиться.</w:t>
      </w:r>
    </w:p>
    <w:p>
      <w:r>
        <w:br/>
        <w:t>Не біжить, не квапиться, а йде неспішно. Й він також сповільнює ходу, й він також іде неспішно. Та й чого йому бігти, коли все одно встигне перший до криниці. Настка вже з горбка спустилася, вже ступає через дорогу, усміхаючись ясною усмішкою. Може, вона забула, що найпо-мічніша вода — це коли ще ніхто перед тобою не набирав удосвіта з криниці? Але коли забула, то чому так раненько встала на Стрітення?</w:t>
      </w:r>
    </w:p>
    <w:p>
      <w:r>
        <w:br/>
        <w:t>Е-е, не забула Настка, пам'ятає, ось тільки чомусь не квапиться, й край. Та коли Настка не квапиться, то й він не квапитиметься, все одно вспіє випередити.</w:t>
      </w:r>
    </w:p>
    <w:p>
      <w:r>
        <w:br/>
        <w:t>Поглядаючи одне на одного, йдуть так, що до криниці підходять водночас. У Юхима рука сама смикається до корби, та раптом йому стає соромно за той рух, і він опускає руку.</w:t>
      </w:r>
    </w:p>
    <w:p>
      <w:r>
        <w:br/>
        <w:t>— Сьогодні зима стрічається з літом? — наче з недовірою запитує Настка.</w:t>
      </w:r>
    </w:p>
    <w:p>
      <w:r>
        <w:br/>
        <w:t>Й вони цікаво обоє дивляться довкола. У млистих сутінках досвітку обпушені інеєм дерева світяться тихим, приглушеним світлом. Стоїть пора передвесняної зими, й вони бачать цю при-чаєну зиму, яка й не думає здаватися. То де ж зима стрічається з літом?</w:t>
      </w:r>
    </w:p>
    <w:p>
      <w:r>
        <w:br/>
        <w:t>— Сьогодні стрічається, — відказує Юхим. —А де?</w:t>
      </w:r>
    </w:p>
    <w:p>
      <w:r>
        <w:br/>
        <w:t>— А скрізь, — вчорашніми баби Варчиними словами відказує Юхим. — Зараз десь не видно... Може, пізніше.</w:t>
      </w:r>
    </w:p>
    <w:p>
      <w:r>
        <w:br/>
        <w:t>— Ага, може, пізніше, — згоджується Настка. — День довгий. А пам'ятаєш, що баба Варка вчора сказала? "Коли на Стрітення півень на порозі води нап'ється, то на Юрія* віл у полі напасеться".</w:t>
      </w:r>
    </w:p>
    <w:p>
      <w:r>
        <w:br/>
        <w:t>Обоє дивляться на хатній поріг, потім на поріг хліва — ні там, ні там не видно півня.</w:t>
      </w:r>
    </w:p>
    <w:p>
      <w:r>
        <w:br/>
        <w:t>* Святого Юрія відзначається 6 травня. Цього дня за народним звичаєм худобу вперше виганяють у поле на пашу, на "Юрієву росу".</w:t>
      </w:r>
    </w:p>
    <w:p>
      <w:r>
        <w:br/>
        <w:t>— О, чуєш, співають, — прислухається Юхим.</w:t>
      </w:r>
    </w:p>
    <w:p>
      <w:r>
        <w:br/>
        <w:t>— А води на порозі ще нема, правда?</w:t>
      </w:r>
    </w:p>
    <w:p>
      <w:r>
        <w:br/>
        <w:t>— Як пригріє сонце — вода потече, бо снігу багато на хатах.</w:t>
      </w:r>
    </w:p>
    <w:p>
      <w:r>
        <w:br/>
        <w:t>Вони переминаються з ноги на ногу, й Наст-ка озивається:</w:t>
      </w:r>
    </w:p>
    <w:p>
      <w:r>
        <w:br/>
        <w:t>— То набирай воду... І в нього виривається:</w:t>
      </w:r>
    </w:p>
    <w:p>
      <w:r>
        <w:br/>
        <w:t>— Ти — перша!</w:t>
      </w:r>
    </w:p>
    <w:p>
      <w:r>
        <w:br/>
        <w:t>— Ні, ти перший. Ти перший підійшов до криниці.</w:t>
      </w:r>
    </w:p>
    <w:p>
      <w:r>
        <w:br/>
        <w:t>— Ти перша підійшла.</w:t>
      </w:r>
    </w:p>
    <w:p>
      <w:r>
        <w:br/>
        <w:t>Йому тепер щиро хочеться, щоб Настка перша опустила відро в криницю. Бо вона добра й славна. Бо не кинулася поперед нього, як би кинувся хто-небудь інший. Бо Настка — це Настка, а не хто-небудь інший. Та й, мабуть, їй таки потрібніша непочата вода. В неї часто мати нездужає, дід-баба ледь ходять по білому світу. А до рябого бичка восени двічі викликали зоотехніка. А їх із бабою Варкою Господь милував. Та й батько-мати з Півночі теж на здоров'я не скаржилися.</w:t>
      </w:r>
    </w:p>
    <w:p>
      <w:r>
        <w:br/>
        <w:t>І тоді він зважується сказати:</w:t>
      </w:r>
    </w:p>
    <w:p>
      <w:r>
        <w:br/>
        <w:t>— Ти спізнилася, я набрав, а це вже вдруге.</w:t>
      </w:r>
    </w:p>
    <w:p>
      <w:r>
        <w:br/>
        <w:t>— Правда? — не вірить Настка.</w:t>
      </w:r>
    </w:p>
    <w:p>
      <w:r>
        <w:br/>
        <w:t>— Правда, — намагається не скліпнути Юхим.</w:t>
      </w:r>
    </w:p>
    <w:p>
      <w:r>
        <w:br/>
        <w:t>Повагавшись, Настка чіпляє відро до ланцюга, опускає з цямрини в криницю й зосереджено розкручує корбу.</w:t>
      </w:r>
    </w:p>
    <w:p>
      <w:r>
        <w:br/>
        <w:t>Скоро глухо озивається розбита в криниці тиша — це відро впало на поверхню, зачерпує воду.</w:t>
      </w:r>
    </w:p>
    <w:p>
      <w:r>
        <w:br/>
        <w:t>Витягуючи відро, вони вдвох крутять корбу, що жалібно порипує. Краплі зцяпують у криницю й там розбиваються. Коли відро вигулькує над цямриною, вони обоє зачаровано поглядають на воду, що хлюпочеться перед їхніми очима. Вода видається незвичайна, зовсім не така, як завжди, бо витягнули з криниці ранесенько не колись, а на Стрітення.</w:t>
      </w:r>
    </w:p>
    <w:p>
      <w:r>
        <w:br/>
        <w:t>Настка бере відро і, перехилившись під його вагою, йде через дорогу, далі вуличкою — на горбок. Зупиняється, передихаючи, поставивши відро в сніг. Потім знову бере відро й ступає дрібно-дрібно, бо ж нести нелегко.</w:t>
      </w:r>
    </w:p>
    <w:p>
      <w:r>
        <w:br/>
        <w:t>Юхим дивиться їй услід, усміхається.</w:t>
      </w:r>
    </w:p>
    <w:p>
      <w:r>
        <w:br/>
        <w:t>Потім витягує відро води й для себе, радісно дивиться на хлюпістку поверхню, від якої віє таємницями. Йому так добре на душі, що вдалося обманути Настку, що таки вона першою набрала води, а не він.</w:t>
      </w:r>
    </w:p>
    <w:p>
      <w:r>
        <w:br/>
        <w:t>І раптом чує Настчин голос.</w:t>
      </w:r>
    </w:p>
    <w:p>
      <w:r>
        <w:br/>
        <w:t>Підводить голову — Настка на півдорозі до своєї хати і, в червоному кожушку та в червоній материній хустині, віддалік схожа на мальву, що несподівано розцвіла посеред зими.</w:t>
      </w:r>
    </w:p>
    <w:p>
      <w:r>
        <w:br/>
        <w:t>— Ю-ю-химе-е! — гукає вона в ранковій тиші.</w:t>
      </w:r>
    </w:p>
    <w:p>
      <w:r>
        <w:br/>
        <w:t>— Настко! — відповідає він, приклавши корцем долоні до вуст.</w:t>
      </w:r>
    </w:p>
    <w:p>
      <w:r>
        <w:br/>
        <w:t>— Сьогодні зима з літом стрічається, чув? І Настка сміється на білому горбку.</w:t>
      </w:r>
    </w:p>
    <w:p>
      <w:r>
        <w:br/>
        <w:t>— Чув!</w:t>
      </w:r>
    </w:p>
    <w:p>
      <w:r>
        <w:br/>
        <w:t>І Юхим сміється біля обпушеної інеєм криниці.</w:t>
      </w:r>
    </w:p>
    <w:p>
      <w:r>
        <w:br/>
        <w:t>— Приходь до мене... подивишся... як півень... питиме воду на порозі... Прийдеш?</w:t>
      </w:r>
    </w:p>
    <w:p>
      <w:r>
        <w:br/>
        <w:t>— Прийду!..</w:t>
      </w:r>
    </w:p>
    <w:p>
      <w:r>
        <w:br/>
        <w:t>Настка бере відро, несе непочату воду з їхньої криниці додому.</w:t>
      </w:r>
    </w:p>
    <w:p>
      <w:r>
        <w:br/>
        <w:t>А Юхим усе дивиться й дивиться їй услід, аж поки вона опиняється на подвір'ї, аж поки зникає в своїй хаті.</w:t>
      </w:r>
    </w:p>
    <w:p>
      <w:r>
        <w:br/>
        <w:t>І лиш тоді, зітхнувши, він з відром води рушає від криниці. І все бринить йому у вухах Настчин голос: "Сьогодні зима з літом стрічається". Оглядається мимоволі — не видно На-стки, нема.</w:t>
      </w:r>
    </w:p>
    <w:p>
      <w:r>
        <w:br/>
        <w:t>Свято Стрітення.</w:t>
      </w:r>
    </w:p>
    <w:p>
      <w:r>
        <w:br/>
        <w:t>Таки сьогодні стрічається зима з літом, вони з Насткою неодмінно подивляться — чи то в селі, чи то в полі, чи то біля річки. Бо стрічається скрізь, як сказала баба Варка.</w:t>
      </w:r>
    </w:p>
    <w:p>
      <w:r>
        <w:br/>
        <w:t>І піддивляться, як півень п'є воду на порозі.</w:t>
      </w:r>
    </w:p>
    <w:p>
      <w:r>
        <w:br/>
        <w:t>Стрітення...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Стрітення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