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Таємниці Марусених дач</w:t>
      </w:r>
    </w:p>
    <w:p>
      <w:r>
        <w:br/>
        <w:t xml:space="preserve"> &lt;p&gt;Сучасний детектив на дві дії в одній картині</w:t>
      </w:r>
    </w:p>
    <w:p>
      <w:r>
        <w:br/>
        <w:t>(без антракту)</w:t>
      </w:r>
    </w:p>
    <w:p>
      <w:r>
        <w:br/>
        <w:t>ДІЙОВІ ОСОБИ</w:t>
      </w:r>
    </w:p>
    <w:p>
      <w:r>
        <w:br/>
        <w:t>Зоя.</w:t>
      </w:r>
    </w:p>
    <w:p>
      <w:r>
        <w:br/>
        <w:t>Валера.</w:t>
      </w:r>
    </w:p>
    <w:p>
      <w:r>
        <w:br/>
        <w:t>Толя.</w:t>
      </w:r>
    </w:p>
    <w:p>
      <w:r>
        <w:br/>
        <w:t>Чебурашка.</w:t>
      </w:r>
    </w:p>
    <w:p>
      <w:r>
        <w:br/>
        <w:t>Іван Васильович.</w:t>
      </w:r>
    </w:p>
    <w:p>
      <w:r>
        <w:br/>
        <w:t>Василь Іванович.</w:t>
      </w:r>
    </w:p>
    <w:p>
      <w:r>
        <w:br/>
        <w:t>Галина Сергіївна.</w:t>
      </w:r>
    </w:p>
    <w:p>
      <w:r>
        <w:br/>
        <w:t>Дід Каленик.</w:t>
      </w:r>
    </w:p>
    <w:p>
      <w:r>
        <w:br/>
        <w:t>ДІЯ ПЕРША</w:t>
      </w:r>
    </w:p>
    <w:p>
      <w:r>
        <w:br/>
        <w:t>Будиночки дачного кооперативу: два — на передньому плані (ліворуч синій, праворуч зелений), два — в глибині сцени. Біля синього будиночка — могутній берест. Біля зеленого — стара криниця. Трохи в глибині сцени стовп з лампочкою-ліхтарем. Посередині дві лавки, між ними чорне згасле вогнище, над вогнищем палиця на двох рогачиках (для казана). Похмурий день пізньої осені. Безлюддя.</w:t>
      </w:r>
    </w:p>
    <w:p>
      <w:r>
        <w:br/>
        <w:t>На сцену, пригнувшись, крадькома виходять Зоя і Валера (у нього через плече велика сумка, у неї — трохи менша). Біля береста зупиняються, сторожко прислухаються, озираються.</w:t>
      </w:r>
    </w:p>
    <w:p>
      <w:r>
        <w:br/>
        <w:t>Валера (говорить тихо, приглушеним голосом). А здорово? Га?.. Тиша… Нікого… Тільки ми удвох… Щось десь рипить таємничо… Немов дерев’яна нога пірата Джона Сільвера.</w:t>
      </w:r>
    </w:p>
    <w:p>
      <w:r>
        <w:br/>
        <w:t>Зоя. Ага…</w:t>
      </w:r>
    </w:p>
    <w:p>
      <w:r>
        <w:br/>
        <w:t>Валера. Ти чого тремтиш? Замерзла? Таки холоднувато.</w:t>
      </w:r>
    </w:p>
    <w:p>
      <w:r>
        <w:br/>
        <w:t>Зоя. Та ні… просто…</w:t>
      </w:r>
    </w:p>
    <w:p>
      <w:r>
        <w:br/>
        <w:t>Валера. Дрейфиш?</w:t>
      </w:r>
    </w:p>
    <w:p>
      <w:r>
        <w:br/>
        <w:t>Зоя. А що — ні?</w:t>
      </w:r>
    </w:p>
    <w:p>
      <w:r>
        <w:br/>
        <w:t>Валера. Не боїсь, Заєць! Я з тобою.</w:t>
      </w:r>
    </w:p>
    <w:p>
      <w:r>
        <w:br/>
        <w:t>Зоя. Восени на дачах іноді, знаєш…</w:t>
      </w:r>
    </w:p>
    <w:p>
      <w:r>
        <w:br/>
        <w:t>Валера. Злодії ховаються! Рецидивісти. Що з тюрми втекли!</w:t>
      </w:r>
    </w:p>
    <w:p>
      <w:r>
        <w:br/>
        <w:t>Зоя. А ти думав! Алкаші, наркомани у всякому разі…</w:t>
      </w:r>
    </w:p>
    <w:p>
      <w:r>
        <w:br/>
        <w:t>Валера. Перестань! Як маленька.</w:t>
      </w:r>
    </w:p>
    <w:p>
      <w:r>
        <w:br/>
        <w:t>Зоя (зітхає). Коли я додому тепер попаду… І мамі нічого не сказала. Хвилюватиметься.</w:t>
      </w:r>
    </w:p>
    <w:p>
      <w:r>
        <w:br/>
        <w:t>Валера. Ну…</w:t>
      </w:r>
    </w:p>
    <w:p>
      <w:r>
        <w:br/>
        <w:t>Зоя. Вона вчора так погано себе почувала…</w:t>
      </w:r>
    </w:p>
    <w:p>
      <w:r>
        <w:br/>
        <w:t>Валера. Заєць! Ми ж домовились….</w:t>
      </w:r>
    </w:p>
    <w:p>
      <w:r>
        <w:br/>
        <w:t>Зоя (зітхає). Домовились.</w:t>
      </w:r>
    </w:p>
    <w:p>
      <w:r>
        <w:br/>
        <w:t>Валера. Ну чого ти?.. Минулого ж разу, пам’ятаєш, як було кльово.</w:t>
      </w:r>
    </w:p>
    <w:p>
      <w:r>
        <w:br/>
        <w:t>Зоя. Кльово… Так тоді ж був Джон.</w:t>
      </w:r>
    </w:p>
    <w:p>
      <w:r>
        <w:br/>
        <w:t>Валера. Тільки спочатку. А потім же самі.</w:t>
      </w:r>
    </w:p>
    <w:p>
      <w:r>
        <w:br/>
        <w:t>Зоя. Все одно. Він хоч привів. Хазяїн. А тепер… Ще скажуть — злодії. І піди доведи.</w:t>
      </w:r>
    </w:p>
    <w:p>
      <w:r>
        <w:br/>
        <w:t>Валера. Хто скаже? Нікого ж нема. Хто сюди зараз приїде, у таку холодригу?!</w:t>
      </w:r>
    </w:p>
    <w:p>
      <w:r>
        <w:br/>
        <w:t>Зоя. А сторож?</w:t>
      </w:r>
    </w:p>
    <w:p>
      <w:r>
        <w:br/>
        <w:t>Валера. Джон же сказав — він такий старий, ледве ходить. Лежить собі в хаті на печі і комара давить. Минулого ж разу не було.</w:t>
      </w:r>
    </w:p>
    <w:p>
      <w:r>
        <w:br/>
        <w:t>Зоя. Все одно.</w:t>
      </w:r>
    </w:p>
    <w:p>
      <w:r>
        <w:br/>
        <w:t>Валера. Ну, ти заєць… Справжній заєць під кущем. (Намагається ключем одімкнути синій будиночок.)</w:t>
      </w:r>
    </w:p>
    <w:p>
      <w:r>
        <w:br/>
        <w:t>Зоя (хапає його з а руку). Почекай! Давай ще тут погуляємо трохи. Валерочко! Диви, як тут гарно!</w:t>
      </w:r>
    </w:p>
    <w:p>
      <w:r>
        <w:br/>
        <w:t>Валера. Заєць!</w:t>
      </w:r>
    </w:p>
    <w:p>
      <w:r>
        <w:br/>
        <w:t>Зоя. Раніше ти мені навіть вірші читав…</w:t>
      </w:r>
    </w:p>
    <w:p>
      <w:r>
        <w:br/>
        <w:t>Валера. Вірші? Будь ласка! "Ти казала: бери, я твоя. Я ж, дурний, тільки гладив коліна…" Сосюра.</w:t>
      </w:r>
    </w:p>
    <w:p>
      <w:r>
        <w:br/>
        <w:t>Зоя (зітхає). Ну, почекай, Валеро! Давай ще роздивимося уважно (озирається). Ой! Іде! Чесне слово! Дивись!</w:t>
      </w:r>
    </w:p>
    <w:p>
      <w:r>
        <w:br/>
        <w:t>Валера. Де? (Дивиться за лаштунки.) Точно! От зараза!</w:t>
      </w:r>
    </w:p>
    <w:p>
      <w:r>
        <w:br/>
        <w:t>Зоя. Ховайся! (Тягне Валеру, ховаються за берестом.)</w:t>
      </w:r>
    </w:p>
    <w:p>
      <w:r>
        <w:br/>
        <w:t>Валера. Прямо сюди хиляє. А щоб тобі, стара ковінька!</w:t>
      </w:r>
    </w:p>
    <w:p>
      <w:r>
        <w:br/>
        <w:t>Зоя. Не треба було ті ключі брати. Треба було почекати, поки Джон зможе… А тепер погоріли!</w:t>
      </w:r>
    </w:p>
    <w:p>
      <w:r>
        <w:br/>
        <w:t>Валера. А що він нам зробить? Та я…</w:t>
      </w:r>
    </w:p>
    <w:p>
      <w:r>
        <w:br/>
        <w:t>Зоя. Що ти? Що?</w:t>
      </w:r>
    </w:p>
    <w:p>
      <w:r>
        <w:br/>
        <w:t>Валера (визирає з-за береста). Іде, чортяка, прямісінько сюди, до нас. (Раптом рішуче.) А ми тут цілуємося! Що — не можна? (Обіймає, пригортає Зою.)</w:t>
      </w:r>
    </w:p>
    <w:p>
      <w:r>
        <w:br/>
        <w:t>Зоя. Ненормальний! (Цілуються.)</w:t>
      </w:r>
    </w:p>
    <w:p>
      <w:r>
        <w:br/>
        <w:t>Валера (між поцілунками). Заєць! Ти моя? Моя?</w:t>
      </w:r>
    </w:p>
    <w:p>
      <w:r>
        <w:br/>
        <w:t>Зоя. А чия ж! (Між поцілунками.) Я ж тобі вірю. Ти ж хороший? Правда? Ти ж хороший?</w:t>
      </w:r>
    </w:p>
    <w:p>
      <w:r>
        <w:br/>
        <w:t>Валера. Зайчик мій! (Цілуються.)</w:t>
      </w:r>
    </w:p>
    <w:p>
      <w:r>
        <w:br/>
        <w:t>Входить дід Каленик, спираючись на товсту палицю.</w:t>
      </w:r>
    </w:p>
    <w:p>
      <w:r>
        <w:br/>
        <w:t>Дід Каленик. Ага!.. Ясно!.. Я думав, хлопці. А це парочка, Мартин та Одарочка. Тепер не розбереш, усі в штанях і чуби однакові… Ну, тоді не страшно. У цих свої справи. Святе діло!.. Цілуйтеся, голуб’ята, на здоров’я! (Зітхає.) І я колись під цим бересточком Марусю цілував. Сімдесят год назад. Гарна була дівчина, царство їй небесне. За ветеринара потім вийшла. (Зітхає.) Цілуйтеся, цілуйтеся! Не буду заважать. (Іде в глибину сцени.)</w:t>
      </w:r>
    </w:p>
    <w:p>
      <w:r>
        <w:br/>
        <w:t>Валера. Пішов. А ти боялась!</w:t>
      </w:r>
    </w:p>
    <w:p>
      <w:r>
        <w:br/>
        <w:t>Зоя. Про якусь Марусю говорив, дивак.</w:t>
      </w:r>
    </w:p>
    <w:p>
      <w:r>
        <w:br/>
        <w:t>Валера. Кльовий дід! Він мені одразу сподобався. (Весело.) Все о’кей. Заєць! Гуляємо! (Рвучко обіймає Зою.)</w:t>
      </w:r>
    </w:p>
    <w:p>
      <w:r>
        <w:br/>
        <w:t>Зоя. Почекай! Не поспішай. Хай він зовсім піде.</w:t>
      </w:r>
    </w:p>
    <w:p>
      <w:r>
        <w:br/>
        <w:t>Валера. Та не бійся ти! Чула ж: "Цілуйтеся, цілуйтеся! Святе діло! Не буду заважати". Врешті, чесно скажемо, що Джон, наш друг, дав нам ключі. Що ж тут такого? Дід такий, що…</w:t>
      </w:r>
    </w:p>
    <w:p>
      <w:r>
        <w:br/>
        <w:t>Зоя. Що такого? По-твоєму, нічого такого…</w:t>
      </w:r>
    </w:p>
    <w:p>
      <w:r>
        <w:br/>
        <w:t>Валера. Ну, Заєць! Не заводься! Не зривай кайф. Ти ж мій… Зайчик мій маленький! Кирпочка моя! Гіпотенуза душі моєї! (Сміється.)</w:t>
      </w:r>
    </w:p>
    <w:p>
      <w:r>
        <w:br/>
        <w:t>Зоя. Тобі смішки…</w:t>
      </w:r>
    </w:p>
    <w:p>
      <w:r>
        <w:br/>
        <w:t>Валера. Ну, Заєць! Все! Дід уже покульгав. Порядок! Зустріч графа Хвалимонського з баронесою Кирпочкою відбулася, як і було заплановано, на заміській віллі у четвер третього листопада! Га? Здорово я придумав? Як обробив Джона? І взагалі… Ну хто б на це зважився? Хто? Боря Левандовський? Вовчик Балагула? Ігор Бондаренко? Га?</w:t>
      </w:r>
    </w:p>
    <w:p>
      <w:r>
        <w:br/>
        <w:t>Зоя. Не виступай, Хвалимонський! Скромніше!</w:t>
      </w:r>
    </w:p>
    <w:p>
      <w:r>
        <w:br/>
        <w:t>Валера. А що? Хто тобі робить кайф, солодке життя? Що б ти бачила на цьому світі, крім уроків? (Порається з замком, намагається відчинити.)</w:t>
      </w:r>
    </w:p>
    <w:p>
      <w:r>
        <w:br/>
        <w:t>Зоя. Валерочко, ну не роби з себе такого вже ультрасучасного… хіпаря… шукача пригод.</w:t>
      </w:r>
    </w:p>
    <w:p>
      <w:r>
        <w:br/>
        <w:t>Валера. А що? Це хіба не пригода?</w:t>
      </w:r>
    </w:p>
    <w:p>
      <w:r>
        <w:br/>
        <w:t>Зоя. Пригода. Звичайно… Взагалі, ти справді заводний… Я… Ти думаєш, я тому, що ти такий… гарний?.. Ні, саме тому, що ти заводний. Я гарних якраз не люблю. Я люблю заводних. (Зітхає.) Дома такий настрій весь час. Хочеться розрядки.</w:t>
      </w:r>
    </w:p>
    <w:p>
      <w:r>
        <w:br/>
        <w:t>Валера. От і розрядимося зараз! А то…</w:t>
      </w:r>
    </w:p>
    <w:p>
      <w:r>
        <w:br/>
        <w:t>Зоя (після паузи несподівано скрикує). Ой! Он твій тато йде!</w:t>
      </w:r>
    </w:p>
    <w:p>
      <w:r>
        <w:br/>
        <w:t>Валера (перелякано озирається). Що? Де?</w:t>
      </w:r>
    </w:p>
    <w:p>
      <w:r>
        <w:br/>
        <w:t>Зоя (сміється). Жарт!</w:t>
      </w:r>
    </w:p>
    <w:p>
      <w:r>
        <w:br/>
        <w:t>Валера. Ну, Заєць!.. Щось ти не по-заячому почала жартувати. Забуваєшся! Порушуєш правду характеру.</w:t>
      </w:r>
    </w:p>
    <w:p>
      <w:r>
        <w:br/>
        <w:t>Зоя. А ти, Валерочко, не виступай. Не напускай на себе. Не витворяйся. Ми з тобою звичайні домашні діти. Кімнатні квіти. І я. І ти теж. Не панки, не хіпарі, не металісти. Травку не куримо, на голку не сідаємо. Батьків боїмося. Нетипові ми, Валерочко, представники сучасної молоді.</w:t>
      </w:r>
    </w:p>
    <w:p>
      <w:r>
        <w:br/>
        <w:t>Валера. А те, що ми зараз тут, теж… нетипово?</w:t>
      </w:r>
    </w:p>
    <w:p>
      <w:r>
        <w:br/>
        <w:t>Зоя. А те, що ми зараз тут, свідчить про те, шо я просто дурна. Але це вже… моє собаче діло.</w:t>
      </w:r>
    </w:p>
    <w:p>
      <w:r>
        <w:br/>
        <w:t>Валера (відмикає нарешті замок). Ху! Нарешті!.. (Розчиняє двері, робить широкий жест.) Заходьте, баронесо! Кирпочка ти моя дурненька! (Обіймає її за плечі, пригортає, цілує, заходить разом з нею у будиночок, зачиняє двері.)</w:t>
      </w:r>
    </w:p>
    <w:p>
      <w:r>
        <w:br/>
        <w:t>Якийсь час сцена безлюдна. Потім обережно прочиняються двері зеленого будиночка, що праворуч біля криниці. Звідти визирає Чебурашка, скуйовджений клаповухий хлопчина років чотирнадцяти. Прислухається. Чути, як до будиночка, що в глибині сцени, під’їздить автомашина, клацають дверцята. Лунають голоси Чебурашка ховається назад, зачиняє двері. З глибини сцени виходять Іван Васильович та Дід Каленик. У Івана Васильовича в руках пластмасове відро.</w:t>
      </w:r>
    </w:p>
    <w:p>
      <w:r>
        <w:br/>
        <w:t>Дід Каленик. Оно криниця. А там, далі, колонка.</w:t>
      </w:r>
    </w:p>
    <w:p>
      <w:r>
        <w:br/>
        <w:t>Іван Васильович. Дякую. Візьмемо з криниці…</w:t>
      </w:r>
    </w:p>
    <w:p>
      <w:r>
        <w:br/>
        <w:t>Дід Каленик. Я теж з криниці воду беру. Вона мені смачніша чогось, як з колонки.</w:t>
      </w:r>
    </w:p>
    <w:p>
      <w:r>
        <w:br/>
        <w:t>Іван Васильович (крутить корбу, роззирається навкруги). Гарно у вас тут. Красиві місця. Мальовничі.</w:t>
      </w:r>
    </w:p>
    <w:p>
      <w:r>
        <w:br/>
        <w:t>Дід Каленик. Гарно. А було ще краще. Отам гай березовий був. У громадянську махновці вирубали на дрова. А там річечка. В’юнка. Так і називалась. Пересохла. Дай боже здоров’я меліораторам, що заплаву осушували.</w:t>
      </w:r>
    </w:p>
    <w:p>
      <w:r>
        <w:br/>
        <w:t>Іван Васильович. А ви й громадянську пам’ятаєте?</w:t>
      </w:r>
    </w:p>
    <w:p>
      <w:r>
        <w:br/>
        <w:t>Дід Каленик. Аякже. От на цьому бересточку Петлюра мене повісити хотів. Ледве втік.</w:t>
      </w:r>
    </w:p>
    <w:p>
      <w:r>
        <w:br/>
        <w:t>Іван Васильович. Скільки ж вам років, діду?</w:t>
      </w:r>
    </w:p>
    <w:p>
      <w:r>
        <w:br/>
        <w:t>Дід Каленик. Багатенько. Ста ще, мабуть, нема. А от дев’яносто… хто його зна. Бо вісімдесят уже давненько було. Ще за Брежнєва.</w:t>
      </w:r>
    </w:p>
    <w:p>
      <w:r>
        <w:br/>
        <w:t>Іван Васильович. Вам, діду, в інститут геронтології треба. У Київ.</w:t>
      </w:r>
    </w:p>
    <w:p>
      <w:r>
        <w:br/>
        <w:t>Дід Каленик. От-от. В інститут. На перший курс. На той світ мені, синку, треба. Зачекалися вже мене там. І баба моя, і Маруся, і кореша, з якими я гусей пас. Усіх поховав. А сам чогось живу.</w:t>
      </w:r>
    </w:p>
    <w:p>
      <w:r>
        <w:br/>
        <w:t>Іван Васильович. Живіть на здоров’я. На тому світі нічого цікавого нема.</w:t>
      </w:r>
    </w:p>
    <w:p>
      <w:r>
        <w:br/>
        <w:t>Дід Каленик. А ви були?</w:t>
      </w:r>
    </w:p>
    <w:p>
      <w:r>
        <w:br/>
        <w:t>Іван Васильович. Не був. І не збираюсь поки що. От на пенсію вийшов. Дачу купив. Тільки й життя почати думаю.</w:t>
      </w:r>
    </w:p>
    <w:p>
      <w:r>
        <w:br/>
        <w:t>Дід Каленик. Свіжа думка.</w:t>
      </w:r>
    </w:p>
    <w:p>
      <w:r>
        <w:br/>
        <w:t>Іван Васильович. А що? За тією роботою хіба щось бачив? А зараз такі часи! Доби не вистачає, щоб тільки пресу перечитати.</w:t>
      </w:r>
    </w:p>
    <w:p>
      <w:r>
        <w:br/>
        <w:t>Дід Каленик. То правда. А деякі тільки те й роблять, що читають. Та балакають, обговорюють… "Ну, як іде перебудова?" — "Та нічого, нічого, агроном уже перебудувався, головбух перебудувався, а я тільки шифер завіз". — "Погано ваш апарат працює". — "Та, на жаль… Три дні гнали, а за день усе випили".</w:t>
      </w:r>
    </w:p>
    <w:p>
      <w:r>
        <w:br/>
        <w:t>Іван Васильович. Вас, діду, по телевізору показувати треба. У прожекторі перебудови.</w:t>
      </w:r>
    </w:p>
    <w:p>
      <w:r>
        <w:br/>
        <w:t>Дід Каленик. Нема вже що показувати. Ну, гаразд. Мийте свою машину. А я пошкандибаю додому на піч. Перебудовуватися.</w:t>
      </w:r>
    </w:p>
    <w:p>
      <w:r>
        <w:br/>
        <w:t>Іван Васильович. Все у вас прекрасно От тільки під’їзди поганенькі. У таку баюру вгнався — весь правий бік забризкав так, що… До побачення! (Іде в глибину сцени.)</w:t>
      </w:r>
    </w:p>
    <w:p>
      <w:r>
        <w:br/>
        <w:t>Дід Каленик. З електрикою тільки обережно. До побачення. (Іде.)</w:t>
      </w:r>
    </w:p>
    <w:p>
      <w:r>
        <w:br/>
        <w:t>З зеленого будиночка знову визирає Чебурашка. Озирається, прислухається. Уже робить крок уперед, аж тут розчиняються двері синього будиночка. Чебурашка блискавично ховається. Виходить Валера. Куртка наопашки, без шапки. На грудях "плейєр". Навушники. У руках — пластмасове відерце. Чебурашку він не помічає. Підтанцьовуючи у такт музиці, якої глядач не чує, наближається до криниці. Крутить корбу, витягаючи відро. З пластмасовим відром у руках знову з’являється Іван Васильович. Валера стоїть до нього спиною, не помічає і, звичайно. не чує, як той підходить.</w:t>
      </w:r>
    </w:p>
    <w:p>
      <w:r>
        <w:br/>
        <w:t>Іван Васильович. Добрий день, сусіде! (Оскільки Валера не чує, майже кричить.) Добрий день, кажу!</w:t>
      </w:r>
    </w:p>
    <w:p>
      <w:r>
        <w:br/>
        <w:t>Валера (здригається від несподіванки, озирається). О! Д… добрий день!</w:t>
      </w:r>
    </w:p>
    <w:p>
      <w:r>
        <w:br/>
        <w:t>Іван Васильович (подає руку). Іван Васильович.</w:t>
      </w:r>
    </w:p>
    <w:p>
      <w:r>
        <w:br/>
        <w:t>Валера (потискає руку). Валера.</w:t>
      </w:r>
    </w:p>
    <w:p>
      <w:r>
        <w:br/>
        <w:t>Іван Васильович. Новий господар отієї дачі. (Показує.) Вчора остаточно оформив. І хоча, бач, не сезон, але… Цікава істота — ота людина. Живучий інстинкт власності. Особливо до житла, до кубла свого. Хочеться обдивитися все, помацати. Наче втече кудись. А ти що — сам? Чи з батьками?</w:t>
      </w:r>
    </w:p>
    <w:p>
      <w:r>
        <w:br/>
        <w:t>Валера. С… сам.</w:t>
      </w:r>
    </w:p>
    <w:p>
      <w:r>
        <w:br/>
        <w:t>Іван Васильович. І не боїшся, що які-небудь заїжджі рокери плейєра одберуть? Безлюддя тут все-таки зараз.</w:t>
      </w:r>
    </w:p>
    <w:p>
      <w:r>
        <w:br/>
        <w:t>Валера. А я самбіст.</w:t>
      </w:r>
    </w:p>
    <w:p>
      <w:r>
        <w:br/>
        <w:t>Іван Васильович. Ти диви! Який розряд? Чи, може, майстер?</w:t>
      </w:r>
    </w:p>
    <w:p>
      <w:r>
        <w:br/>
        <w:t>Валера. Не майстер. Але всі прийоми знаю. У мене батя — тренер з самбо. Я теж був дуже здібний. Та батя не захотів мене тренувати.</w:t>
      </w:r>
    </w:p>
    <w:p>
      <w:r>
        <w:br/>
        <w:t>Іван Васильович. Чому?</w:t>
      </w:r>
    </w:p>
    <w:p>
      <w:r>
        <w:br/>
        <w:t>Валера. А я зачемпіонився, почав козакувати над хлопцями. У третьому класі. Дурний був. І Батя категорично: "Не будеш ти займатися самбо! Мені треба, щоб ти став людиною, а не чемпіоном".</w:t>
      </w:r>
    </w:p>
    <w:p>
      <w:r>
        <w:br/>
        <w:t>Іван Васильович. Правильно. Розумний батя у тебе. Плейєра це він тобі привіз?</w:t>
      </w:r>
    </w:p>
    <w:p>
      <w:r>
        <w:br/>
        <w:t>Валера. Ага. З Японії. Дві штуки.</w:t>
      </w:r>
    </w:p>
    <w:p>
      <w:r>
        <w:br/>
        <w:t>Іван Васильович. Хороша річ. Я, грішним ділом, хоч і не молодий, але теж люблю ці штуковини. До речі, це добре, що ти тут нагодився, самбіст. Поексплуатую тебе. Мені хотілося б дещо пересунути у дворі. А сам, боюсь, не подужаю. Допоможеш? Га? Нетерплячка свіжоспеченого домовласника.</w:t>
      </w:r>
    </w:p>
    <w:p>
      <w:r>
        <w:br/>
        <w:t>Валера (кинувши погляд на будиночок, де лишилася Зоя, нерішуче). Ну… я знаю…</w:t>
      </w:r>
    </w:p>
    <w:p>
      <w:r>
        <w:br/>
        <w:t>Іван Васильович (перехопивши його погляд). Чи, може, зайнятий?</w:t>
      </w:r>
    </w:p>
    <w:p>
      <w:r>
        <w:br/>
        <w:t>Валера. Ні, ні. Ходімте.</w:t>
      </w:r>
    </w:p>
    <w:p>
      <w:r>
        <w:br/>
        <w:t>Іван Васильович. Ну, добре… Це швидко. А машину я потім домию. (Разом з Валерою іде.)</w:t>
      </w:r>
    </w:p>
    <w:p>
      <w:r>
        <w:br/>
        <w:t>Знову визирає Чебурашка. Прислухається. Потім прожогом вискакує з дверей, біжить за будиночок. З синього будиночка виходить Зоя. Вона теж з плейєром, у навушниках. Здивовано озирається, починає шукати Валеру, іде в садок, за будиночок. Із-за зеленого будиночка вибігає Чебурашка, заскакує у двері. Але в останню мить його встигає помітити Зоя, що виходить з садка. Застигає вражена. Ховається за берест. Входить Толя (з рюкзаком за плечима).</w:t>
      </w:r>
    </w:p>
    <w:p>
      <w:r>
        <w:br/>
        <w:t>Толя (помітивши Зою, здивовано). Привіт!</w:t>
      </w:r>
    </w:p>
    <w:p>
      <w:r>
        <w:br/>
        <w:t>Зоя (обертається, розгублено). П-привіт…</w:t>
      </w:r>
    </w:p>
    <w:p>
      <w:r>
        <w:br/>
        <w:t>Толя. Що? Євген приїхав?</w:t>
      </w:r>
    </w:p>
    <w:p>
      <w:r>
        <w:br/>
        <w:t>Зоя. Євген?.. А-а… Джон… Ні… Тобто він був… Але… потім поїхав…</w:t>
      </w:r>
    </w:p>
    <w:p>
      <w:r>
        <w:br/>
        <w:t>Толя. Гм… А чого ти ховаєшся?</w:t>
      </w:r>
    </w:p>
    <w:p>
      <w:r>
        <w:br/>
        <w:t>Зоя. Я… я не ховаюсь… Просто там хлопець… Якийсь дивний… От він, по-моєму, ховається.</w:t>
      </w:r>
    </w:p>
    <w:p>
      <w:r>
        <w:br/>
        <w:t>Толя (спохмурнів). Ти… ти його бачила?</w:t>
      </w:r>
    </w:p>
    <w:p>
      <w:r>
        <w:br/>
        <w:t>Зоя. Бачила.</w:t>
      </w:r>
    </w:p>
    <w:p>
      <w:r>
        <w:br/>
        <w:t>Толя. Ну, раз бачила… нічого не зробиш… Він усе одно сьогодні поїде вже…</w:t>
      </w:r>
    </w:p>
    <w:p>
      <w:r>
        <w:br/>
        <w:t>Зоя. А хто це?</w:t>
      </w:r>
    </w:p>
    <w:p>
      <w:r>
        <w:br/>
        <w:t>Толя. Чебурашка.</w:t>
      </w:r>
    </w:p>
    <w:p>
      <w:r>
        <w:br/>
        <w:t>Зоя. Хто?</w:t>
      </w:r>
    </w:p>
    <w:p>
      <w:r>
        <w:br/>
        <w:t>Толя (пильно дивиться на неї). А ти не з міліції?</w:t>
      </w:r>
    </w:p>
    <w:p>
      <w:r>
        <w:br/>
        <w:t>Зоя. Ні.</w:t>
      </w:r>
    </w:p>
    <w:p>
      <w:r>
        <w:br/>
        <w:t>Толя. І не дятел?</w:t>
      </w:r>
    </w:p>
    <w:p>
      <w:r>
        <w:br/>
        <w:t>Зоя. Що?</w:t>
      </w:r>
    </w:p>
    <w:p>
      <w:r>
        <w:br/>
        <w:t>Толя. Не стукачка?</w:t>
      </w:r>
    </w:p>
    <w:p>
      <w:r>
        <w:br/>
        <w:t>Зоя. Ні.</w:t>
      </w:r>
    </w:p>
    <w:p>
      <w:r>
        <w:br/>
        <w:t>Толя. Це семикласник. З дитбудинку. Втік.</w:t>
      </w:r>
    </w:p>
    <w:p>
      <w:r>
        <w:br/>
        <w:t>Зоя. Чого?</w:t>
      </w:r>
    </w:p>
    <w:p>
      <w:r>
        <w:br/>
        <w:t>Толя (зітхає). Маму шукає.</w:t>
      </w:r>
    </w:p>
    <w:p>
      <w:r>
        <w:br/>
        <w:t>Зоя. А де вона?</w:t>
      </w:r>
    </w:p>
    <w:p>
      <w:r>
        <w:br/>
        <w:t>Толя (знизує плечима). Хто її зна. Покинула, як йому було чотири роки. Залишила в універмазі.</w:t>
      </w:r>
    </w:p>
    <w:p>
      <w:r>
        <w:br/>
        <w:t>Зоя. Ой!</w:t>
      </w:r>
    </w:p>
    <w:p>
      <w:r>
        <w:br/>
        <w:t>Толя. А він вірить, що то просто брешуть, що він загубився. І хоче її знайти. Каже, що пам’ятає її дуже добре. Висока, чорнява, гарна, з білозубою усмішкою. Весела. Любила співати. Мабуть, п'яницею була. Співала, як вип’є. А він думав, що весела. І двір добре пам’ятає. І квартиру… Хоч минуло вже десять років.</w:t>
      </w:r>
    </w:p>
    <w:p>
      <w:r>
        <w:br/>
        <w:t>Зоя. Як же він її знайде? Це ж неможливо.</w:t>
      </w:r>
    </w:p>
    <w:p>
      <w:r>
        <w:br/>
        <w:t>Толя. Він уже кілька разів тікав.</w:t>
      </w:r>
    </w:p>
    <w:p>
      <w:r>
        <w:br/>
        <w:t>Зоя. А тут як він опинився?</w:t>
      </w:r>
    </w:p>
    <w:p>
      <w:r>
        <w:br/>
        <w:t>Толя. Тиждень тому я надибав на нього. Біля вокзалу. Він ховався від міліціонера. Зовсім хворий. Температура тридцять дев’ять і сім була.</w:t>
      </w:r>
    </w:p>
    <w:p>
      <w:r>
        <w:br/>
        <w:t>Зоя. А твої батьки знають, що він тут?</w:t>
      </w:r>
    </w:p>
    <w:p>
      <w:r>
        <w:br/>
        <w:t>Толя. А для чого? Ти ж знаєш, як про інтернатських, дитбудинківських думають. А я йому вірю. Їсти ношу. І ліки. А оце куртку свою стару притяг. Холодно ж. А в нього вітром підбита.</w:t>
      </w:r>
    </w:p>
    <w:p>
      <w:r>
        <w:br/>
        <w:t>Зоя. А ти одначе…</w:t>
      </w:r>
    </w:p>
    <w:p>
      <w:r>
        <w:br/>
        <w:t>Толя. Та… (Махає рукою.) І нащо я тобі все це розказав? Перший раз бачу і… Дивно. Ніколи зі мною такого не було.</w:t>
      </w:r>
    </w:p>
    <w:p>
      <w:r>
        <w:br/>
        <w:t>Зоя. А мені часто розказують. Я навіть сама дивуюсь.</w:t>
      </w:r>
    </w:p>
    <w:p>
      <w:r>
        <w:br/>
        <w:t>Толя. Очі в тебе… Добродушні, як каже Чебурашка. Іншим інтернатським, каже, пишуть хороші, добродушні листи. А йому ніхто.</w:t>
      </w:r>
    </w:p>
    <w:p>
      <w:r>
        <w:br/>
        <w:t>Зоя. Добродушні листи… Гарно.</w:t>
      </w:r>
    </w:p>
    <w:p>
      <w:r>
        <w:br/>
        <w:t>Толя. Він дуже цікавий хлопець. Музику любить страшенно. У нього транзистор. Весь час слухає… А ти сама тут?</w:t>
      </w:r>
    </w:p>
    <w:p>
      <w:r>
        <w:br/>
        <w:t>Зоя. Ні.</w:t>
      </w:r>
    </w:p>
    <w:p>
      <w:r>
        <w:br/>
        <w:t>Толя. З подругою?</w:t>
      </w:r>
    </w:p>
    <w:p>
      <w:r>
        <w:br/>
        <w:t>Зоя. Ні.</w:t>
      </w:r>
    </w:p>
    <w:p>
      <w:r>
        <w:br/>
        <w:t>Толя. А-а… А він надійний?</w:t>
      </w:r>
    </w:p>
    <w:p>
      <w:r>
        <w:br/>
        <w:t>Зоя. З ненадійним я б не приїхала.</w:t>
      </w:r>
    </w:p>
    <w:p>
      <w:r>
        <w:br/>
        <w:t>Толя. Бо я обіцяв Чебурашці, що буде порядок.</w:t>
      </w:r>
    </w:p>
    <w:p>
      <w:r>
        <w:br/>
        <w:t>Зоя. Якщо хочеш, я і йому не скажу.</w:t>
      </w:r>
    </w:p>
    <w:p>
      <w:r>
        <w:br/>
        <w:t>Толя. А де він?</w:t>
      </w:r>
    </w:p>
    <w:p>
      <w:r>
        <w:br/>
        <w:t>Зоя. Десь тут. Вийшов узяти води, щоб помити яблука, і…</w:t>
      </w:r>
    </w:p>
    <w:p>
      <w:r>
        <w:br/>
        <w:t>Толя (дивиться у глибину сцени). А-а… Он він, здається. На дачі Брусиловського. З новим хазяїном.</w:t>
      </w:r>
    </w:p>
    <w:p>
      <w:r>
        <w:br/>
        <w:t>Зоя. Що?</w:t>
      </w:r>
    </w:p>
    <w:p>
      <w:r>
        <w:br/>
        <w:t>Толя. Сусіда наш, Брусиловський, місяць тому помер. І дружина його продала дачу.</w:t>
      </w:r>
    </w:p>
    <w:p>
      <w:r>
        <w:br/>
        <w:t>Зоя. А хто цей новий?</w:t>
      </w:r>
    </w:p>
    <w:p>
      <w:r>
        <w:br/>
        <w:t>Толя. Не знаю. Я його лише раз бачив. Як він приїздив дивитися. Здається, якийсь відповідальний товариш. Я б не хотів, щоб він знав про Чебурашку.</w:t>
      </w:r>
    </w:p>
    <w:p>
      <w:r>
        <w:br/>
        <w:t>Зоя (з досадою). От Валера! Нащо він до нього пішов!</w:t>
      </w:r>
    </w:p>
    <w:p>
      <w:r>
        <w:br/>
        <w:t>Толя. Ну, гаразд. Ти мене не бачила, Чебурашки теж! Добре?</w:t>
      </w:r>
    </w:p>
    <w:p>
      <w:r>
        <w:br/>
        <w:t>Зоя. Не бійся. Я зараз сховаюсь. Щоб Чебурашка не…</w:t>
      </w:r>
    </w:p>
    <w:p>
      <w:r>
        <w:br/>
        <w:t>Толя. Ми скоро підемо. От тільки нагодую його. Бо вчора я не міг. І він зараз, мабуть, голодний, як вовк.</w:t>
      </w:r>
    </w:p>
    <w:p>
      <w:r>
        <w:br/>
        <w:t>Зоя. Може, дати тобі щось? У нас харчів — навалом.</w:t>
      </w:r>
    </w:p>
    <w:p>
      <w:r>
        <w:br/>
        <w:t>Толя. Та ти що? Спасибі! Я теж привіз — будь здоров! Чао!</w:t>
      </w:r>
    </w:p>
    <w:p>
      <w:r>
        <w:br/>
        <w:t>Зоя (усміхаєтся). Какао! (Ховається у синьому будиночку.)</w:t>
      </w:r>
    </w:p>
    <w:p>
      <w:r>
        <w:br/>
        <w:t>Толя (стукає умовним стуком у двері, тихо) Це я! Відчини!</w:t>
      </w:r>
    </w:p>
    <w:p>
      <w:r>
        <w:br/>
        <w:t>Двері зеленого будиночка відчиняються, з’являється Чебурашка.</w:t>
      </w:r>
    </w:p>
    <w:p>
      <w:r>
        <w:br/>
        <w:t>Чебурашка (радісно усміхаючись). Здоров! А я вже думав, що й сьогодні не приїдеш… Тут якісь штимпи лазили, але мене ніхто не бачив. Чесслово! Я… як обіцяв.</w:t>
      </w:r>
    </w:p>
    <w:p>
      <w:r>
        <w:br/>
        <w:t>Толя. Ага… Ти пробач. Але вчора ну ніяк не міг вирватись. У школі дві контрольні. А після уроків до прабаби їздив. Їй дев’яносто два, вже третій рік лежить, і ми по черзі їздимо. Вчора якраз була моя черга.</w:t>
      </w:r>
    </w:p>
    <w:p>
      <w:r>
        <w:br/>
        <w:t>Чебурашка. Та ти що! Виправдовується! Ти й так… Що ти, зобов’язаний, чи що? Просто нуднувато самому. Хоч я й звичний до… У нас всі звичні… Але під замком якось…</w:t>
      </w:r>
    </w:p>
    <w:p>
      <w:r>
        <w:br/>
        <w:t>Толя. Дуже голодний?</w:t>
      </w:r>
    </w:p>
    <w:p>
      <w:r>
        <w:br/>
        <w:t>Чебурашка. Та ні. Я якісь яблука під тумбочкою знайшов. Три штуки. Ти вже пробач, гавкнули твої яблучка. Передавали тобі привіт! (Сміється.)</w:t>
      </w:r>
    </w:p>
    <w:p>
      <w:r>
        <w:br/>
        <w:t>Толя. Які яблука? Не було, по-моєму… Мабуть, якісь гнилі. Закотилися.</w:t>
      </w:r>
    </w:p>
    <w:p>
      <w:r>
        <w:br/>
        <w:t>Чебурашка. Ну, не перший сорт. Але… я й гірші їв.</w:t>
      </w:r>
    </w:p>
    <w:p>
      <w:r>
        <w:br/>
        <w:t>Толя (знімає рюкзак). Зараз. Я тут помідори, огірки привіз. Сир, ковбасу, котлети.</w:t>
      </w:r>
    </w:p>
    <w:p>
      <w:r>
        <w:br/>
        <w:t>Чебурашка. Котлети! Ух ти! (Потирає руки.) Люблю домашні котлети! Колись одному з наших приносили, він вгощав. Смакота!.. Ну, ти… Знаєш, я до тебе так звик за ці дні. Наче ти мені… брат, чи що… Серйозно!</w:t>
      </w:r>
    </w:p>
    <w:p>
      <w:r>
        <w:br/>
        <w:t>Толя. І я… Слухай, я вже думав… А що, як я поговорю з мамою, щоб ти… щоб тебе…</w:t>
      </w:r>
    </w:p>
    <w:p>
      <w:r>
        <w:br/>
        <w:t>Чебурашка (радісно стрепенувся). Що?!. (Потім задумується, зітхає.) Ні! Спасибі… але… у мене ж є своя мама. Рідна. Я мушу її знайти. Я її знайду і тоді прийду до тебе. З нею. Добре?</w:t>
      </w:r>
    </w:p>
    <w:p>
      <w:r>
        <w:br/>
        <w:t>Толя (озирається). Вони сюди йдуть. Ходімо. (Заходять разом з Чебураиікою у будиночок, зачиняють двері.)</w:t>
      </w:r>
    </w:p>
    <w:p>
      <w:r>
        <w:br/>
        <w:t>З глибини сцени виходять Валера (з сумкою Івана Васильовича) та Іван Васильович (з оберемком хмизу).</w:t>
      </w:r>
    </w:p>
    <w:p>
      <w:r>
        <w:br/>
        <w:t>Іван Васильович. Вогнище у вас, я бачу, традиційно тут розводять. Не будемо порушувати (розкладає, запалює вогнище). Та-ак… Давай сюди сумку (бере у Валери сумку, дістає продукти). Шпроти, горбуша… Навіть ікорки маленька баночка є. О!.. Гулять — так гулять! Не щодня вхідчини бувають. Купівля хати, землі — то велике діло!.. Предки наші добре це знали. Пам’ятаєш — "Чия земля? Калитчина!"?</w:t>
      </w:r>
    </w:p>
    <w:p>
      <w:r>
        <w:br/>
        <w:t>Валера (витягаючи з криниці воду). Що?</w:t>
      </w:r>
    </w:p>
    <w:p>
      <w:r>
        <w:br/>
        <w:t>Іван Васильович. "Сто тисяч" Карпенка-Карого. Сідай!.. Двійка!</w:t>
      </w:r>
    </w:p>
    <w:p>
      <w:r>
        <w:br/>
        <w:t>Валера. А… Я тоді хворів, як проходили.</w:t>
      </w:r>
    </w:p>
    <w:p>
      <w:r>
        <w:br/>
        <w:t>Іван Васильович. Класику нашу, дорогий, не проходити, крізь серце пропускати треба. Ну, не ображайся, не ображайся. Сам колись таким був. Картопельку варимо у "мундирах". Згода?</w:t>
      </w:r>
    </w:p>
    <w:p>
      <w:r>
        <w:br/>
        <w:t>Валера. Можна.</w:t>
      </w:r>
    </w:p>
    <w:p>
      <w:r>
        <w:br/>
        <w:t>Іван Васильович (заливає казанок водою, чіпляє над вогнищем). Думаю, вистачить.</w:t>
      </w:r>
    </w:p>
    <w:p>
      <w:r>
        <w:br/>
        <w:t>Валера. По-моєму, навіть багато. А… а ви ще когось чекаєте?</w:t>
      </w:r>
    </w:p>
    <w:p>
      <w:r>
        <w:br/>
        <w:t>Іван Васильович. Ні, дорогий. Не чекаю. Так уже історично склалося, що на сьогоднішній день, на теперішню мить, не чекаю нікого. Дружина поїхала до наших, аж на Тіксі. Зять у мене там служить. Військовий льотчик. Отже, парубкую. Думав, що з дідом доведеться. Але раз є молодь… Скажу відверто — не люблю старих. Нудний народ. Говорять або про свої хвороби, або про те, як добре було колись і як погано тепер. Молодих люблю. Мені з ними завжди цікаво.</w:t>
      </w:r>
    </w:p>
    <w:p>
      <w:r>
        <w:br/>
        <w:t>Валера. Різні є старі. Та й молоді є такі маруди, що…</w:t>
      </w:r>
    </w:p>
    <w:p>
      <w:r>
        <w:br/>
        <w:t>Іван Васильович. А ти філософ. Не в університеті?</w:t>
      </w:r>
    </w:p>
    <w:p>
      <w:r>
        <w:br/>
        <w:t>Валера. Збираюсь. Поки що у десятому.</w:t>
      </w:r>
    </w:p>
    <w:p>
      <w:r>
        <w:br/>
        <w:t>Іван Васильович. І дівчина теж?</w:t>
      </w:r>
    </w:p>
    <w:p>
      <w:r>
        <w:br/>
        <w:t>Валера (знітившись). Яка дівчина?</w:t>
      </w:r>
    </w:p>
    <w:p>
      <w:r>
        <w:br/>
        <w:t>Іван Васильович. Руденька така. Під хлопчика пострижена… Гарна. Сподобалась мені.</w:t>
      </w:r>
    </w:p>
    <w:p>
      <w:r>
        <w:br/>
        <w:t>Валера (розгублено). А звідки ви?</w:t>
      </w:r>
    </w:p>
    <w:p>
      <w:r>
        <w:br/>
        <w:t>Іван Васильович. Нам усе відомо! Як кажуть, у певних установах. Ех ти, дитино моя дорога! Жодних таємниць! Бачив, як ви йшли по дорозі. Від електрички. Коли їхав.</w:t>
      </w:r>
    </w:p>
    <w:p>
      <w:r>
        <w:br/>
        <w:t>Валера. А чого ж ви… пізніше?</w:t>
      </w:r>
    </w:p>
    <w:p>
      <w:r>
        <w:br/>
        <w:t>Іван Васильович. У село заїжджав. За дідом. Для офіційного представництва. А він, виявляється, сам сюди придибав. Мене зустрічати.</w:t>
      </w:r>
    </w:p>
    <w:p>
      <w:r>
        <w:br/>
        <w:t>Валера. Ясно.</w:t>
      </w:r>
    </w:p>
    <w:p>
      <w:r>
        <w:br/>
        <w:t>Іван Васильович. Дівчину як звати?</w:t>
      </w:r>
    </w:p>
    <w:p>
      <w:r>
        <w:br/>
        <w:t>Валера. Зоя.</w:t>
      </w:r>
    </w:p>
    <w:p>
      <w:r>
        <w:br/>
        <w:t>Іван Васильович. То гукай, мабуть, Зою. Чого їй ховатися. І не тушуйтесь. Я не класна дама. Моралі вам не читатиму. Кажу ж люблю молодь. І вважаю, що нічого гіршого бути не може, ніж ота конфронтація між батьками й дітьми. Молодим старих, звичайно, розуміти важкувато. Бо досвіду нема. А от старі мусять розуміти молодь. Зобов’язані. Бо колись самі були молодими.</w:t>
      </w:r>
    </w:p>
    <w:p>
      <w:r>
        <w:br/>
        <w:t>Валера. Правильно!</w:t>
      </w:r>
    </w:p>
    <w:p>
      <w:r>
        <w:br/>
        <w:t>Іван Васильович. Правильно, то правильно. Але як же забувають люди свою молодість, своє дитинство! Дратуються, бубонять: "Ах, теперішня молодь! Така розбещена, така цинічна!" — "Чого галасуєте, чого біситеся, чого регочете?!" Не розуміють. То хіба ви? То ваші сімнадцять років галасують, регочуть, бісяться.</w:t>
      </w:r>
    </w:p>
    <w:p>
      <w:r>
        <w:br/>
        <w:t>Валера. Якби всі дорослі так міркували… А то…</w:t>
      </w:r>
    </w:p>
    <w:p>
      <w:r>
        <w:br/>
        <w:t>Іван Васильович. Якби усі розумно міркували — давно рай на землі був би. І не треба було б ніяких перебудов.</w:t>
      </w:r>
    </w:p>
    <w:p>
      <w:r>
        <w:br/>
        <w:t>Валера. Точно (підходить до дверей синього будиночка, гукає). Заєць! Виходь! Ну, виходь! Ну!</w:t>
      </w:r>
    </w:p>
    <w:p>
      <w:r>
        <w:br/>
        <w:t>Зоя прочиняє двері, визирає.</w:t>
      </w:r>
    </w:p>
    <w:p>
      <w:r>
        <w:br/>
        <w:t>Іван Васильович. Виходьте, Зоенько. Не бійтесь. Здрастуйте.</w:t>
      </w:r>
    </w:p>
    <w:p>
      <w:r>
        <w:br/>
        <w:t>Зоя (виходить). А я й не боюсь. Добрий день. Чого мені боятися? Що я — вкрала щось, чи що?</w:t>
      </w:r>
    </w:p>
    <w:p>
      <w:r>
        <w:br/>
        <w:t>Іван Васильович. Правильно. (Подає руку.) Іван Васильович.</w:t>
      </w:r>
    </w:p>
    <w:p>
      <w:r>
        <w:br/>
        <w:t>Зоя. Зоя.</w:t>
      </w:r>
    </w:p>
    <w:p>
      <w:r>
        <w:br/>
        <w:t>Іван Васильович. Не просто Зоя, а богиня Зоя.</w:t>
      </w:r>
    </w:p>
    <w:p>
      <w:r>
        <w:br/>
        <w:t>Зоя (зневажливо). Ага. Афродіта! Венера Оболонська Кирпата!</w:t>
      </w:r>
    </w:p>
    <w:p>
      <w:r>
        <w:br/>
        <w:t>Іван Васильович. Не треба. Усіх богинь спершу породила природа. Тато з мамою. І були вони отакими, як ви, десятикласницями. А потім… Ви Музей українського мистецтва знаєте, звичайно. І Музейний провулок біля нього знаєте. Проти скверика є там старий семиповерховий будинок. І на другому поверсі барельєф. Бачили?</w:t>
      </w:r>
    </w:p>
    <w:p>
      <w:r>
        <w:br/>
        <w:t>Зоя. Щось античне, здається.</w:t>
      </w:r>
    </w:p>
    <w:p>
      <w:r>
        <w:br/>
        <w:t>Іван Васильович. "Похід Фріни". Скульптора Балавенського.</w:t>
      </w:r>
    </w:p>
    <w:p>
      <w:r>
        <w:br/>
        <w:t>Зоя. А хто така Фріна?</w:t>
      </w:r>
    </w:p>
    <w:p>
      <w:r>
        <w:br/>
        <w:t>Валера. Цариця якась?</w:t>
      </w:r>
    </w:p>
    <w:p>
      <w:r>
        <w:br/>
        <w:t>Іван Васильович. Ні. Проста, звичайна дівчина. Гетера. Давньогрецький скульптор Праксітель ліпив з неї Афродіту. І люди почали поклонятися дівчині, мов богині. Жерці були обурені і вирішили засудити її на смерть. Та під час суду захисник зірвав з неї одяг. Судді були вражені красою Фріни і виправдали її… Народ торжествував. А ви кажете… Божественна краса починається з краси земної… Але… (Придивляється до них.) Дорогенькі мої! Та ви ж обоє сині, як… як курчата по карбованцю шістдесят! Померзли. Ану! За руки! Швиденько! Я — паровозик. Ви — вагончики. Чух-пух! Чух-пух! Ту-ту-у! (Взявши їх за руки, бігає разом з ними навколо вогнища.) Темпо! Темпо!</w:t>
      </w:r>
    </w:p>
    <w:p>
      <w:r>
        <w:br/>
        <w:t>Валера. Ну ви даєте! Ха-ха-ха. (Сміється.)</w:t>
      </w:r>
    </w:p>
    <w:p>
      <w:r>
        <w:br/>
        <w:t>Іван Васильович (зупиняється). А тепер — піраміду! Валеро! Давай руку!.. Одхиляйся назад. Отак! А ви, Зоєнько, ставайте нам на коліна. Ногами, ногами! Не соромтесь. І — руку догори! Отак! (Вигукує.) Піраміду — будуй! (Робить з ними піраміду.) Піраміду — руш!</w:t>
      </w:r>
    </w:p>
    <w:p>
      <w:r>
        <w:br/>
        <w:t>Валера. Ну-у — клас!</w:t>
      </w:r>
    </w:p>
    <w:p>
      <w:r>
        <w:br/>
        <w:t>Іван Васильович. А тепер — два притопи, три прихлопи! Раз-два! Раз-два-три! (Плескає у долоні, тупоче ногами, наспівує.) "Тра-та! Тра-та-та! Вийшла киця за кота. За Кота Котовича, за Кузьму Петровича!" (Валера і Зоя підспівують, сміються.) Ну що, зігрілися трохи?</w:t>
      </w:r>
    </w:p>
    <w:p>
      <w:r>
        <w:br/>
        <w:t>Валера. Авжеж!.. Ну ви… Просто як у піонер-таборі.</w:t>
      </w:r>
    </w:p>
    <w:p>
      <w:r>
        <w:br/>
        <w:t>Іван Васильович. А я й був колись піонер-ожатим… Ой! Стривайте! (Стукає себе по лобі.) Зовсім забув. От склеротик! Одну хвилинку. Зараз принесу. (Швидко йде в глибину сцени, за свій будиночок.)</w:t>
      </w:r>
    </w:p>
    <w:p>
      <w:r>
        <w:br/>
        <w:t>Валера (обіймає Зою). Ти моя богине! Оболонська! Кирпата!</w:t>
      </w:r>
    </w:p>
    <w:p>
      <w:r>
        <w:br/>
        <w:t>Зоя (вислизає з обіймів). Не треба!.. Валеро! Тікаймо звідси!</w:t>
      </w:r>
    </w:p>
    <w:p>
      <w:r>
        <w:br/>
        <w:t>Валера. Що? Чого це?</w:t>
      </w:r>
    </w:p>
    <w:p>
      <w:r>
        <w:br/>
        <w:t>Зоя. Тікаймо, Валеро! Я тебе прошу!</w:t>
      </w:r>
    </w:p>
    <w:p>
      <w:r>
        <w:br/>
        <w:t>Валера. Та ти що?! Все ж о’кей!</w:t>
      </w:r>
    </w:p>
    <w:p>
      <w:r>
        <w:br/>
        <w:t>Зоя. Ні! Ні! Я тебе прошу!</w:t>
      </w:r>
    </w:p>
    <w:p>
      <w:r>
        <w:br/>
        <w:t>Валера. Думаєш, Джон нам щодня ключі даватиме?</w:t>
      </w:r>
    </w:p>
    <w:p>
      <w:r>
        <w:br/>
        <w:t>Зоя. Ну ти ж уже… ми ж уже…</w:t>
      </w:r>
    </w:p>
    <w:p>
      <w:r>
        <w:br/>
        <w:t>Валера. Не псуй кайфу, Заєць. Такий кльовий дядько! Мені так із ним цікаво.</w:t>
      </w:r>
    </w:p>
    <w:p>
      <w:r>
        <w:br/>
        <w:t>Зоя. А мені… Так якось тут сьогодні… тривожно!</w:t>
      </w:r>
    </w:p>
    <w:p>
      <w:r>
        <w:br/>
        <w:t>Валера. Не вигадуй (свариться пальцем). Тихо мені! Бунт на кораблі. Бо висаджу на берег.</w:t>
      </w:r>
    </w:p>
    <w:p>
      <w:r>
        <w:br/>
        <w:t>Входить Іван Васильович.</w:t>
      </w:r>
    </w:p>
    <w:p>
      <w:r>
        <w:br/>
        <w:t>Іван Васильович. От. Креветки. Краби для бідних. Не знаю, як ви, а я їх дуже люблю… Не бійтесь, Зоєнько. Я вам заважати не буду. От тільки перекусимо трохи разом. Я Валері вже говорив. Сьогодні в мене, так би мовити, свято. Вступаю у права господаря отієї мизи, того маєтку. Приїхав, хочу переночувати. Вам, звичайно, й не збагнути, може… Ви люди молоді… А я… І не тому, що власність. Ну що за власність той курятник! А тому, що земля… Я ж городянин, інтелігент лише у другому поколінні. Дід мій — уже потомствений гречкосій. І весь наш рід, починаючи з діда, — селянський, бідняцький, кріпацький, можна сказати. Про землю власну віками, століттями мріяли. І це записано у моєму генетичному коді. Нікуди не дінешся. Все життя думав: от вийду на пенсію, куплю дачу і длубатимусь у землі. Звершилось!</w:t>
      </w:r>
    </w:p>
    <w:p>
      <w:r>
        <w:br/>
        <w:t>Зоя. А ви хіба на пенсії? Ніколи б не сказала. Так бігаєте! Такий енергійний!</w:t>
      </w:r>
    </w:p>
    <w:p>
      <w:r>
        <w:br/>
        <w:t>Іван Васильович. На пенсії, Зоєнько, на пенсії. З травня місяця. Сам заяву подав. Не став чекати, поки підштовхнуть під сідало. Зараз такий час… Не можна вставними щелепами за крісло триматися. Перебудова — діло молоде.</w:t>
      </w:r>
    </w:p>
    <w:p>
      <w:r>
        <w:br/>
        <w:t>Зоя. Мабуть. А моя бабуся чогось не хоче на пенсію. Їй уже шістдесят три, а вона ще працює. У молочній кухні. Харчування дитяче видає.</w:t>
      </w:r>
    </w:p>
    <w:p>
      <w:r>
        <w:br/>
        <w:t>Іван Васильович. Передавайте привіт своїй бабусі. Хай працює. Їй і до ста років працювати можна. Вона прогресу не гальмує. Навпаки. (Зітхає.) Ех-хе-хе!.. Коли людина починає одержувати пенсію, це означає, що держава, суспільство офіційно, так би мовити, з нею розрахувалися і дозволяють помирати. "Ні, ні, живіть, будь ласка, але… Ми вже можемо обійтися й без вас, без ваших послуг". А я не хочу помирати! У мене, може, тільки й смак з’явився до життя. Я, може, тільки тепер знаю по-справжньому, що воно, життя, може дати. Скільки в ньому принад, скільки цікавого, захоплюючого, неповторного. Бо що я бачив? Молодість припала на культ особи, на репресії, на війну, на відбудову… Зрілі роки — на застій… А як починається щось путяще — гласність, демократія, можливості — бувайте здоровенькі! Шкандибайте у крематорій! Ех, друзі мої юні, не прогавте, не протютюкайте, не промайнуйте свій час. Його потім не повернеш. І не купиш ні за які гроші.</w:t>
      </w:r>
    </w:p>
    <w:p>
      <w:r>
        <w:br/>
        <w:t>Зоя. Пробачте, а ви хто… за фахом?</w:t>
      </w:r>
    </w:p>
    <w:p>
      <w:r>
        <w:br/>
        <w:t>Іван Васильович. За фахом?.. Бюрократ!</w:t>
      </w:r>
    </w:p>
    <w:p>
      <w:r>
        <w:br/>
        <w:t>Зоя. Ні, серйозно.</w:t>
      </w:r>
    </w:p>
    <w:p>
      <w:r>
        <w:br/>
        <w:t>Іван Васильович. А я серйозно. Типовий бюрократ. Апаратчик. Середня керівна ланка.</w:t>
      </w:r>
    </w:p>
    <w:p>
      <w:r>
        <w:br/>
        <w:t>Валера. Не схожі ви на бюрократа. Аніскілечки.</w:t>
      </w:r>
    </w:p>
    <w:p>
      <w:r>
        <w:br/>
        <w:t>Іван Васильович. А ти думав, що бюрократи всі на один копил? Як малюють у "Перці" та в "Крокодилі"? Ні-і. Вони різні. І є серед них дуже навіть симпатичні. І жінки їх люблять, і діти в них є. І онуки. І хворіють бюрократи, і страждають, і помирають навіть. І… і люблять, щоб життя було повнокровним, цікавим. От я, наприклад, дуже люблю, щоб було цікаво. От люблю — і все… Таємниці різні люблю, загадки, містифікації, розиграші, як тепер кажуть.</w:t>
      </w:r>
    </w:p>
    <w:p>
      <w:r>
        <w:br/>
        <w:t>Валера. А хто не любить!</w:t>
      </w:r>
    </w:p>
    <w:p>
      <w:r>
        <w:br/>
        <w:t>Зоя. Всі люблять. Авжеж.</w:t>
      </w:r>
    </w:p>
    <w:p>
      <w:r>
        <w:br/>
        <w:t>Іван Васильович. Правильно. Люблять, може, й всі. Щоб хтось їм робив цікаво. Звичайно. А от щоб сам, сам зробив комусь цікаво… Не кожен гаразд.</w:t>
      </w:r>
    </w:p>
    <w:p>
      <w:r>
        <w:br/>
        <w:t>Зоя. Не кожен.</w:t>
      </w:r>
    </w:p>
    <w:p>
      <w:r>
        <w:br/>
        <w:t>Валера. Це точно.</w:t>
      </w:r>
    </w:p>
    <w:p>
      <w:r>
        <w:br/>
        <w:t>Зоя. А ви?</w:t>
      </w:r>
    </w:p>
    <w:p>
      <w:r>
        <w:br/>
        <w:t>Іван Васильович. Хвалитися не люблю. Але… колись виходило. Друзі навіть казали, що в мене якийсь особливий нюх на таємниці. І вміння відгадувати загадки. Один приятель юрист запевняв навіть, що я міг би бути блискучим криміналістом, слідчим. Хто його зна… Але справді… Загубить, наприклад, хтось що-небудь. Шукають гуртом, шукають, не можуть знайти. А я оком кину і… Деякі вразливі дами вважають це навіть містикою. Та справа, мабуть, у загостреній спостережливості, поєднаній з інтуїцією. Є така штука підсвідома, психологами до кінци не вивчена. Але це вже я хвалитися почав.</w:t>
      </w:r>
    </w:p>
    <w:p>
      <w:r>
        <w:br/>
        <w:t>Зоя. Цікаво.</w:t>
      </w:r>
    </w:p>
    <w:p>
      <w:r>
        <w:br/>
        <w:t>Валера. Цікаво.</w:t>
      </w:r>
    </w:p>
    <w:p>
      <w:r>
        <w:br/>
        <w:t>Іван Васильович. Не вірите?</w:t>
      </w:r>
    </w:p>
    <w:p>
      <w:r>
        <w:br/>
        <w:t>Зоя. Просто я таких людей не зустрічала.</w:t>
      </w:r>
    </w:p>
    <w:p>
      <w:r>
        <w:br/>
        <w:t>Валера. І я теж.</w:t>
      </w:r>
    </w:p>
    <w:p>
      <w:r>
        <w:br/>
        <w:t>Іван Васильович. Навіть зараз можемо перевірити. Хочете?</w:t>
      </w:r>
    </w:p>
    <w:p>
      <w:r>
        <w:br/>
        <w:t>Валера. Як це?</w:t>
      </w:r>
    </w:p>
    <w:p>
      <w:r>
        <w:br/>
        <w:t>Іван Васильович. А отак. Я чомусь певен, що в цьому будинку (показує на зелений 'будиночок) хтось є. Причому не просто є, а ховається.</w:t>
      </w:r>
    </w:p>
    <w:p>
      <w:r>
        <w:br/>
        <w:t>Валера. Ховається? Ви серйозно?</w:t>
      </w:r>
    </w:p>
    <w:p>
      <w:r>
        <w:br/>
        <w:t>Іван Васильович. Цілком.</w:t>
      </w:r>
    </w:p>
    <w:p>
      <w:r>
        <w:br/>
        <w:t>Валера. Ану! Цікаво! (Кидається до зеленого будиночка.)</w:t>
      </w:r>
    </w:p>
    <w:p>
      <w:r>
        <w:br/>
        <w:t>Зоя (намагається затримати, хапає його). Не треба!</w:t>
      </w:r>
    </w:p>
    <w:p>
      <w:r>
        <w:br/>
        <w:t>Валера. Як?!</w:t>
      </w:r>
    </w:p>
    <w:p>
      <w:r>
        <w:br/>
        <w:t>Зоя. Це… це негарно — зазирати до чужих вікон.</w:t>
      </w:r>
    </w:p>
    <w:p>
      <w:r>
        <w:br/>
        <w:t>Валера. Та ти що?! Може, там якісь злодії, злочниці! (Виривається, підбігає до зеленого будиночка, підскакує до вікна, зазирає.) О! Справді є! Двоє хлопців. Сидять на підлозі. Закусують. Ти диви!</w:t>
      </w:r>
    </w:p>
    <w:p>
      <w:r>
        <w:br/>
        <w:t>Зоя. От! Ну чого ти… Який же ти!..</w:t>
      </w:r>
    </w:p>
    <w:p>
      <w:r>
        <w:br/>
        <w:t>Із зеленого будиночка виходить Толя.</w:t>
      </w:r>
    </w:p>
    <w:p>
      <w:r>
        <w:br/>
        <w:t>Толя. Що таке?.. Здрастуйте.</w:t>
      </w:r>
    </w:p>
    <w:p>
      <w:r>
        <w:br/>
        <w:t>Зоя (приклавши руку до грудей, тихо). Чесне слово.</w:t>
      </w:r>
    </w:p>
    <w:p>
      <w:r>
        <w:br/>
        <w:t>Валера. Просто ми тут…</w:t>
      </w:r>
    </w:p>
    <w:p>
      <w:r>
        <w:br/>
        <w:t>Іван Васильович. Пробач, сусіде, це я винен. Подумав, що хтось ховається. А ти ж тутешній, правда?</w:t>
      </w:r>
    </w:p>
    <w:p>
      <w:r>
        <w:br/>
        <w:t>Толя. Правда.</w:t>
      </w:r>
    </w:p>
    <w:p>
      <w:r>
        <w:br/>
        <w:t>Іван Васильович. Авжеж. Я тебе пам’ятаю. Бачив, як приїздив на оглядини.</w:t>
      </w:r>
    </w:p>
    <w:p>
      <w:r>
        <w:br/>
        <w:t>Валера. А чого ж ви на підлозі їли, а не за столом? Наче й справді ховалися.</w:t>
      </w:r>
    </w:p>
    <w:p>
      <w:r>
        <w:br/>
        <w:t>Толя. Ховалися. Справді.</w:t>
      </w:r>
    </w:p>
    <w:p>
      <w:r>
        <w:br/>
        <w:t>Валера. Що? Чого?</w:t>
      </w:r>
    </w:p>
    <w:p>
      <w:r>
        <w:br/>
        <w:t>Толя. То… то мій родич. Брат… троюрідний. З дому втік. У нього… батько п’яниця.</w:t>
      </w:r>
    </w:p>
    <w:p>
      <w:r>
        <w:br/>
        <w:t>Іван Васильович. А-а… То біда. Співчуваю. Бідний хлопець. Приєднуйтесь, брати, до нас. А? Картопля вже, здається, зварилася.</w:t>
      </w:r>
    </w:p>
    <w:p>
      <w:r>
        <w:br/>
        <w:t>Толя. Та ні, ні. Ми вже…</w:t>
      </w:r>
    </w:p>
    <w:p>
      <w:r>
        <w:br/>
        <w:t>Іван Васильович. Не ображай, голубе. Гріх. Як тебе звати?</w:t>
      </w:r>
    </w:p>
    <w:p>
      <w:r>
        <w:br/>
        <w:t>Толя. Толя.</w:t>
      </w:r>
    </w:p>
    <w:p>
      <w:r>
        <w:br/>
        <w:t>Іван Васильович. А мене Іван Васильович. Я, Толю, вхідчини хочу відзначити. Випивка, правда, безалкогольна. Пепсі, кока. У дусі часу. А от закуска, по-моєму, непогана. І не бійтеся ви! Я втікачів не переслідую. Я сам, може, втікач.</w:t>
      </w:r>
    </w:p>
    <w:p>
      <w:r>
        <w:br/>
        <w:t>Зоя. І у нас дещо є. Я зараз! (Біжить у синій будиночок.)</w:t>
      </w:r>
    </w:p>
    <w:p>
      <w:r>
        <w:br/>
        <w:t>Іван Васильович (Толі). Клич свого брата. Біля вогню тепліше. Давай! Давай! Не соромся! В темпі!</w:t>
      </w:r>
    </w:p>
    <w:p>
      <w:r>
        <w:br/>
        <w:t>Толя (обернувшись, усередину будиночка). Чебурашко, виходь! Виходь, не бійся! Це порядні люди.</w:t>
      </w:r>
    </w:p>
    <w:p>
      <w:r>
        <w:br/>
        <w:t>Майже одночасно з синього будиночка вискакує Зоя із сумкою в руці, а з зеленого з'являється Чебурашка, тримаючи у руках транзистор, з якого враз гучно лунає бравурний марш.</w:t>
      </w:r>
    </w:p>
    <w:p>
      <w:r>
        <w:br/>
        <w:t>Іван Васильович. Ну, брат, у тебе вихід, як в опері "Аїда".</w:t>
      </w:r>
    </w:p>
    <w:p>
      <w:r>
        <w:br/>
        <w:t>Всі сміються.</w:t>
      </w:r>
    </w:p>
    <w:p>
      <w:r>
        <w:br/>
        <w:t>Зоя. Здоров, Чебурашко!</w:t>
      </w:r>
    </w:p>
    <w:p>
      <w:r>
        <w:br/>
        <w:t>Чебурашка. Привіт!</w:t>
      </w:r>
    </w:p>
    <w:p>
      <w:r>
        <w:br/>
        <w:t>Іван Васильович. Ану покажи, що це в тебе за інструмент такий горластий. Та не бійся, не зламаю. (Бере в Чебурашки транзистор.) "Меридіан". О! Та ще й з гравіровкою. Можна?</w:t>
      </w:r>
    </w:p>
    <w:p>
      <w:r>
        <w:br/>
        <w:t>Чебурашка (знизує плечима). Читайте.</w:t>
      </w:r>
    </w:p>
    <w:p>
      <w:r>
        <w:br/>
        <w:t>Іван Васильович (читає). "Переможцю музичного конкурсу Валі Кондратюку. Слухай, Чебурашко, увесь світ і не забувай, що у цьому світі є наша сім’я, де тебе люблять і бажають тобі щастя й добра". Так це приз! Молодець!</w:t>
      </w:r>
    </w:p>
    <w:p>
      <w:r>
        <w:br/>
        <w:t>Чебурашка (махає рукою). Та! Подумаєш!</w:t>
      </w:r>
    </w:p>
    <w:p>
      <w:r>
        <w:br/>
        <w:t>Іван Васильович. Але чого так непедагогічно — "Чебурашка"?</w:t>
      </w:r>
    </w:p>
    <w:p>
      <w:r>
        <w:br/>
        <w:t>Чебурашка. А я сам попросив. Щоб не подумали, що крадене. Про те, що я Валя, ніхто не знає. А що Чебурашка — всі.</w:t>
      </w:r>
    </w:p>
    <w:p>
      <w:r>
        <w:br/>
        <w:t>Іван Васильович (повертає Чебурашці транзистор). Гарна машина. У мене теж є. Щоправда, не приз. Подарунок, без гравіровки. (Дістає з кишені маленький приймач, схожий на довгастий саф’яновий гаманець з шкіряною петлею для руки.)</w:t>
      </w:r>
    </w:p>
    <w:p>
      <w:r>
        <w:br/>
        <w:t>Валера. Ух ти! "Панасонік". Я такого маленького ще й не бачив.</w:t>
      </w:r>
    </w:p>
    <w:p>
      <w:r>
        <w:br/>
        <w:t>Іван Васильович. Дев’ять діапазонів. Починаючи з тринадцяти метрів.</w:t>
      </w:r>
    </w:p>
    <w:p>
      <w:r>
        <w:br/>
        <w:t>Чебурашка. Можна?</w:t>
      </w:r>
    </w:p>
    <w:p>
      <w:r>
        <w:br/>
        <w:t>Іван Васильович. Будь ласка.</w:t>
      </w:r>
    </w:p>
    <w:p>
      <w:r>
        <w:br/>
        <w:t>Чебурашка (обережно бере приймач, зачудовано). Сила! (Крутить, слухає.)</w:t>
      </w:r>
    </w:p>
    <w:p>
      <w:r>
        <w:br/>
        <w:t>Іван Васильович. А ти, я бачу, фанат.</w:t>
      </w:r>
    </w:p>
    <w:p>
      <w:r>
        <w:br/>
        <w:t>Чебурашка. А що ж!</w:t>
      </w:r>
    </w:p>
    <w:p>
      <w:r>
        <w:br/>
        <w:t>Іван Васильович. Я, грішним ділом… теж. Від усієї цієї апаратури японської просто в захваті.</w:t>
      </w:r>
    </w:p>
    <w:p>
      <w:r>
        <w:br/>
        <w:t>Валера. Та що там казати. Клас!</w:t>
      </w:r>
    </w:p>
    <w:p>
      <w:r>
        <w:br/>
        <w:t>Чебурашка. О! (Нашукав потрібну музику.) Ча-ча-ча! (Починає танцювати брейк. старанно, хоча й не досить вміло.)</w:t>
      </w:r>
    </w:p>
    <w:p>
      <w:r>
        <w:br/>
        <w:t>Зоя. Ти диви!</w:t>
      </w:r>
    </w:p>
    <w:p>
      <w:r>
        <w:br/>
        <w:t>Толя. Молоток!</w:t>
      </w:r>
    </w:p>
    <w:p>
      <w:r>
        <w:br/>
        <w:t>Валера (зверхньо). Та не так!.. Переможець! Дивись! О! О! О!.. (Танцює.)</w:t>
      </w:r>
    </w:p>
    <w:p>
      <w:r>
        <w:br/>
        <w:t>Зоя. Валера!</w:t>
      </w:r>
    </w:p>
    <w:p>
      <w:r>
        <w:br/>
        <w:t>Валера. А що?</w:t>
      </w:r>
    </w:p>
    <w:p>
      <w:r>
        <w:br/>
        <w:t>Чебурашка. Ну, звичайно, у тебе краще… Я ж не чарівник. Я тільки вчуся.</w:t>
      </w:r>
    </w:p>
    <w:p>
      <w:r>
        <w:br/>
        <w:t>Зоя. Ех, Валера! Не можеш ти, щоб… От уже!</w:t>
      </w:r>
    </w:p>
    <w:p>
      <w:r>
        <w:br/>
        <w:t>Іван Васильович. Мудрий у тебе батя.</w:t>
      </w:r>
    </w:p>
    <w:p>
      <w:r>
        <w:br/>
        <w:t>Валера. А що?.. Я тільки хотів показати…</w:t>
      </w:r>
    </w:p>
    <w:p>
      <w:r>
        <w:br/>
        <w:t>Зоя. Показав! Показав!</w:t>
      </w:r>
    </w:p>
    <w:p>
      <w:r>
        <w:br/>
        <w:t>Валера. Та ну тебе, Заєць!</w:t>
      </w:r>
    </w:p>
    <w:p>
      <w:r>
        <w:br/>
        <w:t>Іван Васильович. У мене там у машині ще "Шарп" є. (Валері.) Ти ж бачив. Потім записи послухаємо. Майкл Джексон. Хуліо Іглесіас. Люблю слухати, коли веду машину.</w:t>
      </w:r>
    </w:p>
    <w:p>
      <w:r>
        <w:br/>
        <w:t>Зоя. О!</w:t>
      </w:r>
    </w:p>
    <w:p>
      <w:r>
        <w:br/>
        <w:t>Чебурашка. Сто п’ятдесят років прожити хоче.</w:t>
      </w:r>
    </w:p>
    <w:p>
      <w:r>
        <w:br/>
        <w:t>Іван Васильович. Хто?</w:t>
      </w:r>
    </w:p>
    <w:p>
      <w:r>
        <w:br/>
        <w:t>Чебурашка. Джексон. У барокамері спить. У мінералці купається.</w:t>
      </w:r>
    </w:p>
    <w:p>
      <w:r>
        <w:br/>
        <w:t>Іван Васильович. А ти звідки знаєш?</w:t>
      </w:r>
    </w:p>
    <w:p>
      <w:r>
        <w:br/>
        <w:t>Чебурашка. Чувак один з дев’ятого говорив.</w:t>
      </w:r>
    </w:p>
    <w:p>
      <w:r>
        <w:br/>
        <w:t>Валера. Точно. Таки переможець. Недарма.</w:t>
      </w:r>
    </w:p>
    <w:p>
      <w:r>
        <w:br/>
        <w:t>Чебурашка. І нащо стільки жити? Навіть п’ятдесят багато, по-моєму.</w:t>
      </w:r>
    </w:p>
    <w:p>
      <w:r>
        <w:br/>
        <w:t>Іван Васильович. Ну-у… вибач.</w:t>
      </w:r>
    </w:p>
    <w:p>
      <w:r>
        <w:br/>
        <w:t>Чебурашка. А вам що — вже п’ятдесят? Вибачте. Я про себе. Інші нехай живуть. Хто хоче.</w:t>
      </w:r>
    </w:p>
    <w:p>
      <w:r>
        <w:br/>
        <w:t>Іван Васильович. Вперше бачу такого юного песиміста. Життя — прекрасна річ!</w:t>
      </w:r>
    </w:p>
    <w:p>
      <w:r>
        <w:br/>
        <w:t>Чебурашка. У кого вуха нормальні… Джек— сон, кажуть, пластичну операцію собі зробив. Шкіру пересадив. З чорного став білнм. І губи удвічі зменшив… Цікаво, а вуха взагалі можна?..</w:t>
      </w:r>
    </w:p>
    <w:p>
      <w:r>
        <w:br/>
        <w:t>Зоя. Та що ти на свої вуха! Нормальні вуха. Навіть симпатичні.</w:t>
      </w:r>
    </w:p>
    <w:p>
      <w:r>
        <w:br/>
        <w:t>Чебурашка. Давай махонемось! А? Подивився б я на тебе з моїми вухами. Ха-ха!</w:t>
      </w:r>
    </w:p>
    <w:p>
      <w:r>
        <w:br/>
        <w:t>Зоя. З мене вистачить мого носа.</w:t>
      </w:r>
    </w:p>
    <w:p>
      <w:r>
        <w:br/>
        <w:t>Іван Васильович. А ти мені подобаєшся, втікачу. З характером. Я теж колись тікав. Ще до війни. З дитсадка— Не знаю, як тепер. А тодішній дитсадок здавався мені тюрмою, казармою. Запаху карболки досі не переношу. Може, все це тому, що у нас по сусідству дитбудинок був, приют, як тоді називали. Мов зараз бачу тих малих арештантів. У всіх якісь однакові згаслі очі.</w:t>
      </w:r>
    </w:p>
    <w:p>
      <w:r>
        <w:br/>
        <w:t>Валера. Вони всі, як правило, недорозвинені, дебільні.</w:t>
      </w:r>
    </w:p>
    <w:p>
      <w:r>
        <w:br/>
        <w:t>Зоя. Валера!</w:t>
      </w:r>
    </w:p>
    <w:p>
      <w:r>
        <w:br/>
        <w:t>Чебурашка. Що ж ти хочеш — інкубаторські.</w:t>
      </w:r>
    </w:p>
    <w:p>
      <w:r>
        <w:br/>
        <w:t>Іван Васильович. Що?</w:t>
      </w:r>
    </w:p>
    <w:p>
      <w:r>
        <w:br/>
        <w:t>Чебурашка. А нас так називають. Інкубаторські.</w:t>
      </w:r>
    </w:p>
    <w:p>
      <w:r>
        <w:br/>
        <w:t>Іван Васильович. Вас?</w:t>
      </w:r>
    </w:p>
    <w:p>
      <w:r>
        <w:br/>
        <w:t>Толя. Чебурашко!</w:t>
      </w:r>
    </w:p>
    <w:p>
      <w:r>
        <w:br/>
        <w:t>Іван Васильович. Милий ти мій! (Поривчасто обіймає Чєбурашку.) Так от ти звідки, втікачу!</w:t>
      </w:r>
    </w:p>
    <w:p>
      <w:r>
        <w:br/>
        <w:t>Толя. Ні! Ні! Він не те хотів сказати.</w:t>
      </w:r>
    </w:p>
    <w:p>
      <w:r>
        <w:br/>
        <w:t>Іван Васильович. Не бійтесь, хлопці. Мене не треба боятися. Я вас не зраджу. Ніколи. Я не з тих людей. Ні! І запам’ятай, Чебурашко, як щось тобі треба буде — звертайся до мене. Раз уже так сталося, що зустрілися ми, вважай мене своїм., своїм дідусем прийомним. У мене ж онук майже такий. Там — на Тіксі. Все, що треба, — не соромся! Ну, та про деталі ми ще конкретно поговоримо… згодом. Ех, Чебурашко, Чебурашко! Хлопчику мій дорогий! (Чебурашко, мовчить, втупившись у землю.)</w:t>
      </w:r>
    </w:p>
    <w:p>
      <w:r>
        <w:br/>
        <w:t>Валера (Чебурашці). Пробач! Я ж не знав. Я не хотів.</w:t>
      </w:r>
    </w:p>
    <w:p>
      <w:r>
        <w:br/>
        <w:t>Зоя. Іване Васильовичу! У вас є консервний ніж? Толю! Хлопці! Треба банки поодкривати. Картопля, по-моєму, вже переварилася.</w:t>
      </w:r>
    </w:p>
    <w:p>
      <w:r>
        <w:br/>
        <w:t>Толя. Давайте я, давайте.</w:t>
      </w:r>
    </w:p>
    <w:p>
      <w:r>
        <w:br/>
        <w:t>Іван Васильович. Правильно! От вам ніж. Будемо починати. Тільки… може, ще запросимо на вогник… А?</w:t>
      </w:r>
    </w:p>
    <w:p>
      <w:r>
        <w:br/>
        <w:t>Зоя. Кого?</w:t>
      </w:r>
    </w:p>
    <w:p>
      <w:r>
        <w:br/>
        <w:t>Іван Васильович. Ви будете сміятися, але моя інтуїція підказує, що і в тій дачі, яка проти моєї, хтось є.</w:t>
      </w:r>
    </w:p>
    <w:p>
      <w:r>
        <w:br/>
        <w:t>Валера. Та ну!</w:t>
      </w:r>
    </w:p>
    <w:p>
      <w:r>
        <w:br/>
        <w:t>Толя. У Петренків? Не думаю. Вони в таку пору ніколи тут не бувають.</w:t>
      </w:r>
    </w:p>
    <w:p>
      <w:r>
        <w:br/>
        <w:t>Іван Васильович. А чия це дача?</w:t>
      </w:r>
    </w:p>
    <w:p>
      <w:r>
        <w:br/>
        <w:t>Толя. Петренків, я ж кажу. Семена Семеновича та Ніни Самсонівни.</w:t>
      </w:r>
    </w:p>
    <w:p>
      <w:r>
        <w:br/>
        <w:t>Іван Васильович. Молоді?</w:t>
      </w:r>
    </w:p>
    <w:p>
      <w:r>
        <w:br/>
        <w:t>Толя. Років по сімдесят.</w:t>
      </w:r>
    </w:p>
    <w:p>
      <w:r>
        <w:br/>
        <w:t>Іван Васильович. З мого пісочника.</w:t>
      </w:r>
    </w:p>
    <w:p>
      <w:r>
        <w:br/>
        <w:t>Зоя. Може, не треба? Ви ж не любите…</w:t>
      </w:r>
    </w:p>
    <w:p>
      <w:r>
        <w:br/>
        <w:t>Іван Васильович. Розумію, що декому з вас присутність сторонніх може здатися небажаною. Але… За законами конспірації того, хто все одно поряд, краще мати на оці.</w:t>
      </w:r>
    </w:p>
    <w:p>
      <w:r>
        <w:br/>
        <w:t>Валера. Мудро.</w:t>
      </w:r>
    </w:p>
    <w:p>
      <w:r>
        <w:br/>
        <w:t>Зоя (тихо). Валеро!</w:t>
      </w:r>
    </w:p>
    <w:p>
      <w:r>
        <w:br/>
        <w:t>Валера (теж тихо). Не боїсь, Заєць!</w:t>
      </w:r>
    </w:p>
    <w:p>
      <w:r>
        <w:br/>
        <w:t>Іван Васильович. І треба бути гостинним. Незручно самим гуляти, коли поряд… Так що?</w:t>
      </w:r>
    </w:p>
    <w:p>
      <w:r>
        <w:br/>
        <w:t>Валера (Толі). А вони не зануди?</w:t>
      </w:r>
    </w:p>
    <w:p>
      <w:r>
        <w:br/>
        <w:t>Толя. Ні. Якраз дуже симпатичні старі. Ми з Чебурашкою все одно зараз підемо. Отже — як хочете…</w:t>
      </w:r>
    </w:p>
    <w:p>
      <w:r>
        <w:br/>
        <w:t>Валера. Кличемо. Мені просто цікаво, чи справді там хтось є. Якщо є, то ви — феномен.</w:t>
      </w:r>
    </w:p>
    <w:p>
      <w:r>
        <w:br/>
        <w:t>Іван Васильович (відходить у глибину сцени, гукає). Тра-та-та за Семена Семеновича! Тра-та-та за Ніну Самсонівну! Виходьте, сусіди! Ми вас застукали! Не ховайтесь! Ми все одно знаємо, що ви тут! Запрошуємо на вхідчини! Будь ласка!</w:t>
      </w:r>
    </w:p>
    <w:p>
      <w:r>
        <w:br/>
        <w:t>Після паузи з глибини сцени виходять Василь Іванович і Галина Сергіївна.</w:t>
      </w:r>
    </w:p>
    <w:p>
      <w:r>
        <w:br/>
        <w:t>Валера. Фантастика!</w:t>
      </w:r>
    </w:p>
    <w:p>
      <w:r>
        <w:br/>
        <w:t>Толя (тихо). Це не Петренки!</w:t>
      </w:r>
    </w:p>
    <w:p>
      <w:r>
        <w:br/>
        <w:t>Зоя. Що?</w:t>
      </w:r>
    </w:p>
    <w:p>
      <w:r>
        <w:br/>
        <w:t>Валера. О-ля-ля!</w:t>
      </w:r>
    </w:p>
    <w:p>
      <w:r>
        <w:br/>
        <w:t>Василь Іванович. Здрастуйте!</w:t>
      </w:r>
    </w:p>
    <w:p>
      <w:r>
        <w:br/>
        <w:t>Галина Сергіївна. Добрий день!</w:t>
      </w:r>
    </w:p>
    <w:p>
      <w:r>
        <w:br/>
        <w:t>Іван Васильович (ніяково). Добрий!.. Пробачте… Пробачте… Ми думали… Семен Семенович… Я жартома…</w:t>
      </w:r>
    </w:p>
    <w:p>
      <w:r>
        <w:br/>
        <w:t>Василь Іванович. Нічого-нічого. Розумієте, ми приїхали на один день на консультацію до професора. Слава богу, сумні прогнози не підтвердилися. У готелі влаштуватися неможливо. А у знайомих грип. Так сусіди знайомих люб’язно запропонували переночувати на дачі. Оце переночували і сьогодні назад, у Дніпропетровськ.</w:t>
      </w:r>
    </w:p>
    <w:p>
      <w:r>
        <w:br/>
        <w:t>Іван Васильович. Пробачте, пробачте, що потурбував. Я тут з юними друзями…</w:t>
      </w:r>
    </w:p>
    <w:p>
      <w:r>
        <w:br/>
        <w:t>Галина Сергіївна. Ну ми ж чули. Вхідчини. Поздоровляємо.</w:t>
      </w:r>
    </w:p>
    <w:p>
      <w:r>
        <w:br/>
        <w:t>Василь Іванович. Нам Ніна Самсонівна якраз сказала, що днями тут по сусідству хтось купив дачу.</w:t>
      </w:r>
    </w:p>
    <w:p>
      <w:r>
        <w:br/>
        <w:t>Галина Сергіївна. Ми ще говорили, як це все тепер дорого.</w:t>
      </w:r>
    </w:p>
    <w:p>
      <w:r>
        <w:br/>
        <w:t>Іван Васильович. Що ж поробиш. Чим ближче до міста, тим дорожче.</w:t>
      </w:r>
    </w:p>
    <w:p>
      <w:r>
        <w:br/>
        <w:t>Чебурашка крутиться біля Галини Сергіївни, пильно дивиться на неї, оглядає з усіх боків. Видно, чимось вражений.</w:t>
      </w:r>
    </w:p>
    <w:p>
      <w:r>
        <w:br/>
        <w:t>Галина Сергіївна. Що таке, синку? Чого ти так дивишся?</w:t>
      </w:r>
    </w:p>
    <w:p>
      <w:r>
        <w:br/>
        <w:t>Чебурашка (ледь чутно повторює). Синку…</w:t>
      </w:r>
    </w:p>
    <w:p>
      <w:r>
        <w:br/>
        <w:t>Галина Сергіївна (не розчувши). Що?</w:t>
      </w:r>
    </w:p>
    <w:p>
      <w:r>
        <w:br/>
        <w:t>Іван Васильович. Нічого дивного. Я сам на вас дивлюся з роззявленим ротом. Вибачте, але дуже ви гарна.</w:t>
      </w:r>
    </w:p>
    <w:p>
      <w:r>
        <w:br/>
        <w:t>Галина Сергіївна (махає рукою). Та! Яка там гарна! Облиште!</w:t>
      </w:r>
    </w:p>
    <w:p>
      <w:r>
        <w:br/>
        <w:t>Іван Васильович. Скромність, звичайно, прикрашає. Навіть красунь. Мене звуть Іваном Васильовичем. А це мої юні друзі — Зоя, Валера, Толя і Валя — на прізвисько Чебурашка.</w:t>
      </w:r>
    </w:p>
    <w:p>
      <w:r>
        <w:br/>
        <w:t>Василь Іванович. А мене — Василь Іванович.</w:t>
      </w:r>
    </w:p>
    <w:p>
      <w:r>
        <w:br/>
        <w:t>Іван Васильович. Просто як у Гоголя — Кіфа Мокійович та Мокій Кіфович.</w:t>
      </w:r>
    </w:p>
    <w:p>
      <w:r>
        <w:br/>
        <w:t>Галина Сергіївна. А я Галина Сергіївна.</w:t>
      </w:r>
    </w:p>
    <w:p>
      <w:r>
        <w:br/>
        <w:t>Чебурашка (хвилюючись, тихо Толі). Вона сказала "синку"! Ти чув?</w:t>
      </w:r>
    </w:p>
    <w:p>
      <w:r>
        <w:br/>
        <w:t>Толя (теж тихо). Не фантазуй!</w:t>
      </w:r>
    </w:p>
    <w:p>
      <w:r>
        <w:br/>
        <w:t>Валера. Пробачте, у мене таке враження, що я вас ніби десь бачив.</w:t>
      </w:r>
    </w:p>
    <w:p>
      <w:r>
        <w:br/>
        <w:t>Галина Сергіївна. Не знаю, В кіно не знімаюсь. По телебаченню не виступаю. Може, у Дніпропетровську, якось випадково.</w:t>
      </w:r>
    </w:p>
    <w:p>
      <w:r>
        <w:br/>
        <w:t>Валера. Ні. Я не був у Дніпропетровську.</w:t>
      </w:r>
    </w:p>
    <w:p>
      <w:r>
        <w:br/>
        <w:t>Галина Сергіївна. Значить, до когось подібна. Таких тисячі. (Іванові Васильовичу.) А ви кажете!</w:t>
      </w:r>
    </w:p>
    <w:p>
      <w:r>
        <w:br/>
        <w:t>Іван Васильович. Кажу й казатиму, що ви — красуня. Щастить мені сьогодні на прекрасних жінок і дівчат. Прошу до нашого гурту.</w:t>
      </w:r>
    </w:p>
    <w:p>
      <w:r>
        <w:br/>
        <w:t>Василь Іванович. На вхідчини з порожніми руками не ходять. Я зараз! (Швидко йде у глибину сцени.)</w:t>
      </w:r>
    </w:p>
    <w:p>
      <w:r>
        <w:br/>
        <w:t>Галина Сергіївна (навздогін). Почекай! Ти не знайдеш. Вибачте. (Біжить слідом за ним.)</w:t>
      </w:r>
    </w:p>
    <w:p>
      <w:r>
        <w:br/>
        <w:t>Іван Васильович. Хмизу ще треба. Картоплю знімаємо, варимо чай.</w:t>
      </w:r>
    </w:p>
    <w:p>
      <w:r>
        <w:br/>
        <w:t>Толя. Я дам зараз чайннк. Ми в ньому завжди тут на вогнищі чай варимо. (Іде в зелений будиночок.)</w:t>
      </w:r>
    </w:p>
    <w:p>
      <w:r>
        <w:br/>
        <w:t>Іван Васильович. Ти, Зоєнько, тут усе готуй. Валеро і Чебурашко — за хмизом. А я принесу з машини чохли. Все-таки лавки мокрі, холодні. А жінок треба берегти. Та й мене радикуліт прихопити може. Все-таки… (Іде.)</w:t>
      </w:r>
    </w:p>
    <w:p>
      <w:r>
        <w:br/>
        <w:t>Валера (Чебурашці). Ти — в цей бік, а я в цей. (Розходяться.)</w:t>
      </w:r>
    </w:p>
    <w:p>
      <w:r>
        <w:br/>
        <w:t>Зоя порається біля харчів Із зеленого будиночка виходить Толя з чайником у руці. Під пахвою — згорток.</w:t>
      </w:r>
    </w:p>
    <w:p>
      <w:r>
        <w:br/>
        <w:t>Толя. Дивно все якось.</w:t>
      </w:r>
    </w:p>
    <w:p>
      <w:r>
        <w:br/>
        <w:t>Зоя. Ага.</w:t>
      </w:r>
    </w:p>
    <w:p>
      <w:r>
        <w:br/>
        <w:t>Толя. Знаєш, Чебурашка чогось вирішив, що це — його мати.</w:t>
      </w:r>
    </w:p>
    <w:p>
      <w:r>
        <w:br/>
        <w:t>Зоя. Але ж їй років двадцять сім. Це просто неможливо.</w:t>
      </w:r>
    </w:p>
    <w:p>
      <w:r>
        <w:br/>
        <w:t>Толя. І я так думаю.</w:t>
      </w:r>
    </w:p>
    <w:p>
      <w:r>
        <w:br/>
        <w:t>Зоя. Бідний хлопець!</w:t>
      </w:r>
    </w:p>
    <w:p>
      <w:r>
        <w:br/>
        <w:t>Толя. Дивна якась пара. У Петренків велика квартира. А їх всього двоє. Могли б і там переночувати. Навіщо їхати у холодну дачу?</w:t>
      </w:r>
    </w:p>
    <w:p>
      <w:r>
        <w:br/>
        <w:t>Зоя. По-моєму, вони не чоловік і жінка.</w:t>
      </w:r>
    </w:p>
    <w:p>
      <w:r>
        <w:br/>
        <w:t>Толя. Ти думаєш?</w:t>
      </w:r>
    </w:p>
    <w:p>
      <w:r>
        <w:br/>
        <w:t>Зоя. Майже певна. Особливо видають себе чоловіки.</w:t>
      </w:r>
    </w:p>
    <w:p>
      <w:r>
        <w:br/>
        <w:t>Толя. Як це?</w:t>
      </w:r>
    </w:p>
    <w:p>
      <w:r>
        <w:br/>
        <w:t>Зоя. На власну жінку вони ніколи не дивляться так, як на чужу. І взагалі якась настороженість, напруження, тривога у них в очах. У обох.</w:t>
      </w:r>
    </w:p>
    <w:p>
      <w:r>
        <w:br/>
        <w:t>Толя. Я теж помітив. Тому вони й не могли зупинитися в готелі. Для чого треба було їх вигукувати? Хай би собі… По-моєму, Іван Васильович це теж зрозумів.</w:t>
      </w:r>
    </w:p>
    <w:p>
      <w:r>
        <w:br/>
        <w:t>Зоя. Ага.</w:t>
      </w:r>
    </w:p>
    <w:p>
      <w:r>
        <w:br/>
        <w:t>Толя. Кохання — це ж така незбагненна річ! Хіба знаєш, коли воно тебе підстереже? І до кого? Чи належить вона вже комусь, чиясь дружина, кохана. Чи вільна, чи не вільна — воно не розбирає.</w:t>
      </w:r>
    </w:p>
    <w:p>
      <w:r>
        <w:br/>
        <w:t>Зоя. Ти так говориш, наче тобі сорок років.</w:t>
      </w:r>
    </w:p>
    <w:p>
      <w:r>
        <w:br/>
        <w:t>Толя. Хіба справа у роках?</w:t>
      </w:r>
    </w:p>
    <w:p>
      <w:r>
        <w:br/>
        <w:t>Зоя. Ні… Але…</w:t>
      </w:r>
    </w:p>
    <w:p>
      <w:r>
        <w:br/>
        <w:t>Толя. Ти пробач. Може, я й не маю права це говорити… Не подобається мені твій Валера.</w:t>
      </w:r>
    </w:p>
    <w:p>
      <w:r>
        <w:br/>
        <w:t>Зоя. Чого? Через отой брейк?</w:t>
      </w:r>
    </w:p>
    <w:p>
      <w:r>
        <w:br/>
        <w:t>Толя. Ні… Не тільки.</w:t>
      </w:r>
    </w:p>
    <w:p>
      <w:r>
        <w:br/>
        <w:t>Зоя. Ти ж його зовсім не знаєш.</w:t>
      </w:r>
    </w:p>
    <w:p>
      <w:r>
        <w:br/>
        <w:t>Толя. Я й тебе не знаю, але…</w:t>
      </w:r>
    </w:p>
    <w:p>
      <w:r>
        <w:br/>
        <w:t>З глибини сцени виходить Іван Васильович з чохлами від сидінь автомашини.</w:t>
      </w:r>
    </w:p>
    <w:p>
      <w:r>
        <w:br/>
        <w:t>Іван Васильович (стелить чохли на лавки). О! Так буде безпечніше. У таку погоду сидіти на сирому й холодному — це… Особливо ж для прекрасної статі.</w:t>
      </w:r>
    </w:p>
    <w:p>
      <w:r>
        <w:br/>
        <w:t>Зоя. Спасибі! Заздрю вашій дружині. Якби всі чоловіки були такі дбайливі й уважні!</w:t>
      </w:r>
    </w:p>
    <w:p>
      <w:r>
        <w:br/>
        <w:t>Іван Васильович. Елементарно, Зоєнько, елементарно.</w:t>
      </w:r>
    </w:p>
    <w:p>
      <w:r>
        <w:br/>
        <w:t>Толя (виймає з-під пахви згорток — це килимок). Я теж захопив.</w:t>
      </w:r>
    </w:p>
    <w:p>
      <w:r>
        <w:br/>
        <w:t>Іван Васильович. От бачиш!</w:t>
      </w:r>
    </w:p>
    <w:p>
      <w:r>
        <w:br/>
        <w:t>З глибини сцени виходять Василь Іванович (з пляшкою вина) і Галина Сергіївна (з поліетиленовим кульком, в якому лежать пиріжки).</w:t>
      </w:r>
    </w:p>
    <w:p>
      <w:r>
        <w:br/>
        <w:t>Галина Сергіївна (простягає Іванові Васильовичу кульок). З новосіллям! Це пиріжки. З сиром. Сама пекла.</w:t>
      </w:r>
    </w:p>
    <w:p>
      <w:r>
        <w:br/>
        <w:t>Василь Іванович. Хай вам щастить! (Простягає пляшку вина.)</w:t>
      </w:r>
    </w:p>
    <w:p>
      <w:r>
        <w:br/>
        <w:t>Іван Васильович. Ой! Та ви що! Ні-ні! Це вже вийшло з мого боку… наче здирство. Якби знав, ніколи б… ви мене ставите у незручне становище. Заберіть, я вас прошу!</w:t>
      </w:r>
    </w:p>
    <w:p>
      <w:r>
        <w:br/>
        <w:t>Галина Сергіївна. Іване Васильовичу!</w:t>
      </w:r>
    </w:p>
    <w:p>
      <w:r>
        <w:br/>
        <w:t>Василь Іванович. Не ображайте нас.</w:t>
      </w:r>
    </w:p>
    <w:p>
      <w:r>
        <w:br/>
        <w:t>Іван Васильович. От комедіант старий. Наробив шелесту зі своїми вхідчинами. Думав — жартома, а вийшло…</w:t>
      </w:r>
    </w:p>
    <w:p>
      <w:r>
        <w:br/>
        <w:t>Галина Сергіївна. По-моєму, все прекрасно.</w:t>
      </w:r>
    </w:p>
    <w:p>
      <w:r>
        <w:br/>
        <w:t>Входить Валера з оберемком хмизу.</w:t>
      </w:r>
    </w:p>
    <w:p>
      <w:r>
        <w:br/>
        <w:t>Іван Васильович (крутить у руках пляшку вина). Чи не припишуть нам розтління неповнолітніх? Нічого собі керівний товариш!</w:t>
      </w:r>
    </w:p>
    <w:p>
      <w:r>
        <w:br/>
        <w:t>Василь Іванович. А для неповнолітніх от, я бачу, є пепсі.</w:t>
      </w:r>
    </w:p>
    <w:p>
      <w:r>
        <w:br/>
        <w:t>Зоя. Валеро!</w:t>
      </w:r>
    </w:p>
    <w:p>
      <w:r>
        <w:br/>
        <w:t>Валера (кладе хмиз біля вогнища). Діставай!</w:t>
      </w:r>
    </w:p>
    <w:p>
      <w:r>
        <w:br/>
        <w:t>Зоя (дістає з сумки пляшку). Неповнолітні пропонують до столу каберне "Оксамит України".</w:t>
      </w:r>
    </w:p>
    <w:p>
      <w:r>
        <w:br/>
        <w:t>Валера. За смаковими якостями не поступається кращим світовим зразкам. Вживається космонавтами від радіації.</w:t>
      </w:r>
    </w:p>
    <w:p>
      <w:r>
        <w:br/>
        <w:t>Іван Васильович. Одначе! Неповнолітні!.. Та в цьому вже, дорогі мої друзі, переплюнути вас я неспроможний. (Розводить руками.) Оскільки міцних напоїв не вживаю, можу запропонувати лише чай індійський, а також каву розчинну "арабік".</w:t>
      </w:r>
    </w:p>
    <w:p>
      <w:r>
        <w:br/>
        <w:t>Василь Іванович (перезирається з Галиною Сергіївною). Не вживаєте?</w:t>
      </w:r>
    </w:p>
    <w:p>
      <w:r>
        <w:br/>
        <w:t>Галина Сергіївна. Зовсім?</w:t>
      </w:r>
    </w:p>
    <w:p>
      <w:r>
        <w:br/>
        <w:t>Іван Васильович. На жаль.</w:t>
      </w:r>
    </w:p>
    <w:p>
      <w:r>
        <w:br/>
        <w:t>Василь Іванович. З огляду на постанову?</w:t>
      </w:r>
    </w:p>
    <w:p>
      <w:r>
        <w:br/>
        <w:t>Іван Васильович. Незалежно від постанови. Просто від найменшої дози алкоголю починає страшенно боліти голова. З дитинства. Навіть під час війни відмовлявся від фронтових ста грамів. Такий дурний організм. Але абсолютно не заперечую, коли хтось п’є. В міру, звичайно. Отже, відкорковуйте, наливайте, починаймо!</w:t>
      </w:r>
    </w:p>
    <w:p>
      <w:r>
        <w:br/>
        <w:t>Валера (вміло відкорковує пляшку, хоче налити Толі, який стоїть поряд з ним, тримаючи у руках кружку). Давай!</w:t>
      </w:r>
    </w:p>
    <w:p>
      <w:r>
        <w:br/>
        <w:t>Толя. Ні. Я — пепсі.</w:t>
      </w:r>
    </w:p>
    <w:p>
      <w:r>
        <w:br/>
        <w:t>Валера. Та це ж натуральне. Сухарик. Навіть хворим дають.</w:t>
      </w:r>
    </w:p>
    <w:p>
      <w:r>
        <w:br/>
        <w:t>Толя. Я здоровий.</w:t>
      </w:r>
    </w:p>
    <w:p>
      <w:r>
        <w:br/>
        <w:t>Валера. Ну, як хочеш… Заєць!</w:t>
      </w:r>
    </w:p>
    <w:p>
      <w:r>
        <w:br/>
        <w:t>Зоя. Я теж… пепсі. Не хочеться.</w:t>
      </w:r>
    </w:p>
    <w:p>
      <w:r>
        <w:br/>
        <w:t>Валера. Тю!</w:t>
      </w:r>
    </w:p>
    <w:p>
      <w:r>
        <w:br/>
        <w:t>Василь Іванович. Ну, тоді пропонується безалкогольна вечеря. На знак солідарності з…</w:t>
      </w:r>
    </w:p>
    <w:p>
      <w:r>
        <w:br/>
        <w:t>Галина Сергіївна. Правильно! Пити, коли господар не п’є, якось не…</w:t>
      </w:r>
    </w:p>
    <w:p>
      <w:r>
        <w:br/>
        <w:t>Валера. Ну, як хочете. Нащо я тоді…</w:t>
      </w:r>
    </w:p>
    <w:p>
      <w:r>
        <w:br/>
        <w:t>Іван Васильович. А де це Чебурашка? Щось він довго…</w:t>
      </w:r>
    </w:p>
    <w:p>
      <w:r>
        <w:br/>
        <w:t>Входить Чебурашка. З великим оберемком хмизу, поверх якого лежать кілька квітів — пізніх осінніх айстр. Кладе хмиз біля вогнища, бере квіти і мовчки стоїть, розгублено дивлячись на Галину Сергіївну.</w:t>
      </w:r>
    </w:p>
    <w:p>
      <w:r>
        <w:br/>
        <w:t>Валера. О!</w:t>
      </w:r>
    </w:p>
    <w:p>
      <w:r>
        <w:br/>
        <w:t>Іван Васильович. Ти диви! Прекрасно!</w:t>
      </w:r>
    </w:p>
    <w:p>
      <w:r>
        <w:br/>
        <w:t>Галина Сергіївна. Що таке?</w:t>
      </w:r>
    </w:p>
    <w:p>
      <w:r>
        <w:br/>
        <w:t>Іван Васильович. Не тушуйся, Чебурашко! Даруй! Молодець! Оце лицар! Я бачу, ви на нього справили таке ж враження, як і на мене.</w:t>
      </w:r>
    </w:p>
    <w:p>
      <w:r>
        <w:br/>
        <w:t>Чебурашка кидається до Галини Сергіївни, простягає їй квіти.</w:t>
      </w:r>
    </w:p>
    <w:p>
      <w:r>
        <w:br/>
        <w:t>Галина Сергіївна. Дякую, дякую, сннку! (Пригортає його, він несподівано утикається обличчям їй у плече.)</w:t>
      </w:r>
    </w:p>
    <w:p>
      <w:r>
        <w:br/>
        <w:t>Толя. Чебурашко! Чебурашко!</w:t>
      </w:r>
    </w:p>
    <w:p>
      <w:r>
        <w:br/>
        <w:t>Валера. Го-го! (Сміється.)</w:t>
      </w:r>
    </w:p>
    <w:p>
      <w:r>
        <w:br/>
        <w:t>Зоя. Валеро!</w:t>
      </w:r>
    </w:p>
    <w:p>
      <w:r>
        <w:br/>
        <w:t>Чебурашка так само рвучко одскакує від Галини Сергіївни</w:t>
      </w:r>
    </w:p>
    <w:p>
      <w:r>
        <w:br/>
        <w:t>Іван Васильович. Ну, давайте, дорогі гості! Чи я вже не знаю, може, швидше я гість. Бо тут вашого не менше, як мого.</w:t>
      </w:r>
    </w:p>
    <w:p>
      <w:r>
        <w:br/>
        <w:t>Василь Іванович (наливає пепсі). Давайте! Символічно, так би мовити. За те, щоб… щоб під тим дахом завжди були мир і добро. Щоб ніколи ніяке зло не переступало порога. Щоб жодне хиже око не зазирало у вікна!</w:t>
      </w:r>
    </w:p>
    <w:p>
      <w:r>
        <w:br/>
        <w:t>Іван Васильович. Спасибі! Спасибі! Гарно сказали. "Жодне хиже око…" Не любите, значить, хижаків?</w:t>
      </w:r>
    </w:p>
    <w:p>
      <w:r>
        <w:br/>
        <w:t>Василь Іванович. Не люблю!</w:t>
      </w:r>
    </w:p>
    <w:p>
      <w:r>
        <w:br/>
        <w:t>Іван Васильович. Взагалі-то правильно. Я теж. Але знаєте… Як не парадоксально, але хижаки, мабуть, теж у житті потрібні.</w:t>
      </w:r>
    </w:p>
    <w:p>
      <w:r>
        <w:br/>
        <w:t>Галина Сергіївна. Як це?</w:t>
      </w:r>
    </w:p>
    <w:p>
      <w:r>
        <w:br/>
        <w:t>Іван Васильович. Для оздоровлення виду. От візьмімо вовків. Яка проти них кампанія була! Майже всіх винищили. А тоді схаменулися. І мерщій занесли до Червоної книги. Бо там, де не стало вовків, поголів’я вироджуватися почало. Вовк виконував, так би мовити, роль санітара. Взагалі, стосунки хижака й жертви, виявляється, у природі діалектично пов’язані. Хижак знищує лише слабких. І цим сприяє вдосконаленню виду. У процесі природного добору вдосконалюється і хижак, і жертва. Причому, помітьте, хижак не зацікавлений в тому, щоб жертва, як вид, зникла зовсім. Він її береже. Бо інакше йому нічого буде їсти.</w:t>
      </w:r>
    </w:p>
    <w:p>
      <w:r>
        <w:br/>
        <w:t>Валера (сміється). Точно.</w:t>
      </w:r>
    </w:p>
    <w:p>
      <w:r>
        <w:br/>
        <w:t>Василь Іванович. Не знаю, з точки зору зоології, може, й так, а от з точки зору моралі… Я інколи як гляну по телевізору "У світі тварин", так мене аж пересмикує. Так уже милуються ті любителі тварин хижаками, так уже показують захоплено, як вони жертви свої доганяють, хапають і хрумають, що…</w:t>
      </w:r>
    </w:p>
    <w:p>
      <w:r>
        <w:br/>
        <w:t>Галина Сергіївна. Згодна.</w:t>
      </w:r>
    </w:p>
    <w:p>
      <w:r>
        <w:br/>
        <w:t>Толя. Я теж… не можу дивитися.</w:t>
      </w:r>
    </w:p>
    <w:p>
      <w:r>
        <w:br/>
        <w:t>Іван Васильович. А ви, пробачте, хто за фахом?</w:t>
      </w:r>
    </w:p>
    <w:p>
      <w:r>
        <w:br/>
        <w:t>Василь Іванович. Викладачі. Я суспільствознавство викладаю. А вона…</w:t>
      </w:r>
    </w:p>
    <w:p>
      <w:r>
        <w:br/>
        <w:t>Галина Сергіївна. А я — вчитель фізкультури.</w:t>
      </w:r>
    </w:p>
    <w:p>
      <w:r>
        <w:br/>
        <w:t>Іван Васильович. Я так і подумав. Моралісти-теоретики. Ех-хе-хе! Милі мої! Треба наближати школу до життя. Дотеоретизувалися вже. Готувати треба підростаюче покоління до суворих законів дійсності.</w:t>
      </w:r>
    </w:p>
    <w:p>
      <w:r>
        <w:br/>
        <w:t>Галина Сергіївна. Так що? Робити з них хижаків?</w:t>
      </w:r>
    </w:p>
    <w:p>
      <w:r>
        <w:br/>
        <w:t>Іван Васильович. Я цього не кажу. Боже збав! Але виховувати їх жертвами теж не варто. Треба, щоб вони вміли відстояти себе у житті. Виживання в екстремальних умовах складного сьогоднішнього дня навчити їх треба. Щоб не загинули. Правильно я кажу?</w:t>
      </w:r>
    </w:p>
    <w:p>
      <w:r>
        <w:br/>
        <w:t>Валера. Правильно!</w:t>
      </w:r>
    </w:p>
    <w:p>
      <w:r>
        <w:br/>
        <w:t>Входить Дід Каленик.</w:t>
      </w:r>
    </w:p>
    <w:p>
      <w:r>
        <w:br/>
        <w:t>Дід Каленик. О! Сидір, Мидір та Каленик та поставили куреник, у куренику сидять, по варенику їдять. Я бачу, у вас тут гульня. А діда не кличете. А як згорить щось від вашого вогию, дід відповідай!</w:t>
      </w:r>
    </w:p>
    <w:p>
      <w:r>
        <w:br/>
        <w:t>Іван Васильович. Та що ви, діду! Все якось спонтанно вийшло. Експромт. От дід, може, й вина вип’є? Га?</w:t>
      </w:r>
    </w:p>
    <w:p>
      <w:r>
        <w:br/>
        <w:t>Дід Каленик. Може, й вип’є. У таку погоду не гріх.</w:t>
      </w:r>
    </w:p>
    <w:p>
      <w:r>
        <w:br/>
        <w:t>Іван Васильович (Валері). Налий діду, будь ласка! І всі наливайте. А то картопля холоне. Давайте. Давайте.</w:t>
      </w:r>
    </w:p>
    <w:p>
      <w:r>
        <w:br/>
        <w:t>Валера наливає діду вина, інші наливають собі пепсі, кока-колу з пляшок.</w:t>
      </w:r>
    </w:p>
    <w:p>
      <w:r>
        <w:br/>
        <w:t>Дід Каленик. Ну, будьмо! Та людей не гудьмо! (П’є.) Що це?</w:t>
      </w:r>
    </w:p>
    <w:p>
      <w:r>
        <w:br/>
        <w:t>Валера. Каберне.</w:t>
      </w:r>
    </w:p>
    <w:p>
      <w:r>
        <w:br/>
        <w:t>Дід Каленик. Ага. Ясно. Хто вживає каберне, того стронцій обмине.</w:t>
      </w:r>
    </w:p>
    <w:p>
      <w:r>
        <w:br/>
        <w:t>Іван Васильович. Їжте, діду, їжте. Це мої гості. Отак несподівано новосілля вийшло.</w:t>
      </w:r>
    </w:p>
    <w:p>
      <w:r>
        <w:br/>
        <w:t>Дід Каленик. Новосілля — то завжди радість. Саме тут колись і я вже гуляв на новосіллі. Ще до революції. Отам, де ваша, — хата колись стояла. Трохи ліворуч. Марусина. Царство їй небесне. Спалили німці. За зв’язок з партизанами. Так по війні й обезлюднів цей куток. Потім, слава богу, дачники відродили. Сорок п’ять років, як нема вже Марусі. А дух її, не повірите, й досі витає у цих місцях… Я ці дачі так і називаю — Марусині дачі. Тому й стережу. Інші б не став… На вас чимось схожа-була… (Киває на Галину Сергіївну.) Чи ви на неї. Такі ж очі, як зорі. І брови крилаті.</w:t>
      </w:r>
    </w:p>
    <w:p>
      <w:r>
        <w:br/>
        <w:t>Іван Васильович. А ви, діду, поет!</w:t>
      </w:r>
    </w:p>
    <w:p>
      <w:r>
        <w:br/>
        <w:t>Дід Каленик. Наливайте ще! Після першої тільки наймити закусують.</w:t>
      </w:r>
    </w:p>
    <w:p>
      <w:r>
        <w:br/>
        <w:t>Іван Васильович. Правильно! Давайте вип’ємо за жінок. За прекрасну стать. Ваше здоров’я, дорогі!</w:t>
      </w:r>
    </w:p>
    <w:p>
      <w:r>
        <w:br/>
        <w:t>Дід Каленик. Так, жінки — то… Без них і світ не світлий. І життя не живе. Будьмо! (П'є.)</w:t>
      </w:r>
    </w:p>
    <w:p>
      <w:r>
        <w:br/>
        <w:t>Іван Васильович. Стривайте, я вам зараз музику зроблю. У мене там якраз є на цю тему. (Швидко йде у глибину сцени.)</w:t>
      </w:r>
    </w:p>
    <w:p>
      <w:r>
        <w:br/>
        <w:t>Толя (Галині Сергіївні). Пробачте. Скажіть, будь ласка, скільки вам років?</w:t>
      </w:r>
    </w:p>
    <w:p>
      <w:r>
        <w:br/>
        <w:t>Галина Сергіївна (розгублено). А… що? Стара?</w:t>
      </w:r>
    </w:p>
    <w:p>
      <w:r>
        <w:br/>
        <w:t>Дід Каленик. Взагалі-то жінок про таке не питають.</w:t>
      </w:r>
    </w:p>
    <w:p>
      <w:r>
        <w:br/>
        <w:t>Толя. Я знаю. Пробачте. Але…</w:t>
      </w:r>
    </w:p>
    <w:p>
      <w:r>
        <w:br/>
        <w:t>Валера. Ну, ти даєш!</w:t>
      </w:r>
    </w:p>
    <w:p>
      <w:r>
        <w:br/>
        <w:t>Василь Іванович. На щастя, вона ще у такому віці, коли можна спокійно відповідати. Не приховуючи.</w:t>
      </w:r>
    </w:p>
    <w:p>
      <w:r>
        <w:br/>
        <w:t>Галина Сергіївна. Двадцять шість… І три місяці.</w:t>
      </w:r>
    </w:p>
    <w:p>
      <w:r>
        <w:br/>
        <w:t>Толя (Чебурашці). От бачиш! А ти…</w:t>
      </w:r>
    </w:p>
    <w:p>
      <w:r>
        <w:br/>
        <w:t>Василь Іванович. А в чому річ?</w:t>
      </w:r>
    </w:p>
    <w:p>
      <w:r>
        <w:br/>
        <w:t>Толя. Та ні… Просто…</w:t>
      </w:r>
    </w:p>
    <w:p>
      <w:r>
        <w:br/>
        <w:t>Галина Сергіївна. Що?</w:t>
      </w:r>
    </w:p>
    <w:p>
      <w:r>
        <w:br/>
        <w:t>Толя. Та ні… нічого… Пробачте.</w:t>
      </w:r>
    </w:p>
    <w:p>
      <w:r>
        <w:br/>
        <w:t>Всі перезираються.</w:t>
      </w:r>
    </w:p>
    <w:p>
      <w:r>
        <w:br/>
        <w:t>Пауза.</w:t>
      </w:r>
    </w:p>
    <w:p>
      <w:r>
        <w:br/>
        <w:t>З глибини сцени виходить Іван Васильович.</w:t>
      </w:r>
    </w:p>
    <w:p>
      <w:r>
        <w:br/>
        <w:t>Іван Васильович (розгублено). Пробач те… Але… (Розводить руками.)</w:t>
      </w:r>
    </w:p>
    <w:p>
      <w:r>
        <w:br/>
        <w:t>Василь Іванович. Що таке?</w:t>
      </w:r>
    </w:p>
    <w:p>
      <w:r>
        <w:br/>
        <w:t>Іван Васильович. Нема… музики.</w:t>
      </w:r>
    </w:p>
    <w:p>
      <w:r>
        <w:br/>
        <w:t>Галина Сергіївна. Що?</w:t>
      </w:r>
    </w:p>
    <w:p>
      <w:r>
        <w:br/>
        <w:t>Іван Васильович. Хтось узяв… З машини… На задньому сидінні лежало… (Валері). Ти ж бачив.</w:t>
      </w:r>
    </w:p>
    <w:p>
      <w:r>
        <w:br/>
        <w:t>Валера. Бачив.</w:t>
      </w:r>
    </w:p>
    <w:p>
      <w:r>
        <w:br/>
        <w:t>Іван Васильович. Ще як чохли брав, було… Я машину не замкнув… думав…</w:t>
      </w:r>
    </w:p>
    <w:p>
      <w:r>
        <w:br/>
        <w:t>Василь Іванович. А що саме?</w:t>
      </w:r>
    </w:p>
    <w:p>
      <w:r>
        <w:br/>
        <w:t>Валера. "Шарп". Система. Японська. Приймач вищого класу. І магнітофон. У комісійному — тисяча, а то й півтори.</w:t>
      </w:r>
    </w:p>
    <w:p>
      <w:r>
        <w:br/>
        <w:t>Галина Сергіївна (хитає головою). Ой-ой-ой!</w:t>
      </w:r>
    </w:p>
    <w:p>
      <w:r>
        <w:br/>
        <w:t>Дід Каленик. Шарпонув хтось того "Шарпа". От тобі й новосілля! Сидір, Мидір та Каленик…</w:t>
      </w:r>
    </w:p>
    <w:p>
      <w:r>
        <w:br/>
        <w:t>Василь Іванович. А взагалі машину треба замикати. Мало хто міг підійти тихенько і…</w:t>
      </w:r>
    </w:p>
    <w:p>
      <w:r>
        <w:br/>
        <w:t>Іван Васильович. Якби ж знаття… Сам винен… Шукай тепер вітра в полі.</w:t>
      </w:r>
    </w:p>
    <w:p>
      <w:r>
        <w:br/>
        <w:t>Василь Іванович. А ну ходімо глянемо разом.</w:t>
      </w:r>
    </w:p>
    <w:p>
      <w:r>
        <w:br/>
        <w:t>Галина Сергіївна. Може, як чохли знімали, кудись поставили й забули.</w:t>
      </w:r>
    </w:p>
    <w:p>
      <w:r>
        <w:br/>
        <w:t>Іван Васильович. Та що ж я вже такий склеротик? Ні!</w:t>
      </w:r>
    </w:p>
    <w:p>
      <w:r>
        <w:br/>
        <w:t>Всі, крім Зої, Толі і Чебурашки, ідуть у глибину сцени. Галина Сергіївна, пропустивши вперед Івана Васильовича, Василя Івановича, діда Каленика і Валеру, повертається до Зої, Толі і Чебурашки.</w:t>
      </w:r>
    </w:p>
    <w:p>
      <w:r>
        <w:br/>
        <w:t>Галина Сергіївна (півголосом). Тікайте звідси! Чуєте? Забирайтесь! Швидше!</w:t>
      </w:r>
    </w:p>
    <w:p>
      <w:r>
        <w:br/>
        <w:t>Зоя (розгублено). Що?</w:t>
      </w:r>
    </w:p>
    <w:p>
      <w:r>
        <w:br/>
        <w:t>Толя (перезирається з Зоєю та Чебурашкою, теж розгублено). Чого?</w:t>
      </w:r>
    </w:p>
    <w:p>
      <w:r>
        <w:br/>
        <w:t>Галина Сергіївна. Тікайте, кажу! Нічого вам тут робити. Розумієте? Нічого! (Кидається доганяти Василя Івановича, Івана Васильовича, діда Калетика і Валеру.)</w:t>
      </w:r>
    </w:p>
    <w:p>
      <w:r>
        <w:br/>
        <w:t>Чебурашка. Вона… вона думає, що це… я… взяв… (Толя і Зоя мовчать.) І ви думаєте? (Б’є себе в груди.) Не брав я! Чесне слово! Клянусь! Це не я! Не я!</w:t>
      </w:r>
    </w:p>
    <w:p>
      <w:r>
        <w:br/>
        <w:t>Завіса.</w:t>
      </w:r>
    </w:p>
    <w:p>
      <w:r>
        <w:br/>
        <w:t>ДІЯ ДРУГА</w:t>
      </w:r>
    </w:p>
    <w:p>
      <w:r>
        <w:br/>
        <w:t>Та ж сама декорація. Пізній вечір. На стовпі горить-гойдається лампочка-ліхтар. Виє вітер. Нікого нема.</w:t>
      </w:r>
    </w:p>
    <w:p>
      <w:r>
        <w:br/>
        <w:t>З’являється Чебурашка з якимось пакунком під рукою. Крадькома наближається до зеленого будиночка, вовтузиться на ганку, залишає пакунок біля дверей. Повертається назад. Біля вогнища нахиляється, піднімає зів’ялу квітку (це айстра з букета, якого він дарував Галині Сергіївні), кидає квітку на землю, наступає ногою. Зникає.</w:t>
      </w:r>
    </w:p>
    <w:p>
      <w:r>
        <w:br/>
        <w:t>З глибини сцени з'являється Іван Васильович. В руках у нього електричний ліхтарик.</w:t>
      </w:r>
    </w:p>
    <w:p>
      <w:r>
        <w:br/>
        <w:t>Іван Васильович. Здалося. Нема нікого. Старієш, Іване Васильовичу! Боятися почав. Усюди вороги ввижаються. (Підходить до синього будиночка, світить ліхтариком крізь вікно.) Нема. (Підходить до зеленого будиночка, теж світить, зазирає.) І тут нема. Всі поїхали. А дід на печі давно спить. Один ти серед цього незатишну осіннього. Моторошно все-таки самому. Ще й вітер знявся, гуде, свистить так, що мимохіть щось учувається… Як не костричся, голубе, а моторошно. З прапредків живе у людині інстинкт страху. Якою б освіченою і розумною вона не була… Страх переслідування. Рудимент стосунків хижака і жертви. Держись, Іване, я сказав, і не зважай на страхи! (Іде назад у глибину сцени.)</w:t>
      </w:r>
    </w:p>
    <w:p>
      <w:r>
        <w:br/>
        <w:t>З’являються Василь Іванович і Галина Сергіївна. Ховаючись за деревами, наближаються до зеленого будиночка.</w:t>
      </w:r>
    </w:p>
    <w:p>
      <w:r>
        <w:br/>
        <w:t>Василь Іванович (тихо). Тут нам треба розділитися Я прокрадуся до тієї дачі. Ти сховаєшся у тому садку.</w:t>
      </w:r>
    </w:p>
    <w:p>
      <w:r>
        <w:br/>
        <w:t>Галина Сергіївна. Зрозуміла.</w:t>
      </w:r>
    </w:p>
    <w:p>
      <w:r>
        <w:br/>
        <w:t>Василь Іванович прокрадається у глибину сцени, зникає там. Галина Сергіївна, пригнувшись, забігає за зелений будиночок, у садок. З’являється Толя. Він стежив за діями Василя Івановича та Галини Сергіївни. Тепер, стоячи за берестом, прислухається.</w:t>
      </w:r>
    </w:p>
    <w:p>
      <w:r>
        <w:br/>
        <w:t>З’являється Зоя.</w:t>
      </w:r>
    </w:p>
    <w:p>
      <w:r>
        <w:br/>
        <w:t>Толя (тихо, здивовано). Ти?!</w:t>
      </w:r>
    </w:p>
    <w:p>
      <w:r>
        <w:br/>
        <w:t>Зоя. Я.</w:t>
      </w:r>
    </w:p>
    <w:p>
      <w:r>
        <w:br/>
        <w:t>Толя. Ти чого?</w:t>
      </w:r>
    </w:p>
    <w:p>
      <w:r>
        <w:br/>
        <w:t>Зоя. А ти чого?</w:t>
      </w:r>
    </w:p>
    <w:p>
      <w:r>
        <w:br/>
        <w:t>Толя. Чебурашка втік. В останню мить вискочив на платформу. Я не встиг. Вийшов на наступній зупинці.</w:t>
      </w:r>
    </w:p>
    <w:p>
      <w:r>
        <w:br/>
        <w:t>Зоя. А чого ви сіли в інший вагон?</w:t>
      </w:r>
    </w:p>
    <w:p>
      <w:r>
        <w:br/>
        <w:t>Толя. Він не захотів з ними.</w:t>
      </w:r>
    </w:p>
    <w:p>
      <w:r>
        <w:br/>
        <w:t>Зоя. А вони раптом: "Ой, ми термос забули, китайський, трилітровий, тепер такого не дістанеш. До побачення!" — і вийшли.</w:t>
      </w:r>
    </w:p>
    <w:p>
      <w:r>
        <w:br/>
        <w:t>Толя. Вони тут. Я їх бачив. Вони кралися, мов злодії. І розійшлися. Вона гайнула у цей бік, а він туди.</w:t>
      </w:r>
    </w:p>
    <w:p>
      <w:r>
        <w:br/>
        <w:t>Зоя. Я давно подумала, що це злочинці. Ще як ти сказав, що у Петренків велика квартира.</w:t>
      </w:r>
    </w:p>
    <w:p>
      <w:r>
        <w:br/>
        <w:t>Толя. Як вони нас випихали звідси!</w:t>
      </w:r>
    </w:p>
    <w:p>
      <w:r>
        <w:br/>
        <w:t>Зоя. Ага. Начебто піклувалися — нащо вам вв’язуватися у кримінальні справи. А насправді бачиш! — щоб не заважали.</w:t>
      </w:r>
    </w:p>
    <w:p>
      <w:r>
        <w:br/>
        <w:t>Толя. Ти не боїшся?</w:t>
      </w:r>
    </w:p>
    <w:p>
      <w:r>
        <w:br/>
        <w:t>Зоя. Боюсь. Авжеж.</w:t>
      </w:r>
    </w:p>
    <w:p>
      <w:r>
        <w:br/>
        <w:t>Толя. От смішнячка! Так чого ж ти… А… де Валера?</w:t>
      </w:r>
    </w:p>
    <w:p>
      <w:r>
        <w:br/>
        <w:t>Зоя. Ми з ним посварилися.</w:t>
      </w:r>
    </w:p>
    <w:p>
      <w:r>
        <w:br/>
        <w:t>Толя. Чого?</w:t>
      </w:r>
    </w:p>
    <w:p>
      <w:r>
        <w:br/>
        <w:t>Зоя. Я кажу: от бачиш, вони вийшли, вони нічого не забули. Це злодії, кажу, треба щось робити…</w:t>
      </w:r>
    </w:p>
    <w:p>
      <w:r>
        <w:br/>
        <w:t>Толя. А він?</w:t>
      </w:r>
    </w:p>
    <w:p>
      <w:r>
        <w:br/>
        <w:t>Зоя. "Не кажи дурииць. Поїхали додому".</w:t>
      </w:r>
    </w:p>
    <w:p>
      <w:r>
        <w:br/>
        <w:t>Толя. А ти?</w:t>
      </w:r>
    </w:p>
    <w:p>
      <w:r>
        <w:br/>
        <w:t>Зоя. "Вони ж його пограбують. Це вони вкрали "Шарп". А тепер вкрадуть машину. І взагалі…"</w:t>
      </w:r>
    </w:p>
    <w:p>
      <w:r>
        <w:br/>
        <w:t>Толя. А він?</w:t>
      </w:r>
    </w:p>
    <w:p>
      <w:r>
        <w:br/>
        <w:t>Зоя. "Наступна електричка через годину двадцять. Ти знаєш, що мені Батя зробить. Тобі нічого, у тебе баті нема, одна маханя".</w:t>
      </w:r>
    </w:p>
    <w:p>
      <w:r>
        <w:br/>
        <w:t>Толя. А ти?</w:t>
      </w:r>
    </w:p>
    <w:p>
      <w:r>
        <w:br/>
        <w:t>Зоя. А я — скік! — на платформу, як твій Чебурашка. І — будь здоров! Двері — клац! — він поїхав, а я…</w:t>
      </w:r>
    </w:p>
    <w:p>
      <w:r>
        <w:br/>
        <w:t>Толя. Ну, ти…</w:t>
      </w:r>
    </w:p>
    <w:p>
      <w:r>
        <w:br/>
        <w:t>Зоя. Та я б, може, й не наважилася, якби…</w:t>
      </w:r>
    </w:p>
    <w:p>
      <w:r>
        <w:br/>
        <w:t>Толя. Що?</w:t>
      </w:r>
    </w:p>
    <w:p>
      <w:r>
        <w:br/>
        <w:t>Зоя. Чесно?</w:t>
      </w:r>
    </w:p>
    <w:p>
      <w:r>
        <w:br/>
        <w:t>Толя. Чесно.</w:t>
      </w:r>
    </w:p>
    <w:p>
      <w:r>
        <w:br/>
        <w:t>Зоя. Я визирнула з дверей. Дивлюся — ти з іншого вагона вийшов. Ну, я і…</w:t>
      </w:r>
    </w:p>
    <w:p>
      <w:r>
        <w:br/>
        <w:t>Толя. Як же я тебе не побачив?</w:t>
      </w:r>
    </w:p>
    <w:p>
      <w:r>
        <w:br/>
        <w:t>Зоя. А на платформі стрічна стояла. Ти відразу побіг сідати. Я ледве встигла.</w:t>
      </w:r>
    </w:p>
    <w:p>
      <w:r>
        <w:br/>
        <w:t>Толя. Точно. Вона вже рушала. А тут на зупинці?</w:t>
      </w:r>
    </w:p>
    <w:p>
      <w:r>
        <w:br/>
        <w:t>Зоя. А ти вискочив і пішов. Я за тобою назирці.</w:t>
      </w:r>
    </w:p>
    <w:p>
      <w:r>
        <w:br/>
        <w:t>Толя. І не гукнула?</w:t>
      </w:r>
    </w:p>
    <w:p>
      <w:r>
        <w:br/>
        <w:t>Зоя. А нащо?</w:t>
      </w:r>
    </w:p>
    <w:p>
      <w:r>
        <w:br/>
        <w:t>Толя. Ну, ти… даеш.</w:t>
      </w:r>
    </w:p>
    <w:p>
      <w:r>
        <w:br/>
        <w:t>Зоя (прислухається). Через той вітер нічого не чути… Наче шарудить отам. Що робити? Мабуть, треба було в міліцію сповістити.</w:t>
      </w:r>
    </w:p>
    <w:p>
      <w:r>
        <w:br/>
        <w:t>Толя. Уже пізно… Слухай, ти тут сиди, а я прокрадуся, гляну.</w:t>
      </w:r>
    </w:p>
    <w:p>
      <w:r>
        <w:br/>
        <w:t>Зоя. Я з тобою.</w:t>
      </w:r>
    </w:p>
    <w:p>
      <w:r>
        <w:br/>
        <w:t>Толя. Ні. Краще я сам. Коли що — біжи в село. Дід Каленик у другій скраю хаті. Над ставком.</w:t>
      </w:r>
    </w:p>
    <w:p>
      <w:r>
        <w:br/>
        <w:t>Зоя. Ти ж… обережно.</w:t>
      </w:r>
    </w:p>
    <w:p>
      <w:r>
        <w:br/>
        <w:t>Толя. Постараюсь. (Пригінцем пробирається у садок за зелений будиночок, де сховалась Галина Сергіївна.)</w:t>
      </w:r>
    </w:p>
    <w:p>
      <w:r>
        <w:br/>
        <w:t>Зоя (сама). Боже, як страшно! Ніколи не думала, що втраплю в таку історію.</w:t>
      </w:r>
    </w:p>
    <w:p>
      <w:r>
        <w:br/>
        <w:t>З’являється Валера.</w:t>
      </w:r>
    </w:p>
    <w:p>
      <w:r>
        <w:br/>
        <w:t>Валера. От ти де!</w:t>
      </w:r>
    </w:p>
    <w:p>
      <w:r>
        <w:br/>
        <w:t>Зоя. Тс-с-с! Вони там!</w:t>
      </w:r>
    </w:p>
    <w:p>
      <w:r>
        <w:br/>
        <w:t>Валера. Ти їх бачила?</w:t>
      </w:r>
    </w:p>
    <w:p>
      <w:r>
        <w:br/>
        <w:t>Зоя. Ні! Толя сказав.</w:t>
      </w:r>
    </w:p>
    <w:p>
      <w:r>
        <w:br/>
        <w:t>Валера. Толя?</w:t>
      </w:r>
    </w:p>
    <w:p>
      <w:r>
        <w:br/>
        <w:t>Зоя. Вій пішов туди.</w:t>
      </w:r>
    </w:p>
    <w:p>
      <w:r>
        <w:br/>
        <w:t>Валера. Так от ти чого… Толя!</w:t>
      </w:r>
    </w:p>
    <w:p>
      <w:r>
        <w:br/>
        <w:t>Зоя. Не треба!</w:t>
      </w:r>
    </w:p>
    <w:p>
      <w:r>
        <w:br/>
        <w:t>Валера. Невже ти на нього клюнула? Кирпа! На такого хирляка?</w:t>
      </w:r>
    </w:p>
    <w:p>
      <w:r>
        <w:br/>
        <w:t>Зоя. У тебе всі або здоров’яки, або хирляки. Іншого мірила нема.</w:t>
      </w:r>
    </w:p>
    <w:p>
      <w:r>
        <w:br/>
        <w:t>Валера. А в тебе є? До речі, і Джон казав, що той Толя слинько. У Джона з ним — жодних контактів. Недарма.</w:t>
      </w:r>
    </w:p>
    <w:p>
      <w:r>
        <w:br/>
        <w:t>Зоя. Тс-с-с!.. Як ти тут опинився так швидко?</w:t>
      </w:r>
    </w:p>
    <w:p>
      <w:r>
        <w:br/>
        <w:t>Валера. На вертольоті.</w:t>
      </w:r>
    </w:p>
    <w:p>
      <w:r>
        <w:br/>
        <w:t>Зоя. Я серйозно.</w:t>
      </w:r>
    </w:p>
    <w:p>
      <w:r>
        <w:br/>
        <w:t>Валера. На попутній машині.</w:t>
      </w:r>
    </w:p>
    <w:p>
      <w:r>
        <w:br/>
        <w:t>Зоя. А як же батя?</w:t>
      </w:r>
    </w:p>
    <w:p>
      <w:r>
        <w:br/>
        <w:t>Валера. Не міг же я тебе кинути серед ночі!</w:t>
      </w:r>
    </w:p>
    <w:p>
      <w:r>
        <w:br/>
        <w:t>Зоя. Дякую.</w:t>
      </w:r>
    </w:p>
    <w:p>
      <w:r>
        <w:br/>
        <w:t>Валера. Відповідай потім!</w:t>
      </w:r>
    </w:p>
    <w:p>
      <w:r>
        <w:br/>
        <w:t>Зоя. А-а… Де ж це він?</w:t>
      </w:r>
    </w:p>
    <w:p>
      <w:r>
        <w:br/>
        <w:t>Валера. Хто?</w:t>
      </w:r>
    </w:p>
    <w:p>
      <w:r>
        <w:br/>
        <w:t>Зоя. Та Толя ж!.. Може, підеш глянеш?</w:t>
      </w:r>
    </w:p>
    <w:p>
      <w:r>
        <w:br/>
        <w:t>Валера. Переб’ється!.. Сам прийде.</w:t>
      </w:r>
    </w:p>
    <w:p>
      <w:r>
        <w:br/>
        <w:t>Зоя. Ти ж самбіст. Може, там… Мені здалося, там щось гупнуло, глухо так, наче хтось упав. Я так боюсь! Валеро!</w:t>
      </w:r>
    </w:p>
    <w:p>
      <w:r>
        <w:br/>
        <w:t>Валера. Ну, ти диви! Примушує ризикувати життям заради якогось…</w:t>
      </w:r>
    </w:p>
    <w:p>
      <w:r>
        <w:br/>
        <w:t>Зоя. Я сама піду! (Робить рішучий рух уперед.)</w:t>
      </w:r>
    </w:p>
    <w:p>
      <w:r>
        <w:br/>
        <w:t>Валера (хапає її за руку). Сиди вже! (Крадеться до будиночка.)</w:t>
      </w:r>
    </w:p>
    <w:p>
      <w:r>
        <w:br/>
        <w:t>Зоя. Тільки обережно! Тихо! Я тебе прошу! Обережно!</w:t>
      </w:r>
    </w:p>
    <w:p>
      <w:r>
        <w:br/>
        <w:t>Валера. Спокуха! (Пригінцем прокрадається за будиночок.)</w:t>
      </w:r>
    </w:p>
    <w:p>
      <w:r>
        <w:br/>
        <w:t>Зоя (сама). Ой! Здається, знову щось… Що ж там робиться? Що?</w:t>
      </w:r>
    </w:p>
    <w:p>
      <w:r>
        <w:br/>
        <w:t>З’являється Валера, тягнучи зв’язаного Толю, в якого рот заліплений хрест-навхрест лейкопластирем.</w:t>
      </w:r>
    </w:p>
    <w:p>
      <w:r>
        <w:br/>
        <w:t>Зоя. Ой! Що ж це з ним? Ой! Який жах!</w:t>
      </w:r>
    </w:p>
    <w:p>
      <w:r>
        <w:br/>
        <w:t>Валера (намагається розв'язати мотузку, якою зв'язаний Толя). Вузол якийсь… Не піддається.</w:t>
      </w:r>
    </w:p>
    <w:p>
      <w:r>
        <w:br/>
        <w:t>Зоя. Та одклей йому спершу рота! Він же задихнеться! (Сама зриває лейкопластир.)</w:t>
      </w:r>
    </w:p>
    <w:p>
      <w:r>
        <w:br/>
        <w:t>Толя. Ху-у… Дякую. Ой! (Кривиться від болю.)</w:t>
      </w:r>
    </w:p>
    <w:p>
      <w:r>
        <w:br/>
        <w:t>Зоя. Що?</w:t>
      </w:r>
    </w:p>
    <w:p>
      <w:r>
        <w:br/>
        <w:t>Толя. Нога.</w:t>
      </w:r>
    </w:p>
    <w:p>
      <w:r>
        <w:br/>
        <w:t>Валера. О! Все! (Розв'язує нарешті Толю.)</w:t>
      </w:r>
    </w:p>
    <w:p>
      <w:r>
        <w:br/>
        <w:t>Толя. Я тільки в сад… А вона мені ззаду: "Тс-с-с!.. Ні звуку!" І долонею рота затулила. Я її за руку схопив, хотів… А вона як швиргоне!</w:t>
      </w:r>
    </w:p>
    <w:p>
      <w:r>
        <w:br/>
        <w:t>Валера. Прийомчики знає. Ясно.</w:t>
      </w:r>
    </w:p>
    <w:p>
      <w:r>
        <w:br/>
        <w:t>Толя. Ага! (Хоче підвестися, кривиться від болю, сідає на землю.) Ох!.. Мабуть, вивих… Якщо не перелом.</w:t>
      </w:r>
    </w:p>
    <w:p>
      <w:r>
        <w:br/>
        <w:t>Зоя. Та ти що!</w:t>
      </w:r>
    </w:p>
    <w:p>
      <w:r>
        <w:br/>
        <w:t>Толя. Ступити не можу.</w:t>
      </w:r>
    </w:p>
    <w:p>
      <w:r>
        <w:br/>
        <w:t>Валера. Через голову кинула?</w:t>
      </w:r>
    </w:p>
    <w:p>
      <w:r>
        <w:br/>
        <w:t>Толя. Через голову… А там дубовий ковбок лежав, на якому дрова рубаємо. І я — об нього!</w:t>
      </w:r>
    </w:p>
    <w:p>
      <w:r>
        <w:br/>
        <w:t>Валера. Треба було згрупуватися і… А ти, мабуть, навпаки, розслабився. Авжеж. Ти ж не самбіст, звичайно.</w:t>
      </w:r>
    </w:p>
    <w:p>
      <w:r>
        <w:br/>
        <w:t>Толя (зітхає). Не самбіст.</w:t>
      </w:r>
    </w:p>
    <w:p>
      <w:r>
        <w:br/>
        <w:t>Зоя. Не всі ж самбісти. (Толі.) А потім вона що?</w:t>
      </w:r>
    </w:p>
    <w:p>
      <w:r>
        <w:br/>
        <w:t>Толя. Кудибь побігла.</w:t>
      </w:r>
    </w:p>
    <w:p>
      <w:r>
        <w:br/>
        <w:t>Зоя. Куди?</w:t>
      </w:r>
    </w:p>
    <w:p>
      <w:r>
        <w:br/>
        <w:t>Толя. Не знаю. Я, коли зайшов у сад, дивлюсь — а на ділянці Брусиловського хтось копає. У темряві. Без ліхтаря, без світла.</w:t>
      </w:r>
    </w:p>
    <w:p>
      <w:r>
        <w:br/>
        <w:t>Зоя (з жахом). Ой! Може… може, він його вбив?! І закопує!..</w:t>
      </w:r>
    </w:p>
    <w:p>
      <w:r>
        <w:br/>
        <w:t>Валера. А вона на стрьомі. На шухері. Реально.</w:t>
      </w:r>
    </w:p>
    <w:p>
      <w:r>
        <w:br/>
        <w:t>Толя. Треба до сторожа бігти.</w:t>
      </w:r>
    </w:p>
    <w:p>
      <w:r>
        <w:br/>
        <w:t>Зоя. Негайно! Хай викликає міліцію. Хай… Валеро!</w:t>
      </w:r>
    </w:p>
    <w:p>
      <w:r>
        <w:br/>
        <w:t>Толя. Друга хата скраю. Над ставком.</w:t>
      </w:r>
    </w:p>
    <w:p>
      <w:r>
        <w:br/>
        <w:t>Валера (Зої). Може, разом?.. Я боюсь тебе тут лишати.</w:t>
      </w:r>
    </w:p>
    <w:p>
      <w:r>
        <w:br/>
        <w:t>Зоя. А він? Він же і втекти не зможе. Вони… Ні! Я залишусь.</w:t>
      </w:r>
    </w:p>
    <w:p>
      <w:r>
        <w:br/>
        <w:t>Валера. А може, я… А ти…</w:t>
      </w:r>
    </w:p>
    <w:p>
      <w:r>
        <w:br/>
        <w:t>Зоя. Не торгуйся! Дорога кожна хвилина. Ти бігаєш удвічі швидше, ніж я. Давай!</w:t>
      </w:r>
    </w:p>
    <w:p>
      <w:r>
        <w:br/>
        <w:t>Валера. Ви ж тут дивіться. Візьміть ніж. Сокири нема?</w:t>
      </w:r>
    </w:p>
    <w:p>
      <w:r>
        <w:br/>
        <w:t>Толя. Під ганком.</w:t>
      </w:r>
    </w:p>
    <w:p>
      <w:r>
        <w:br/>
        <w:t>Валера (кидається до ганку, знаходить сокиру, дає Зої). Держи. Я погнав! (Вибігає.)</w:t>
      </w:r>
    </w:p>
    <w:p>
      <w:r>
        <w:br/>
        <w:t>Толя (після паузи). Чебурашка у мене з голови не йде. Куди він втік? Від мене! Що я йому зробив поганого? Навпаки… намагався… Прикро.</w:t>
      </w:r>
    </w:p>
    <w:p>
      <w:r>
        <w:br/>
        <w:t>Зоя. Пробач. А може… може, він разом з ними? З однієї шараги. Обдивився тут. І навів. Є ж такі — наводчики.</w:t>
      </w:r>
    </w:p>
    <w:p>
      <w:r>
        <w:br/>
        <w:t>Толя. Таким він мені здався хорошим, душевним хлопцем. Таким нещасним.</w:t>
      </w:r>
    </w:p>
    <w:p>
      <w:r>
        <w:br/>
        <w:t>Зоя. Може, вони його залякали. Знаєш, як рецидивісти залякують пацанів! Бо, якщо об’єктивно, то "Шарп" міг узяти швидше за все Чебурашка. Найдовше був відсутній якраз тоді… Десь приховав. А потім утік від тебе, повернувся, забрав і…</w:t>
      </w:r>
    </w:p>
    <w:p>
      <w:r>
        <w:br/>
        <w:t>Толя. Але ж він так клявся!</w:t>
      </w:r>
    </w:p>
    <w:p>
      <w:r>
        <w:br/>
        <w:t>Зоя. Ти не думай, він мені теж симпатичний, і я вірила… Через нього я й до тебе якось…</w:t>
      </w:r>
    </w:p>
    <w:p>
      <w:r>
        <w:br/>
        <w:t>Толя. Що?</w:t>
      </w:r>
    </w:p>
    <w:p>
      <w:r>
        <w:br/>
        <w:t>Зоя. Ну… з симпатією… Не кожен же підбере дитбудинківця і поселить на дачі потай від батьків. І носитиме їсти… і взагалі…</w:t>
      </w:r>
    </w:p>
    <w:p>
      <w:r>
        <w:br/>
        <w:t>Толя. Та ну… подумаєш!</w:t>
      </w:r>
    </w:p>
    <w:p>
      <w:r>
        <w:br/>
        <w:t>Зоя. Не кажи. Я б не наважилась. Я взагалі боягузка. (Зітхає.) Закомплексована. Мабуть, тому, що мама в мене хвора. Я весь час за неї боюсь.</w:t>
      </w:r>
    </w:p>
    <w:p>
      <w:r>
        <w:br/>
        <w:t>Толя. Хвора?</w:t>
      </w:r>
    </w:p>
    <w:p>
      <w:r>
        <w:br/>
        <w:t>Зоя. Отруїлася. На хімічному комбінаті працювала. Нас через те й тато покинув…</w:t>
      </w:r>
    </w:p>
    <w:p>
      <w:r>
        <w:br/>
        <w:t>Толя. Бідна ти… (Раптом насторожився.) Тс-с-с!</w:t>
      </w:r>
    </w:p>
    <w:p>
      <w:r>
        <w:br/>
        <w:t>Зоя. Ти щось почув?</w:t>
      </w:r>
    </w:p>
    <w:p>
      <w:r>
        <w:br/>
        <w:t>Толя. Мені здалося…</w:t>
      </w:r>
    </w:p>
    <w:p>
      <w:r>
        <w:br/>
        <w:t>Зоя (після паузи). Нічого не чую. Тільки вітер гуде.</w:t>
      </w:r>
    </w:p>
    <w:p>
      <w:r>
        <w:br/>
        <w:t>Толя. Ти знаєш, мабуть, свинство з мого боку… така обстановка… хтозна, що там… а я… мені так добре зараз… що ти тут, поряд зі мною… Ти мене зневажаєш за це?</w:t>
      </w:r>
    </w:p>
    <w:p>
      <w:r>
        <w:br/>
        <w:t>Зоя. Ні.</w:t>
      </w:r>
    </w:p>
    <w:p>
      <w:r>
        <w:br/>
        <w:t>Толя. Просто як на фронті. Я поранений, а ти медсестра.</w:t>
      </w:r>
    </w:p>
    <w:p>
      <w:r>
        <w:br/>
        <w:t>Зоя. Нога болить?</w:t>
      </w:r>
    </w:p>
    <w:p>
      <w:r>
        <w:br/>
        <w:t>Толя. Як лежати спокійно, то не дуже. А як на тебе дивитися — зовсім.</w:t>
      </w:r>
    </w:p>
    <w:p>
      <w:r>
        <w:br/>
        <w:t>Зоя. А де все-таки вона ділася? Чого кинула тебе у саду зв’язаного і зникла?</w:t>
      </w:r>
    </w:p>
    <w:p>
      <w:r>
        <w:br/>
        <w:t>Толя. Не знаю. Здається, той перестав копати. Кудись шарпонувся, і вона кинулася за ним.</w:t>
      </w:r>
    </w:p>
    <w:p>
      <w:r>
        <w:br/>
        <w:t>Зоя (прикриває рота рукою). О-о-о! Закопали — і тікати…</w:t>
      </w:r>
    </w:p>
    <w:p>
      <w:r>
        <w:br/>
        <w:t>Толя. І чого вона мене не пристукнула — не розумію.</w:t>
      </w:r>
    </w:p>
    <w:p>
      <w:r>
        <w:br/>
        <w:t>Зоя. Сподобався. Такий гарний хлопець!.. Ой! Хтось біжить!.. Накликав. От зараз і пристукнуть. Обох!</w:t>
      </w:r>
    </w:p>
    <w:p>
      <w:r>
        <w:br/>
        <w:t>Із-за лаштунків вибігає захеканий Іван Васильович з металевим "дипломатом" у руках. Зою і Толю не помічає. Озирається, кидається до криниці, робить рух, наче хоче вкинути туди "дипломат". потім вмить передумує, бо помічає Зою і Толю. Застигає вражений.</w:t>
      </w:r>
    </w:p>
    <w:p>
      <w:r>
        <w:br/>
        <w:t>Іван Васильович. Ви?! Тут?!. Це… це прекрасно!.. Ви мені допоможете… Ви… Вони хочуть пограбувати мене. Видають себе за працівників міліції. Затримайте їх! Поки я проб’юсь до машини. (Кидається у глибину сцени.) Затримайте! Благаю!</w:t>
      </w:r>
    </w:p>
    <w:p>
      <w:r>
        <w:br/>
        <w:t>На сцену вибігає Галина Сергіївна. Зоя несподівано вискакує, кидається з сокирою до Галини Сергіївни.</w:t>
      </w:r>
    </w:p>
    <w:p>
      <w:r>
        <w:br/>
        <w:t>Зоя. Стійте! Стійте! (Галина Сергіївна перехоплює Зоїну руку з сокирою, кидає її на землю.)</w:t>
      </w:r>
    </w:p>
    <w:p>
      <w:r>
        <w:br/>
        <w:t>Толя (на одній нозі підскакує до них, хапає Галину Сергіївну). Не спішіть!</w:t>
      </w:r>
    </w:p>
    <w:p>
      <w:r>
        <w:br/>
        <w:t>Галина Сергіївна. Ви… ви що?! Я — з міліції. Пустіть! Ви заважаєте затримати злочинця.</w:t>
      </w:r>
    </w:p>
    <w:p>
      <w:r>
        <w:br/>
        <w:t>Толя. Знаємо-знаємо! З міліції!</w:t>
      </w:r>
    </w:p>
    <w:p>
      <w:r>
        <w:br/>
        <w:t>Зоя (кричить). Сюди! Сюди! Люди! Рятуйте!</w:t>
      </w:r>
    </w:p>
    <w:p>
      <w:r>
        <w:br/>
        <w:t>Вбігає Валера. Одразу кидається на допомогу. Вовтузяться вчотирьох.</w:t>
      </w:r>
    </w:p>
    <w:p>
      <w:r>
        <w:br/>
        <w:t>Валера. О! Больовий прийом!.</w:t>
      </w:r>
    </w:p>
    <w:p>
      <w:r>
        <w:br/>
        <w:t>Галина Сергіївна. Не примушуйте мене робити вам боляче. Я — лейтенант міліції Добровольська.</w:t>
      </w:r>
    </w:p>
    <w:p>
      <w:r>
        <w:br/>
        <w:t>Валера (розгублено). Добровольська? Товариство "Динамо"?.. Ой! Я ж казав, що я вас бачив. На змаганнях! Авжеж! Вона таки з міліції. Точно. Майстер спорту з дзю-до. Друге місце в республіці. Серед жінок.</w:t>
      </w:r>
    </w:p>
    <w:p>
      <w:r>
        <w:br/>
        <w:t>Галина Сергіївна. Якщо через вас зірветься операція… ви собі не уявляєте!..</w:t>
      </w:r>
    </w:p>
    <w:p>
      <w:r>
        <w:br/>
        <w:t>З глибини сцени виходять Василь Іванович, Іван Васильович та Дід Каленик. Василь Іванович та дід Каленик ведуть Івана Васильовича попідруки. Василь Іванович у вільній руці ще тримає "дипломата", дід Каленик — щось у мішку.</w:t>
      </w:r>
    </w:p>
    <w:p>
      <w:r>
        <w:br/>
        <w:t>Дід Каленик. Що тут таке? Що за крики?</w:t>
      </w:r>
    </w:p>
    <w:p>
      <w:r>
        <w:br/>
        <w:t>Валера (дідові Каленику). О! Ви тут? А я…</w:t>
      </w:r>
    </w:p>
    <w:p>
      <w:r>
        <w:br/>
        <w:t>Дід Каленик. А де ж я можу бути, як на моєму об’єкті таке кіно робиться серед ночі.</w:t>
      </w:r>
    </w:p>
    <w:p>
      <w:r>
        <w:br/>
        <w:t>Іван Васильович. Та не тримайте мене так чіпко! Де я дінусь? Ключі від машини забрали, як же я втечу? Не той уже вік, щоб пішки бігати. Пустіть! У вас, діду, руки — як обценьки.</w:t>
      </w:r>
    </w:p>
    <w:p>
      <w:r>
        <w:br/>
        <w:t>Дід Каленик. А ти думав!</w:t>
      </w:r>
    </w:p>
    <w:p>
      <w:r>
        <w:br/>
        <w:t>Василь Іванович. Тільки попереджаю — дурниць не робіть. (Василь Іванович і дід Каленик одпускають Івана Васильовича.)</w:t>
      </w:r>
    </w:p>
    <w:p>
      <w:r>
        <w:br/>
        <w:t>Іван Васильович. Уже зробив. Поспішив. Не витримав. Було б зачекати, переконатися, що не стежать. Що ж — шайба в моїх воротях. (Б’є себе по лобі.) Ех, ти!.. Джон Сільвер! Шукач скарбів!</w:t>
      </w:r>
    </w:p>
    <w:p>
      <w:r>
        <w:br/>
        <w:t>Валера. Що таке?</w:t>
      </w:r>
    </w:p>
    <w:p>
      <w:r>
        <w:br/>
        <w:t>Толя. Що це все означає?</w:t>
      </w:r>
    </w:p>
    <w:p>
      <w:r>
        <w:br/>
        <w:t>Зоя. Нічого не розумію.</w:t>
      </w:r>
    </w:p>
    <w:p>
      <w:r>
        <w:br/>
        <w:t>Василь Іванович. Поясніть своїм юним друзям.</w:t>
      </w:r>
    </w:p>
    <w:p>
      <w:r>
        <w:br/>
        <w:t>Галина Сергіївна. А то вони думають, що ми злодії. Хотіли вам допомогти.</w:t>
      </w:r>
    </w:p>
    <w:p>
      <w:r>
        <w:br/>
        <w:t>Іван Васильович. Усе правильно. Злодій — я. Лихий попутав. На старості років зазіхнув на чужі гроші. Прочув випадково, що покійний Брусиловський тут у садку добро закопав. А дружина не знає, бо з дружиною він жив недружно, коханок любив. От я й купив швиденько дачу. На останні кровні, роками нажиті.</w:t>
      </w:r>
    </w:p>
    <w:p>
      <w:r>
        <w:br/>
        <w:t>Василь Іванович. Не так пояснюєте.</w:t>
      </w:r>
    </w:p>
    <w:p>
      <w:r>
        <w:br/>
        <w:t>Іван Васильович. Так-так! Як на духу. Не сподівался тільки, що й міліції вже відомо.</w:t>
      </w:r>
    </w:p>
    <w:p>
      <w:r>
        <w:br/>
        <w:t>Василь Іванович (показує на "дипломата"). Що тут і скільки — не знаєте?</w:t>
      </w:r>
    </w:p>
    <w:p>
      <w:r>
        <w:br/>
        <w:t>Іван Васильович. Та звідки?</w:t>
      </w:r>
    </w:p>
    <w:p>
      <w:r>
        <w:br/>
        <w:t>Василь Іванович. І ключа, звичайно, не маєте?</w:t>
      </w:r>
    </w:p>
    <w:p>
      <w:r>
        <w:br/>
        <w:t>Іван Васильович. Який там ключ!</w:t>
      </w:r>
    </w:p>
    <w:p>
      <w:r>
        <w:br/>
        <w:t>Василь Іванович. Отже, замок доведеться ламати. Ви, діду, і ти, Толю, як місцеві, так би мовити, жителі, будете понятими. (Виймає ніж, зламує замок на "дипломаті" й розкриває.)</w:t>
      </w:r>
    </w:p>
    <w:p>
      <w:r>
        <w:br/>
        <w:t>Зоя. Ой!</w:t>
      </w:r>
    </w:p>
    <w:p>
      <w:r>
        <w:br/>
        <w:t>Толя. Ого!</w:t>
      </w:r>
    </w:p>
    <w:p>
      <w:r>
        <w:br/>
        <w:t>Валера. Клас!</w:t>
      </w:r>
    </w:p>
    <w:p>
      <w:r>
        <w:br/>
        <w:t>Дід Каленик. Хазяйська дитина пакувала. Акуратненько. Кожна пачечка — в окремому мішечку Щоб не намокли.</w:t>
      </w:r>
    </w:p>
    <w:p>
      <w:r>
        <w:br/>
        <w:t>Іван Васильович. Ай да Брусиловський! Мільйонер!</w:t>
      </w:r>
    </w:p>
    <w:p>
      <w:r>
        <w:br/>
        <w:t>Василь Іванович. А ви, значить, ні сном ні духом?</w:t>
      </w:r>
    </w:p>
    <w:p>
      <w:r>
        <w:br/>
        <w:t>Іван Васильович. Авжеж! Яким чином?</w:t>
      </w:r>
    </w:p>
    <w:p>
      <w:r>
        <w:br/>
        <w:t>Василь Іванович. Негарно небіжчика обмовляти. Тим паче — родича.</w:t>
      </w:r>
    </w:p>
    <w:p>
      <w:r>
        <w:br/>
        <w:t>Іван Васильович. Якого родича?</w:t>
      </w:r>
    </w:p>
    <w:p>
      <w:r>
        <w:br/>
        <w:t>Василь Іванович. Колишнього чоловіка вашої двоюрідної сестри Брусиловського Михайла Львовича. Який, може, й не знав, що ви саме закопали в нього на дачі. Бо останні два роки був майже сліпий.</w:t>
      </w:r>
    </w:p>
    <w:p>
      <w:r>
        <w:br/>
        <w:t>Іван Васильович. Яка поінформованість!</w:t>
      </w:r>
    </w:p>
    <w:p>
      <w:r>
        <w:br/>
        <w:t>Василь Іванович. З кожним роком працювати дедалі легше. Техніка. Комп’ютеризація… А чого ви, скажіть, побігли? Такий поважний чоловік — і раптом чкурнув…</w:t>
      </w:r>
    </w:p>
    <w:p>
      <w:r>
        <w:br/>
        <w:t>Дід Каленик. Мов хлопчисько з колгоспного баштану.</w:t>
      </w:r>
    </w:p>
    <w:p>
      <w:r>
        <w:br/>
        <w:t>Іван Васильович. Маєте рацію. Несолідно. Нерви. Інстинкт жертви. Отой самий… Почув якийсь рух у сусідньому саду і…</w:t>
      </w:r>
    </w:p>
    <w:p>
      <w:r>
        <w:br/>
        <w:t>Василь Іванович. А ми з дідом спокійно чекали вас біля вашої "Лади".</w:t>
      </w:r>
    </w:p>
    <w:p>
      <w:r>
        <w:br/>
        <w:t>Іван Васильович. Навіть класики помилялись. Не врахував. Участі діда взагалі не передбачав. А вас… Скажу одверто — мені здавалося, що женуться за мною навіть не двоє, а хтозна-скільки… Бачите, який я щирий. Що ви хочете — наївний, недосвідчений, випадковий злочинець.</w:t>
      </w:r>
    </w:p>
    <w:p>
      <w:r>
        <w:br/>
        <w:t>Василь Іванович. Наївний? Випадковий? Щирий? І ви серйозно?</w:t>
      </w:r>
    </w:p>
    <w:p>
      <w:r>
        <w:br/>
        <w:t>Іван Васильович. Цілком. Вперше у житті наважився викопати чуже добро… хай навіть небіжчика-родича… й одразу ж попався.</w:t>
      </w:r>
    </w:p>
    <w:p>
      <w:r>
        <w:br/>
        <w:t>Василь Іванович. Отже, участь свою у розкраданні державних коштів в особливо великих масштабах заперечуєте?</w:t>
      </w:r>
    </w:p>
    <w:p>
      <w:r>
        <w:br/>
        <w:t>Іван Васильович. Абсолютно!</w:t>
      </w:r>
    </w:p>
    <w:p>
      <w:r>
        <w:br/>
        <w:t>Василь Іванович. І хабарництво — теж?</w:t>
      </w:r>
    </w:p>
    <w:p>
      <w:r>
        <w:br/>
        <w:t>Іван Васильович. Безперечно!</w:t>
      </w:r>
    </w:p>
    <w:p>
      <w:r>
        <w:br/>
        <w:t>Василь Іванович. А Канторович, Заруба, Лис, Тараненко — всі в один голос показують, що ви в них голова. "Татом", "Хазяїном" вас називають.</w:t>
      </w:r>
    </w:p>
    <w:p>
      <w:r>
        <w:br/>
        <w:t>Іван Васильович (обурено). Яка дурниця! Підлі наклепники!</w:t>
      </w:r>
    </w:p>
    <w:p>
      <w:r>
        <w:br/>
        <w:t>Василь Іванович. Це вже справа суду і слідства — встановити і довести. Ми оперативники. Ордер на ваш арешт виписаний давно, але не брали вас тому, що зацікавилися вашими діями. Чогось ви спішно продали свою прекрасну дачу. За досить недорогу ціну. Купили іншу, значно гіршу, у гіршому, менш престижному районі. За ціну досить високу… Ми розуміли, що тримати такі великі гроші, які "зависли" на вас згідно з показаннями підслідних та свідків, ви ні на книжці, ні вдома не будете. І вирішили трішечки постежити за вами. Як бачите, не безрезультатно.</w:t>
      </w:r>
    </w:p>
    <w:p>
      <w:r>
        <w:br/>
        <w:t>Іван Васильович. Піраміду — руш!.. Друга шайба в мої ворота. Але… як кажуть хокейні коментатори, канадці змагаються до останньої секунди. Подивіться на мене уважно. Невже я схожий на злодія? На грабіжника з великої дороги? Давайте тільки не гарячкувати. Кілька хвилин поговоримо спокійно. (В той час, як він говорить, Василь Іванович очима і ледь помітним кивком голови показує Галині Сергіївні на мішок, який тримає у руці Дід Каленик. Галина Сергіївна непомітно, за спиною Івана Васильовича, бере в діда мішок.) Ви, може, читали у "Комсомолці", — люблю молодіжну пресу! — статтю про товаришів з Міністерства автотранспорту Казахської РСР?</w:t>
      </w:r>
    </w:p>
    <w:p>
      <w:r>
        <w:br/>
        <w:t>Василь Іванович. Читали. Аякже.</w:t>
      </w:r>
    </w:p>
    <w:p>
      <w:r>
        <w:br/>
        <w:t>Толя. І я читав. Банда хабарників на чолі з міністром.</w:t>
      </w:r>
    </w:p>
    <w:p>
      <w:r>
        <w:br/>
        <w:t>Іван Васильович. От-от. До мене це не має ніякого стосунку, повірте, але… ви звернули увагу на висновок, який робить журналіст?</w:t>
      </w:r>
    </w:p>
    <w:p>
      <w:r>
        <w:br/>
        <w:t>Василь Іванович. Який висновок? Щось не звернув…</w:t>
      </w:r>
    </w:p>
    <w:p>
      <w:r>
        <w:br/>
        <w:t>Іван Васильович. Не звернули? Жаль. А висновок такий що справа не в конкретних особах, а в недоліках економічної системи… Так! Припустімо, що я брав гроші! Але ж я нікого не примушував їх давати. Товариші самі приносили до мене в кабінет. У конвертах. І просили, благали, щоб я узяв. Я допомагав їм виконувати державні плани. Завдяки мені тисячі людей одержували премії, прогресивку.</w:t>
      </w:r>
    </w:p>
    <w:p>
      <w:r>
        <w:br/>
        <w:t>Василь Іванович. Благодійник!</w:t>
      </w:r>
    </w:p>
    <w:p>
      <w:r>
        <w:br/>
        <w:t>Іван Васильович. Не іронізуйте. Я не хижак, а жертва. Жертва застійного періоду. Все, що я робив, я робив тоді. І так робили мільйони. Бо цього вимагав бюрократичний механізм. З яким зараз так завзято борються. І я б, повірте, боровся. Алє зійшов з дистанції. Сиджу, хекаю на траві, дивлячись, як пробігають повз мене молоді довгоногі "перебудівники".</w:t>
      </w:r>
    </w:p>
    <w:p>
      <w:r>
        <w:br/>
        <w:t>Василь Іванович. Для чого ви все це говорите? Щоб видушити сльозу?</w:t>
      </w:r>
    </w:p>
    <w:p>
      <w:r>
        <w:br/>
        <w:t>Іван Васильович. Ні. На співчуття не розраховую. Я знаю, що винен. І що понесу покарання. Я не знав, що вже виписаний ордер. І збираася завтра ж прийти повинитися. Сам. Але не встиг.</w:t>
      </w:r>
    </w:p>
    <w:p>
      <w:r>
        <w:br/>
        <w:t>Василь Іванович. У вас було досить часу.</w:t>
      </w:r>
    </w:p>
    <w:p>
      <w:r>
        <w:br/>
        <w:t>Іван Васильович. Час — це така рухлива, така скороминуща, така загадкова категорія. Ми ніколи не знаємо точно, коли час робити щось, коли не час. "Коли час збирати каміння, коли час розкидати каміння".</w:t>
      </w:r>
    </w:p>
    <w:p>
      <w:r>
        <w:br/>
        <w:t>Дід Каленик. Теревені.</w:t>
      </w:r>
    </w:p>
    <w:p>
      <w:r>
        <w:br/>
        <w:t>Василь Іванович. От-от! Давайте закруглятися. Ходімо складати акт. У хату. Бо тут вітер.</w:t>
      </w:r>
    </w:p>
    <w:p>
      <w:r>
        <w:br/>
        <w:t>Іван Васильович. Почекайте. Ще кілька хвилин. Ну, куди я діиуся? Нікуди не дінуся. Я не рецидивіст, щоб жити під чужими документами. У мене дочка, онуки. Про мене все відомо.</w:t>
      </w:r>
    </w:p>
    <w:p>
      <w:r>
        <w:br/>
        <w:t>Василь Іванович. Ви що — хочете, може, щоб ми вас одпустили?</w:t>
      </w:r>
    </w:p>
    <w:p>
      <w:r>
        <w:br/>
        <w:t>Іван Васильович. Давайте разом поміркуємо. Ну, скажіть, от могло так статися, що ви всі поїхали і не повернулися? В принципі? І я за цей час встиг викопати це і зникнути?</w:t>
      </w:r>
    </w:p>
    <w:p>
      <w:r>
        <w:br/>
        <w:t>Василь Іванович. В принципі, звичайно, могло. Але, слава богу, не сталося. Це б свідчило про те, що ми погано виконуємо свої службоаі обов’язки.</w:t>
      </w:r>
    </w:p>
    <w:p>
      <w:r>
        <w:br/>
        <w:t>Іван Васильович. Я бачу, що ви сумлінно виконуєте свої обов’язки. Але все-таки давайте уявимо, що так сталося. Я бачу, ви всі люди розумні. Давайте пофантазуємо разом. Ви знаєте, скільки тут грошей?</w:t>
      </w:r>
    </w:p>
    <w:p>
      <w:r>
        <w:br/>
        <w:t>Василь Іванович. Скільки? Ви ж казали, що не знаєте.</w:t>
      </w:r>
    </w:p>
    <w:p>
      <w:r>
        <w:br/>
        <w:t>Іван Васильович. Знаю. Чотириста тисяч.</w:t>
      </w:r>
    </w:p>
    <w:p>
      <w:r>
        <w:br/>
        <w:t>Валера. Ух ти!</w:t>
      </w:r>
    </w:p>
    <w:p>
      <w:r>
        <w:br/>
        <w:t>Іван Васильович. Причому це гроші чисті. Не вкрадені ні в кого. Ні в держави, ні в окремих приватних осіб. Це, так би мовити, витрати економічної системи. Мені здається, було б донкіхотством здавати такі гроші отак просто у бюджет. Я був би спокійним, ідучи в тюрму, якби знав, що цими грошима скористалися добрі люди на добрі справи Толя міг би допомогти Чебурашці. Дід Каленик — своєму рідному селу… Почекайте! Не перебивайте! Дайте мені закінчити. Помріємо хоча б. Нас тут семеро. По п’ятдесят і п’ятдесят — у дитячий фонд, на таких, як Чебурашка. Одну хвилинку!.. Найскладніше, звичайно, вам. (Киває на Василя Івановича та Галину Сергіївну.) Ви — при виконанні службових обов’язків. Але — трішечки психології. Якшо люди зв’язані однією страховкою, як альпіністи… зривається один — гинуть всі.</w:t>
      </w:r>
    </w:p>
    <w:p>
      <w:r>
        <w:br/>
        <w:t>Валера (тихо Зої). Заєць!</w:t>
      </w:r>
    </w:p>
    <w:p>
      <w:r>
        <w:br/>
        <w:t>Зоя (теж тихо). Ти що?!</w:t>
      </w:r>
    </w:p>
    <w:p>
      <w:r>
        <w:br/>
        <w:t>Василь Іванович. Ви розумієте, що ви говорите?</w:t>
      </w:r>
    </w:p>
    <w:p>
      <w:r>
        <w:br/>
        <w:t>Галина Сергіївна. Який жах!</w:t>
      </w:r>
    </w:p>
    <w:p>
      <w:r>
        <w:br/>
        <w:t>Толя. Шкура!</w:t>
      </w:r>
    </w:p>
    <w:p>
      <w:r>
        <w:br/>
        <w:t>Дід Каленик. І що тільки ті гроші з людьми роблять…</w:t>
      </w:r>
    </w:p>
    <w:p>
      <w:r>
        <w:br/>
        <w:t>Іван Васильович. Я бачу, поки що єдності у наших рядах нема. Багато нас все-таки. Було б удвічі менше, думаю, домовилися б одразу, я б переконав. А так… Хтось згоден, хтось вагається, хтось не згоден, а хтось навіть обурюється. Передбачав. Ну, оддавайте, оддавайте в бюджет. Все одно хтось їх собі забере. Розумніший за вас. До речі, а ви не подумали про такий варіант: що все це з грошима пропонував не я вам, а ви мені. Уявляєте? Скомпрометувати вас буде не так уже й важко. Газети зараз багато пишуть про незаконні дії міліції. Подумайте! Чи краще мати гроші; чи безплатні неприємності. Я так просто не здамся. Вся боротьба попереду. Я зумію довести, що і юні друзі хотіли взяти грощі. Що, правда, Валера?.. Виправдатися буде важкувато. Переконувати, будувати силогізми я вмію.</w:t>
      </w:r>
    </w:p>
    <w:p>
      <w:r>
        <w:br/>
        <w:t>Галина Сергіївна. Боюсь, що силогізми не допоможуть. (Засовує руку в мішок, і звідти раптом чується голос Івана Васильовича: "Виправдатися буде важкувато".)</w:t>
      </w:r>
    </w:p>
    <w:p>
      <w:r>
        <w:br/>
        <w:t>Іван Васильович (вражений). Що?!</w:t>
      </w:r>
    </w:p>
    <w:p>
      <w:r>
        <w:br/>
        <w:t>Галина Сергіївна (виймає з мішка магнітофон). Ваш "Шарп".</w:t>
      </w:r>
    </w:p>
    <w:p>
      <w:r>
        <w:br/>
        <w:t>Василь Іванович. Якого ніхто не крав, а якого ви самі приховали під своїм ганком. А ми з дідом знайшли. Коли чекали вас. І дід мудро підказав: не показуймо поки що, сховаймо в мішок — може, згодиться. І, як бачите, згодилося.</w:t>
      </w:r>
    </w:p>
    <w:p>
      <w:r>
        <w:br/>
        <w:t>Толя. Що?! Сам сховав?</w:t>
      </w:r>
    </w:p>
    <w:p>
      <w:r>
        <w:br/>
        <w:t>Зоя. Для чого?!</w:t>
      </w:r>
    </w:p>
    <w:p>
      <w:r>
        <w:br/>
        <w:t>Василь Іванович. Щоб підозра впала на кожного. Щоб спровокувати стресову ситуацію, налякати, розігнати всіх звідси. Бо заважали йому.</w:t>
      </w:r>
    </w:p>
    <w:p>
      <w:r>
        <w:br/>
        <w:t>Зоя. А ми так переживали!</w:t>
      </w:r>
    </w:p>
    <w:p>
      <w:r>
        <w:br/>
        <w:t>Василь Іванович (Іванові Васильовичу). До речі, легенду про те, що завтра ви хотіли самі прийти повинитися, викиньте з голови. Ви ж на завтрашній ранок квиток купили на літак до Хабаровська. І це нам відомо. Тому вам і необхідно було викопати гроші саме сьогодні. Хотіли завезти їх якнайдалі, пристроїти, приховати десь. Поспішали, квапилися, горіла під вами земля. Інстинкт, інтуїція підказували, що вам наступають на п’яти. Та й деяка інформація була, знали, що ваші спільники вже заарештовані. А коли злочинець починає нервувати, то обов’язково робить помилки. Це закон… Ну, вже набалакалися. Ходімо писати акт. Ходімо, поняті.</w:t>
      </w:r>
    </w:p>
    <w:p>
      <w:r>
        <w:br/>
        <w:t>Галина Сергіївна. Пробач, Толю, що я… Болить дуже? Якби ж ти не був такий гарячий, я б, звичайно… А то… Спирайся на мене. (Обіймає, підтримує Толю.)</w:t>
      </w:r>
    </w:p>
    <w:p>
      <w:r>
        <w:br/>
        <w:t>Толя. Я ж не знав. Я думав… (Зої, яка підняла сокиру з землі і тримає в руках.) Поклади назад під ганок. Будь ласка.</w:t>
      </w:r>
    </w:p>
    <w:p>
      <w:r>
        <w:br/>
        <w:t>Зоя (іде до ганку зеленого будиночка, кладе сокиру, помічає згорток, який залишив під дверима Чебурашка). О! А це що? (Розгортає куртку, в яку загорнутий транзистор. Толі.) Дивись!</w:t>
      </w:r>
    </w:p>
    <w:p>
      <w:r>
        <w:br/>
        <w:t>Толя (вражений). Моя куртка! Яку я подарував Чебурашці. І його "Меридіан".</w:t>
      </w:r>
    </w:p>
    <w:p>
      <w:r>
        <w:br/>
        <w:t>Зоя. Тільки монограму з гравіровкою зірвав. О! І записка. Це тобі. (Простягає Толі куртку, "Меридіан" і записку.)</w:t>
      </w:r>
    </w:p>
    <w:p>
      <w:r>
        <w:br/>
        <w:t>Толя (читає). "Нічого мені не треба. Спасибі тобі за все. Прощай". (Розгублено крутить у руках "Меридіан".) Що ж це він?.. Це ж єдине, що в нього було. Залишив. Щоб я не думав, що він… (У відчаї.) Чебурашко! Де ж я тепер тебе знайду?!. Він мені повірив, а я… привів його сюди, щоб…</w:t>
      </w:r>
    </w:p>
    <w:p>
      <w:r>
        <w:br/>
        <w:t>Галина Сергіївна. Заспокойся. Ми знайдемо його. Я тобі обіцяю.</w:t>
      </w:r>
    </w:p>
    <w:p>
      <w:r>
        <w:br/>
        <w:t>Зоя (Іванові Васильовичу). Ех, ви… прийомний дідусь.</w:t>
      </w:r>
    </w:p>
    <w:p>
      <w:r>
        <w:br/>
        <w:t>Василь Іванович. Це теж фігуруватиме у справі. Ходімо.</w:t>
      </w:r>
    </w:p>
    <w:p>
      <w:r>
        <w:br/>
        <w:t>Всі, крім Зої та Валери, ідуть у глибину сцени.</w:t>
      </w:r>
    </w:p>
    <w:p>
      <w:r>
        <w:br/>
        <w:t>Валера. Швидше!</w:t>
      </w:r>
    </w:p>
    <w:p>
      <w:r>
        <w:br/>
        <w:t>Зоя. Куди?</w:t>
      </w:r>
    </w:p>
    <w:p>
      <w:r>
        <w:br/>
        <w:t>Валера. Як куди? На станцію. Через півгодини електричка. Наступна аж о п’ятій ранку.</w:t>
      </w:r>
    </w:p>
    <w:p>
      <w:r>
        <w:br/>
        <w:t>Зоя. Але ж… ми — свідки…</w:t>
      </w:r>
    </w:p>
    <w:p>
      <w:r>
        <w:br/>
        <w:t>Валера. Тобі це треба? Ти що — й на суді фігурувати хочеш?</w:t>
      </w:r>
    </w:p>
    <w:p>
      <w:r>
        <w:br/>
        <w:t>Зоя. Але… це ж…</w:t>
      </w:r>
    </w:p>
    <w:p>
      <w:r>
        <w:br/>
        <w:t>Валера. Не балакай багато! Линяємо! (Тягне її за руку.) Швидше! Ну!</w:t>
      </w:r>
    </w:p>
    <w:p>
      <w:r>
        <w:br/>
        <w:t>Зоя (виривається). Не тягни мене!</w:t>
      </w:r>
    </w:p>
    <w:p>
      <w:r>
        <w:br/>
        <w:t>Валера (підвищує голос). Я кому сказав! Кирпа! Не дригайся, бо…</w:t>
      </w:r>
    </w:p>
    <w:p>
      <w:r>
        <w:br/>
        <w:t>Зоя. Що — не можеш заспокоїтися через ті гроші?</w:t>
      </w:r>
    </w:p>
    <w:p>
      <w:r>
        <w:br/>
        <w:t>Валера. Що? Які гроші?</w:t>
      </w:r>
    </w:p>
    <w:p>
      <w:r>
        <w:br/>
        <w:t>Зоя. Ті самі!</w:t>
      </w:r>
    </w:p>
    <w:p>
      <w:r>
        <w:br/>
        <w:t>Валера. А-а… А взагалі п’ятдесят кусків це сармак. Можна було б стільки кайфу спіймати. Жаль!</w:t>
      </w:r>
    </w:p>
    <w:p>
      <w:r>
        <w:br/>
        <w:t>Зоя. І мені.</w:t>
      </w:r>
    </w:p>
    <w:p>
      <w:r>
        <w:br/>
        <w:t>Валера. Що?</w:t>
      </w:r>
    </w:p>
    <w:p>
      <w:r>
        <w:br/>
        <w:t>Зоя. Жаль.</w:t>
      </w:r>
    </w:p>
    <w:p>
      <w:r>
        <w:br/>
        <w:t>Валера. Правда?</w:t>
      </w:r>
    </w:p>
    <w:p>
      <w:r>
        <w:br/>
        <w:t>Зоя. Жаль, що я приїжджала сюди з тобою. Думала, що ти… а ти… Тільки себе й любиш. Свій кайф. А на інших тобі начхати. Не самбіст ти, а саміст. Сам для себе живеш. Тільки.</w:t>
      </w:r>
    </w:p>
    <w:p>
      <w:r>
        <w:br/>
        <w:t>Валера. Що-о?..</w:t>
      </w:r>
    </w:p>
    <w:p>
      <w:r>
        <w:br/>
        <w:t>Зоя. От і їдь сам! На тобі твій плейер. (Віддає.) Не поїду я.</w:t>
      </w:r>
    </w:p>
    <w:p>
      <w:r>
        <w:br/>
        <w:t>Валера. Ти що — цокнулась? А мама?</w:t>
      </w:r>
    </w:p>
    <w:p>
      <w:r>
        <w:br/>
        <w:t>Зоя. Мама все зрозуміє. Я їй поясню — і вона зрозуміє.</w:t>
      </w:r>
    </w:p>
    <w:p>
      <w:r>
        <w:br/>
        <w:t>Валера (з притиском). Все-все поясниш?</w:t>
      </w:r>
    </w:p>
    <w:p>
      <w:r>
        <w:br/>
        <w:t>Зоя (з притиском). Все-все поясню. Їдь! Я не хочу тебе бачити! Їдь! Чуєш! Чао-какао! І взагалі…</w:t>
      </w:r>
    </w:p>
    <w:p>
      <w:r>
        <w:br/>
        <w:t>Валера. Що-о?! Це ти — мені?! Ти мене проганяєш?! Ха-ха! Та кому ти потрібна! Та я… та я ж сам збирався тебе Джонові оддати. Спитай у нього!</w:t>
      </w:r>
    </w:p>
    <w:p>
      <w:r>
        <w:br/>
        <w:t>Зоя (вражено). Що?</w:t>
      </w:r>
    </w:p>
    <w:p>
      <w:r>
        <w:br/>
        <w:t>Валера. Я ж домовився з Джоном, що я йому тебе уступлю, як награюся.</w:t>
      </w:r>
    </w:p>
    <w:p>
      <w:r>
        <w:br/>
        <w:t>Зоя (враз закам’янівши, ледь чутно). Що?!</w:t>
      </w:r>
    </w:p>
    <w:p>
      <w:r>
        <w:br/>
        <w:t>Валера. Тому він і ключі дав. А ти думала!.. Дав би він так ключі! Ха-ха!.. Вона мене проганяє! Афродіта! Та подивись на себе у дзеркало! З тебе сміються, а ти віриш. Страшило кирпате!.. Опудало!.. У ніжки б поклонилася, що я… що ми…</w:t>
      </w:r>
    </w:p>
    <w:p>
      <w:r>
        <w:br/>
        <w:t>З глибини сцени виходить дід Каленик, чує цю розмову, завмирає вражений. Зоя і Валера його не бачать.</w:t>
      </w:r>
    </w:p>
    <w:p>
      <w:r>
        <w:br/>
        <w:t>Зоя (Валері, після паузи, крізь сльози). Ти… Ти… Ні! Ти не кімнатний! Ти… ти цепний! З кликами! Вовчими! Лютий! Чорноротий!.. Ненавиджу! (Плаче, біжить у глибину сцени; пробігаючи повз діда Каленика, затуляє обличчя руками.)</w:t>
      </w:r>
    </w:p>
    <w:p>
      <w:r>
        <w:br/>
        <w:t>Валера (їй навздогін). Ах, як страшно! Налякала! Та я таких телиць десяток собі завтра знайду. Тільки свисну. (Кричить.) Опудало! Страшило! (Вибігає.)</w:t>
      </w:r>
    </w:p>
    <w:p>
      <w:r>
        <w:br/>
        <w:t>Дід Каленик (розгублено). Свідки… Що ж це ви… Як же це… Ех, дівчино, дівчино! Що ж ти не береглася? Довірилася такому… (Навздогін Валері.) Ах ти ж, зінське щеня!.. Та з таких же такі й виростають! (Показує у глибину сцени.) І життя паскудять… Догнати б тебе та… (Замахується, потім опускає руку, зітхає.) Не дожену… Років ще б тридцять назад догнав би, а сьогодні… Ну, нічого, доля тебе дожене. Доля і люди!.. Ех, соромно мені за тебе перед усім родом жіночим… Прости, Марусю!.. Бачиш, що робиться біля нашого бересточка. (Кашляє.) Треба кидати курити… Правильно ти колись говорила. Треба кидати… (Повертається, іде в глибину сцени.)</w:t>
      </w:r>
    </w:p>
    <w:p>
      <w:r>
        <w:br/>
        <w:t>Завіса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Таємниці Марусених дач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