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Танго-1945</w:t>
      </w:r>
    </w:p>
    <w:p>
      <w:r>
        <w:br/>
        <w:t xml:space="preserve"> Винова дама, — а гора Хомок, —&lt;br /&gt;</w:t>
        <w:br/>
        <w:t>Винові крила темінь розпустила,&lt;br /&gt;</w:t>
        <w:br/>
        <w:t>І запросив голубку голубок&lt;br /&gt;</w:t>
        <w:br/>
        <w:t>Потанцювати танго любомиле.</w:t>
      </w:r>
    </w:p>
    <w:p>
      <w:r>
        <w:br/>
        <w:t>Вечірнє танго, танго на Хомку, —&lt;br /&gt;</w:t>
        <w:br/>
        <w:t>Ти обіймаєш білими руками, —&lt;br /&gt;</w:t>
        <w:br/>
        <w:t>Поклав щоку я на твою щоку —&lt;br /&gt;</w:t>
        <w:br/>
        <w:t>Невже щось може бути поміж нами?.</w:t>
      </w:r>
    </w:p>
    <w:p>
      <w:r>
        <w:br/>
        <w:t>Пробач мені, що, може, невпопад&lt;br /&gt;</w:t>
        <w:br/>
        <w:t>Моя нога з твоєю йде у танго —&lt;br /&gt;</w:t>
        <w:br/>
        <w:t>Чотири роки грів я автомат,&lt;br /&gt;</w:t>
        <w:br/>
        <w:t>Чотири роки йшла нога за танком.</w:t>
      </w:r>
    </w:p>
    <w:p>
      <w:r>
        <w:br/>
        <w:t>Твій чорний локон вітер причесав,&lt;br /&gt;</w:t>
        <w:br/>
        <w:t>Але не це мене в тобі туманить…&lt;br /&gt;</w:t>
        <w:br/>
        <w:t>Я в хромових чоботях й при часах —&lt;br /&gt;</w:t>
        <w:br/>
        <w:t>Невже тебе оце в мені лиш манить?</w:t>
      </w:r>
    </w:p>
    <w:p>
      <w:r>
        <w:br/>
        <w:t>Любов — солома, і сірник не згас,&lt;br /&gt;</w:t>
        <w:br/>
        <w:t>Одна хвилина і — пожежа в грудях…&lt;br /&gt;</w:t>
        <w:br/>
        <w:t>Я завтра їду в шахти на Донбас,&lt;br /&gt;</w:t>
        <w:br/>
        <w:t>Але, повір, тебе я не забуду.</w:t>
      </w:r>
    </w:p>
    <w:p>
      <w:r>
        <w:br/>
        <w:t>Моя ви дамо на горі Хомок,&lt;br /&gt;</w:t>
        <w:br/>
        <w:t>Де тільки не носило й не ходило,&lt;br /&gt;</w:t>
        <w:br/>
        <w:t>Ми — ви і я — голубка й голубок&lt;br /&gt;</w:t>
        <w:br/>
        <w:t>Удвох танцюють танго любомиле.</w:t>
      </w:r>
    </w:p>
    <w:p>
      <w:r>
        <w:br/>
        <w:t>1979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Танго-1945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