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Танці</w:t>
      </w:r>
    </w:p>
    <w:p>
      <w:r>
        <w:br/>
        <w:t xml:space="preserve"> За тридев’ять земель… забув, признаться, де…&lt;br /&gt;</w:t>
        <w:br/>
        <w:t>Був собі Лев — король силенний,&lt;br /&gt;</w:t>
        <w:br/>
        <w:t>Такого не було ніде —&lt;br /&gt;</w:t>
        <w:br/>
        <w:t>Страшенний, здоровенний;&lt;br /&gt;</w:t>
        <w:br/>
        <w:t>Якби наткнувсь хто невзначай,&lt;br /&gt;</w:t>
        <w:br/>
        <w:t>То, певно, вмер би з переляку;&lt;br /&gt;</w:t>
        <w:br/>
        <w:t>Одним він махом, під случай,&lt;br /&gt;</w:t>
        <w:br/>
        <w:t>Бувало, вб’є скотину всяку.&lt;br /&gt;</w:t>
        <w:br/>
        <w:t>Багатий дуже був той край,&lt;br /&gt;</w:t>
        <w:br/>
        <w:t>Де він королював; чого не забажай,&lt;br /&gt;</w:t>
        <w:br/>
        <w:t>Всього було доволі:&lt;br /&gt;</w:t>
        <w:br/>
        <w:t>Вовків в лісах, зайців у полі&lt;br /&gt;</w:t>
        <w:br/>
        <w:t>І птиці повно у гаях&lt;br /&gt;</w:t>
        <w:br/>
        <w:t>Такої і такої,&lt;br /&gt;</w:t>
        <w:br/>
        <w:t>І риби всякої, великої й малої,&lt;br /&gt;</w:t>
        <w:br/>
        <w:t>В озерах і ставках.&lt;br /&gt;</w:t>
        <w:br/>
        <w:t>Хороший, тихий край; усі розкошували&lt;br /&gt;</w:t>
        <w:br/>
        <w:t>І добре крали.&lt;br /&gt;</w:t>
        <w:br/>
        <w:t>У короля служив і Лис;&lt;br /&gt;</w:t>
        <w:br/>
        <w:t>Він над озерами був старшиною,&lt;br /&gt;</w:t>
        <w:br/>
        <w:t>Щоб не орудовав ніякий біс&lt;br /&gt;</w:t>
        <w:br/>
        <w:t>Над королівською водою.&lt;br /&gt;</w:t>
        <w:br/>
        <w:t>Лукавий Лис — усюди Лис;&lt;br /&gt;</w:t>
        <w:br/>
        <w:t>Не раз про його, може, чули,-&lt;br /&gt;</w:t>
        <w:br/>
        <w:t>Дотепний, мудрий, як той біс,&lt;br /&gt;</w:t>
        <w:br/>
        <w:t>Куди б його не повернули.&lt;br /&gt;</w:t>
        <w:br/>
        <w:t>З одним рибалкою він дуже подружив,&lt;br /&gt;</w:t>
        <w:br/>
        <w:t>Хоч перед другими пиндючився спесиво,&lt;br /&gt;</w:t>
        <w:br/>
        <w:t>Рибалка рибку дбав і у мішках носив,&lt;br /&gt;</w:t>
        <w:br/>
        <w:t>А старшина товстів і багатів на диво…&lt;br /&gt;</w:t>
        <w:br/>
        <w:t>Раз ласуни, як водиться у них,&lt;br /&gt;</w:t>
        <w:br/>
        <w:t>Поснідать добре захотіли;&lt;br /&gt;</w:t>
        <w:br/>
        <w:t>На сковороду положили&lt;br /&gt;</w:t>
        <w:br/>
        <w:t>Десятків два карасиків живих;&lt;br /&gt;</w:t>
        <w:br/>
        <w:t>Сметанкою як слід пообливали&lt;br /&gt;</w:t>
        <w:br/>
        <w:t>І на жарку їх шкварить прийнялись;&lt;br /&gt;</w:t>
        <w:br/>
        <w:t>Вони і в голову собі не покладали,&lt;br /&gt;</w:t>
        <w:br/>
        <w:t>До чого дожились.&lt;br /&gt;</w:t>
        <w:br/>
        <w:t>Якраз в той час король там опинився.&lt;br /&gt;</w:t>
        <w:br/>
        <w:t>— А що,— питає він,— тут діється у вас? —&lt;br /&gt;</w:t>
        <w:br/>
        <w:t>І на рибалку страшно подивився…-&lt;br /&gt;</w:t>
        <w:br/>
        <w:t>Се хто такий? Чого прибув до нас?&lt;br /&gt;</w:t>
        <w:br/>
        <w:t>— Се,— каже Лис,— се мій…&lt;br /&gt;</w:t>
        <w:br/>
        <w:t>письмоводитель…&lt;br /&gt;</w:t>
        <w:br/>
        <w:t>— На біса! — Лев ричить.— Де взявся, відкіля?&lt;br /&gt;</w:t>
        <w:br/>
        <w:t>— Сусіднього села покорний житель,&lt;br /&gt;</w:t>
        <w:br/>
        <w:t>Не бачив зроду короля,-&lt;br /&gt;</w:t>
        <w:br/>
        <w:t>Промовив Лис і зирк на таганочок,&lt;br /&gt;</w:t>
        <w:br/>
        <w:t>А там карасики шкварчать,&lt;br /&gt;</w:t>
        <w:br/>
        <w:t>Справляють бідненькі таночок,&lt;br /&gt;</w:t>
        <w:br/>
        <w:t>Аж хвостиками ляпотять.&lt;br /&gt;</w:t>
        <w:br/>
        <w:t>— Що ж то таке? — про рибу Лев питає.&lt;br /&gt;</w:t>
        <w:br/>
        <w:t>Лукавий Лис поважно докладає:&lt;br /&gt;</w:t>
        <w:br/>
        <w:t>— Великий господар!&lt;br /&gt;</w:t>
        <w:br/>
        <w:t>Се безголоса твар&lt;br /&gt;</w:t>
        <w:br/>
        <w:t>Пред королем своїм ликує,&lt;br /&gt;</w:t>
        <w:br/>
        <w:t>Радіє і танцює…&lt;br /&gt;</w:t>
        <w:br/>
        <w:t>— Чого ж се на сковороді,--&lt;br /&gt;</w:t>
        <w:br/>
        <w:t>Допитується Лев,— а не в воді? —&lt;br /&gt;</w:t>
        <w:br/>
        <w:t>Лис засмутивсь і ледве дише…&lt;br /&gt;</w:t>
        <w:br/>
        <w:t>— Дозволив я, щоб їм було видніше&lt;br /&gt;</w:t>
        <w:br/>
        <w:t>Побачить відсіля&lt;br /&gt;</w:t>
        <w:br/>
        <w:t>Ясновельможнішого короля!&lt;br /&gt;</w:t>
        <w:br/>
        <w:t>— Нащо ж вогнем печеш?. Брехнею припахає! —&lt;br /&gt;</w:t>
        <w:br/>
        <w:t>Лис тільки хвостиком виляє…&lt;br /&gt;</w:t>
        <w:br/>
        <w:t>Лев витріщивсь на старшину&lt;br /&gt;</w:t>
        <w:br/>
        <w:t>І заричав ще дужче: — Ну?! —&lt;br /&gt;</w:t>
        <w:br/>
        <w:t>А той круть-верть, неначе у капкані:&lt;br /&gt;</w:t>
        <w:br/>
        <w:t>Мовчить, язик прилип к гортані;&lt;br /&gt;</w:t>
        <w:br/>
        <w:t>Рибалка труситься, стоїть як пень,&lt;br /&gt;</w:t>
        <w:br/>
        <w:t>Не розшолопає — чи ніч, чи день…&lt;br /&gt;</w:t>
        <w:br/>
        <w:t>— Так от як ви! Мошеники! Поганці! —&lt;br /&gt;</w:t>
        <w:br/>
        <w:t>Лютує Лев.— Видумуєте танці?&lt;br /&gt;</w:t>
        <w:br/>
        <w:t>Так я ж вас проучу, коли ніхто не вчив! —&lt;br /&gt;</w:t>
        <w:br/>
        <w:t>І він обох на землю повалив…&lt;br /&gt;</w:t>
        <w:br/>
        <w:t>Чи так-то воно ждалось,&lt;br /&gt;</w:t>
        <w:br/>
        <w:t>А он як склалось!&lt;br /&gt;</w:t>
        <w:br/>
        <w:t>Карасикам сердешним довелось&lt;br /&gt;</w:t>
        <w:br/>
        <w:t>На сковородці танцювати,&lt;br /&gt;</w:t>
        <w:br/>
        <w:t>Зате ж і сим тепер пришилось&lt;br /&gt;</w:t>
        <w:br/>
        <w:t>У короля під лапами співати.&lt;br /&gt;</w:t>
        <w:br/>
        <w:t>Так їм і треба, бісовим синам!&lt;br /&gt;</w:t>
        <w:br/>
        <w:t>Не все ж терпіть і карасям.</w:t>
      </w:r>
    </w:p>
    <w:p>
      <w:r>
        <w:br/>
        <w:t>Щоб, розбалакавшись, не влізти "в проволочку",&lt;br /&gt;</w:t>
        <w:br/>
        <w:t>Я швидше ставлю точку.&lt;br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