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Терра інкогніта</w:t>
      </w:r>
    </w:p>
    <w:p>
      <w:r>
        <w:br/>
        <w:t xml:space="preserve"> &lt;p&gt;1. ДІАЛОГ З ЧОТИРМА СТІНАМИ</w:t>
      </w:r>
    </w:p>
    <w:p>
      <w:r>
        <w:br/>
        <w:t>Спека нестерпна. А в кімнаті — м'який прохолодок. Мій дім — моя фортеця: чотири стіни, стіл, постеля, ванна. І ще — в новенькому футлярі контрабас.</w:t>
      </w:r>
    </w:p>
    <w:p>
      <w:r>
        <w:br/>
        <w:t>Окрім контрабаса, фортеці і бажання бути солістом я маю ще Ганну і сина.</w:t>
      </w:r>
    </w:p>
    <w:p>
      <w:r>
        <w:br/>
        <w:t>Мій син споглядає світ і мене добрими, теплими, як проталинки на захмареному небі, очима — і в тих очах поблажлива згода з усіма моїми вчинками. Мовляв, бався, тату, бався, я не заперечую, коли тобі до вподоби, то частуй мене морозивом, дар^й на день народження годинник і майструй літаки — нехай з того тішаться сусідські хлопчаки. Будь ласка, тату, справляй собі приємність.</w:t>
      </w:r>
    </w:p>
    <w:p>
      <w:r>
        <w:br/>
        <w:t>Чую кожну із тих невимовлеиих уголос думок, як записану на папері мелодію. Однак удаю, ніби не розумію, вигадую щораз нові забави і справді не відаю: для нього чи для себе?</w:t>
      </w:r>
    </w:p>
    <w:p>
      <w:r>
        <w:br/>
        <w:t>Дім-фортеця також задля сина. Часом хочеться бути лише з ним, удвох.</w:t>
      </w:r>
    </w:p>
    <w:p>
      <w:r>
        <w:br/>
        <w:t>Ганні чомусь осоружна ця квартира, вона почуває себе пригніченою поміж чотирьох стін, що затискають собою жалюгідний квадрат: чотири на чотири, шістнадцять квадратних метрів.</w:t>
      </w:r>
    </w:p>
    <w:p>
      <w:r>
        <w:br/>
        <w:t>Я хочу, аби хлопець тут спав.</w:t>
      </w:r>
    </w:p>
    <w:p>
      <w:r>
        <w:br/>
        <w:t>Тут їв.</w:t>
      </w:r>
    </w:p>
    <w:p>
      <w:r>
        <w:br/>
        <w:t>Розкладав свої книжки й одяг, кидав у куток портфель і залишав на підлозі мокрі сліди — скоком босоніж із ванної кімнати.</w:t>
      </w:r>
    </w:p>
    <w:p>
      <w:r>
        <w:br/>
        <w:t>А я повчав би його, що можна, а чого не вільно.</w:t>
      </w:r>
    </w:p>
    <w:p>
      <w:r>
        <w:br/>
        <w:t>А він дивився б на мене з поблажливою згодою: "Побавимось, тату, у господарів фортеці. У славних лицарів побавимось".</w:t>
      </w:r>
    </w:p>
    <w:p>
      <w:r>
        <w:br/>
        <w:t>— Ти зваблюєш дитину,— говорила Ольга, моя колишня дружина.— У тебе душа плаче, коли я маю щось більше, аніж ти!</w:t>
      </w:r>
    </w:p>
    <w:p>
      <w:r>
        <w:br/>
        <w:t>Ольга завжди дивувала мене своєю примітивністю. Вона встромляла паперову троянду поміж живі ромашки: гарно, правда? Мені стає лячно, коли я помічаю якийсь її рух чи фразу, повторені сином.</w:t>
      </w:r>
    </w:p>
    <w:p>
      <w:r>
        <w:br/>
        <w:t>Але ні, не про те йдеться. Фрази чи рух — не в тому річ. Понад усе на світі я боюся, що от він підросте, постаршає і вона йому скаже:</w:t>
      </w:r>
    </w:p>
    <w:p>
      <w:r>
        <w:br/>
        <w:t>— Твій тато — звичайнісінький невдаха і трохи дивак,— що тобі може дати така людина? Мужчина повинен бути мужчиною, а не грати на контрабасі, розважаючи публіку перед початком кіносеансу.</w:t>
      </w:r>
    </w:p>
    <w:p>
      <w:r>
        <w:br/>
        <w:t>Я боюся, що він може повірити у цю ніби очевидну правду. Ольга не пускає хлопця до мене, мені наруч такі вето на зустрічі з сином, бо наперекір забороні — або ж завдяки їй — малий тікає до мене, його надить свобода чотирьох стін, де можна розмовляти про що завгодно і робити те, що заманеться. Школа, обов'язки, необхідність бути ввічливим і вихованим залишаються там, у материному домі, де великий і солідний чужий мужчина виконує роль глави сім'ї. Я не дорікаю Ользі, не маю найменшого права: цілком природно, що вона вийшла заміж після того, як я покинув наше "домашнє вогнище" задля Ганни. Однак навіщо змушувати малого підкорятися волі зовсім чужої для нього людини?</w:t>
      </w:r>
    </w:p>
    <w:p>
      <w:r>
        <w:br/>
        <w:t>— Вони сьогодні знову читали мені мораль. Він бабахнув кулаком по столу і зажадав: "Щоб ти не смів брати грошей у батька! Чи тобі замало на кіно моїх грошей?".</w:t>
      </w:r>
    </w:p>
    <w:p>
      <w:r>
        <w:br/>
        <w:t>Хлопець сидів по-турецьки на тапчані і кепкував: у того чужого — гидкі червоні руки, волохаті, як поросячий хвіст.</w:t>
      </w:r>
    </w:p>
    <w:p>
      <w:r>
        <w:br/>
        <w:t>Я сміюся.</w:t>
      </w:r>
    </w:p>
    <w:p>
      <w:r>
        <w:br/>
        <w:t>— Чому — як поросячий хвіст? Мій син сміється:</w:t>
      </w:r>
    </w:p>
    <w:p>
      <w:r>
        <w:br/>
        <w:t>— Бо так — як поросячий хвіст.</w:t>
      </w:r>
    </w:p>
    <w:p>
      <w:r>
        <w:br/>
        <w:t>Мимохіть міркую: а яким він бачить мене? Хочу здаватися для нього найкращим, найрозумнішим, героєм з улюбленого фільму. Робіном Гудом, Тілем Уленшпігелем, Іваном-царевичем... Веду мудру мову про мудрі речі — син навдивовижу уважно слухає, ловлячи очима якусь лиш йому видиму точку, але коли несподівано перехоплюю його погляд, то бачу все той же поблажливо-згідливий вираз. Говори, тату, говори!</w:t>
      </w:r>
    </w:p>
    <w:p>
      <w:r>
        <w:br/>
        <w:t>Такий вираз уперше з'явився в нього того дня, коли ми з гурмою хлопчаків розкладали багаття посеред картопляного поля, і пекли у жаринах бульбу, і ласували — достеменні гурмани. Ціла хмара хлопців і я за ватага, а мій син лежав оддалік, розіславши плащ на сухій, як пил від старої порхавки, землі, лежав і спостерігав — велемудрий філософ, що спізнав усю нікчемність і безплідність людських помислів і домагань, — аж на губах спалахувала усмішка.</w:t>
      </w:r>
    </w:p>
    <w:p>
      <w:r>
        <w:br/>
        <w:t>— Бавтеся, а я подивлюся, відпочину і подивлюся,— сказав мій син, і я ледве опанував образу і бажання дати йому ляпаса і пояснити, що це ж для нього — гаряча печена картопля, і хлопчаки, і низький пахучий дим над груддям землі, і прихмарене сине небо, а він дивився на все лиш як на виставу, не відчував себе часткою цього світу, може, навіть розмірковував, чи варте видовище оплесків. І чув я себе зовсім безсилим супроти його незворушності...</w:t>
      </w:r>
    </w:p>
    <w:p>
      <w:r>
        <w:br/>
        <w:t>— Кук, милий,— часто казала Ганна.— Хлопець страшенно схожий на тебе, навіть праве вухо твоє.</w:t>
      </w:r>
    </w:p>
    <w:p>
      <w:r>
        <w:br/>
        <w:t>— Чому ви називаєте тата Кумом? — обурився малий.</w:t>
      </w:r>
    </w:p>
    <w:p>
      <w:r>
        <w:br/>
        <w:t>Ганну розсмішив його гнів. Сміялась вона гарно, її примружені очі і веселий великий рот, і тихий знадливий придих — "ох" — це могло роззброїти кого завгодно.</w:t>
      </w:r>
    </w:p>
    <w:p>
      <w:r>
        <w:br/>
        <w:t>Малого не роззброїло. Його тато — Кук? Милий Кук, слухняний Кук? Куку, дай лапу, Кук!</w:t>
      </w:r>
    </w:p>
    <w:p>
      <w:r>
        <w:br/>
        <w:t>— Два Куки,— уперто повторила Ганна, ніби хотіла подражнити хлопця.— Два Куки. Неймовірно схожі.</w:t>
      </w:r>
    </w:p>
    <w:p>
      <w:r>
        <w:br/>
        <w:t>— Ви... ви... я вам не Кук!— крикнув Андрій, голос у нього ніби ковзнув по чомусь слизькому і впав. Тільки згодом різко підвівся знову:— Ніхто вам не Кук! Розумієте чи ні?</w:t>
      </w:r>
    </w:p>
    <w:p>
      <w:r>
        <w:br/>
        <w:t>Тієї миті я просто-таки не терпів Ганни, але не тому, що оте "Кук" дратувало мене самого. Воно дражнило малого, він міг подумати про мене зневажливо, звідки йому знати, що колись і сам відгукнеться на яке-небудь дурненьке, пестливе слово, мовлене жіночими устами, і не відчує у тому ніякої іронії. Однак зараз він міг подумати про мене зневажливо, а я боявся і не хотів цього. Взагалі — якої він думки про свого тата? Жаль, що батьки ніколи не питають малолітніх дітей: що ти про мене думаєш, сину? Ніхто так не питає. Жалюгідна, безпідставна самовпевненість. Або ж — безнадійна глупота.</w:t>
      </w:r>
    </w:p>
    <w:p>
      <w:r>
        <w:br/>
        <w:t>Однак, що б він там не міркував собі про мою особу, мені страшно брякує його теплих очей, картатої сорочки, на якій комірець чомусь загинається, його трохи шепелявого "с" і тих рук, зворушливо незграбних, коли він крає хліб.</w:t>
      </w:r>
    </w:p>
    <w:p>
      <w:r>
        <w:br/>
        <w:t>Одного разу Ганна сказала мені:</w:t>
      </w:r>
    </w:p>
    <w:p>
      <w:r>
        <w:br/>
        <w:t>— Навіть якби ти захотів, ти нікуди не зможеш від мене піти. Бо на кого тоді складатимеш усі невдачі, скажи, на кого?</w:t>
      </w:r>
    </w:p>
    <w:p>
      <w:r>
        <w:br/>
        <w:t>— Не вигадуй,— заперечив я.— Ніколи в житті я не докоряв тобі. Це ти постійно твердиш, ніби заради мене, як свята, прийняла муки і страждання.</w:t>
      </w:r>
    </w:p>
    <w:p>
      <w:r>
        <w:br/>
        <w:t>— А хіба не так? Чи ЛІ не знесла я тисячі прикрих днів? Хоч би ті анонімки і підписані листи твоєї Ольги — лише вони чого були варті?</w:t>
      </w:r>
    </w:p>
    <w:p>
      <w:r>
        <w:br/>
        <w:t>— Ніхто тебе не примушував так "страждати"!</w:t>
      </w:r>
    </w:p>
    <w:p>
      <w:r>
        <w:br/>
        <w:t>— Гм,— раптом спокійно погодилася Ганна.— Ніхто. Просто ми за тих часів багато цілувались і мало аналізували свої вчинки. А все ж признайся: хіба ти ніколи не казав собі: "Ах, якби не ця жінка..." — і перелічував подумки безліч героїчних вчинків, яких доконав би ти, якби я не стояла на заваді?</w:t>
      </w:r>
    </w:p>
    <w:p>
      <w:r>
        <w:br/>
        <w:t>— Не мели дурниць, Ганно!— розгнівався я, але таки подумав, що вона не зовсім помиляється.</w:t>
      </w:r>
    </w:p>
    <w:p>
      <w:r>
        <w:br/>
        <w:t>...Насувається гроза, видно. Мої чотири стіни аж розколисує спека. Годі думати про вино і любов, розсудлива дружба і кухоль холодного пива — найкраща річ у таку задуху.</w:t>
      </w:r>
    </w:p>
    <w:p>
      <w:r>
        <w:br/>
        <w:t>Ганна не любить пива.</w:t>
      </w:r>
    </w:p>
    <w:p>
      <w:r>
        <w:br/>
        <w:t>Малий не любить пива.</w:t>
      </w:r>
    </w:p>
    <w:p>
      <w:r>
        <w:br/>
        <w:t>Одного разу, провівши Гайну на поїзд, я стояв на пероні, заскленому, як оранжерея, курив сигарету, дивився на ліхтарі, що вишикувались уздовж перону добре вимуштруваними солдатами, на людей — почував себе безнадійно самотнім, бо я був до відчаю закоханий у Ганну. То була любов, як у старовинних "жорстоких" романсах, від неї трава горіла, а Ганна навіщось мучила мене своїми забаганками і примхами, примушувала допоминатися ласки, як жебрак вискиглює шматка— хліба, її тішило моє упокорення.</w:t>
      </w:r>
    </w:p>
    <w:p>
      <w:r>
        <w:br/>
        <w:t>Вона підкреслювала свою жіночу владу і привселюдно, і на самоті. Умовляв себе: годі вже, буде з мене тієГ любові, і тих поглядів, які кидали на Ганну мужчини. Погляди зоставалися на мені — усі до одного — як болюче тавро, а Ганна від них немов аж квітла, як від лоскітливих дощових крапель. Вона раділа з тих ковзких поглядів, вона захоплювалася усім навперейми — червона ікра, старовинні книги, інкрустовані дерев'яні рамки і навіть кіноактори. І все-таки я любив її, вона займала більше думок, ніж син... Враз я побачив хлопчину, що самотньо блукав пероном.</w:t>
      </w:r>
    </w:p>
    <w:p>
      <w:r>
        <w:br/>
        <w:t>— Що ти тут робиш? — запитав його.</w:t>
      </w:r>
    </w:p>
    <w:p>
      <w:r>
        <w:br/>
        <w:t>Він оглянув мене, як колись моя приручена сорока,— спершу туфлі, потім ґудзики, потім руку з годинником, а далі зазирнув у очі,— що він побачив там, не знаю, хіба що відблиск жовтих і нерухомих ліхтарних вогнів,— але врешті припинив оглядини, махнув сам собі головою і довірливо признався:</w:t>
      </w:r>
    </w:p>
    <w:p>
      <w:r>
        <w:br/>
        <w:t>— Батька зустрічаю.</w:t>
      </w:r>
    </w:p>
    <w:p>
      <w:r>
        <w:br/>
        <w:t>— Сам? У таку пору? І мама тобі дозволила?</w:t>
      </w:r>
    </w:p>
    <w:p>
      <w:r>
        <w:br/>
        <w:t>— А мама нічого не знає. Вона в нічній зміні, вона думає — сплю. А я вже цілий тиждень зустрічаю батька.</w:t>
      </w:r>
    </w:p>
    <w:p>
      <w:r>
        <w:br/>
        <w:t>— Як то — тиждень?</w:t>
      </w:r>
    </w:p>
    <w:p>
      <w:r>
        <w:br/>
        <w:t>— Ну, я ж не знаю, коли,він приїде. Мама сказала — будапештським поїздом, о дванадцятій годині п'ять хвилин. А котрого дня — цього вона не сказала. Може, й сама не знає...</w:t>
      </w:r>
    </w:p>
    <w:p>
      <w:r>
        <w:br/>
        <w:t>Будапештський прогуркотів біля нас, видихаючи важкий запах втоми, дальніх доріг і чаду, але батько малого не приїхав. Хлопчик здвигнув плечима і сказав, не дивлячись на мене:</w:t>
      </w:r>
    </w:p>
    <w:p>
      <w:r>
        <w:br/>
        <w:t>— Нічого, напевно, завтра приїде.</w:t>
      </w:r>
    </w:p>
    <w:p>
      <w:r>
        <w:br/>
        <w:t>— Напевно.</w:t>
      </w:r>
    </w:p>
    <w:p>
      <w:r>
        <w:br/>
        <w:t>— Або ж післязавтра,— правда?</w:t>
      </w:r>
    </w:p>
    <w:p>
      <w:r>
        <w:br/>
        <w:t>— Т це може бути,— погодився я.</w:t>
      </w:r>
    </w:p>
    <w:p>
      <w:r>
        <w:br/>
        <w:t>Ми пішли геть з вокзалу. Сіли на трамвай — я відвіз хлопчика додому, ні про що не випитуючи. Другого дня знову щось потягло мене подивитися на цього малого, однак його не було на вокзалі. Певно, мама замкнула на ключ або ж сам зневірився у тому диві — у появі батька. Отоді я й розмірковував, чи не спаде колись на думку моєму Андрійкові шукати на нічному пероні баламутного тата. Однак тільки пізніше зрозумів, що то я сам ладен був його шукати на краю світа, коли б він подався собі кудись. І не на тім стояло, що між мною і Ганною траплялись у ту пору якісь звади і сварки і мені захотілося дитячої доброти й безпосередності, якій не доступне і не потрібне доросле самозаглиблення. Просто мені здалося, що я без нього — як музичний інструмент, иа якому ніхто ніколи не заграє, не видобуде чистого звуку.</w:t>
      </w:r>
    </w:p>
    <w:p>
      <w:r>
        <w:br/>
        <w:t>З Ганною нам тоді було добре. Ми відпочивали над лиманом, берег при зеленій воді лежав чистий, відмитий до жовтого полиску. Спали в дерев'яній прибудові, в щілини залітали комарі, вітер і відблиски далеких зірниць. Нам було добре, ми тоді не сперечалися, не докоряли одне одному — Ганна стала якась тиха, немов залишила у місті всі свої примхи й витребеньки разом з тушшю для вій і найлоновими блузками.</w:t>
      </w:r>
    </w:p>
    <w:p>
      <w:r>
        <w:br/>
        <w:t>Землю сушила нестерпна спека — от як сьогодні, коли я по-справжньому почав думати про. сина. Я до непримітних деталей усе пам'ятаю: між небом і морем громадилися хмари на видноколі, облягали море і ніби пливли водою до землі. Ганна грала з якоюсь веселою компанією у волейбол; я, дивлячись на них, думав: "Хочеться ж їм грати у таку спеку" і зовсім випадково, глянувши убік, помітив, як поруч розташувалися двоє — батько і син. Батько невисокий, з кумедними короткими ногами, у довгих синіх трусах, над тугою гумкою звисав кругленький животик — хто-зна, чому все те запам'яталося. Хлопчик стояв стрункий, у новеньких плавках, навіть гумова шапочка не псувала його милого, майже дівочого обличчя з великою родимкою біля вуха. Вони сиділи так близько, що я все бачив. Обдирали золотисту скумбрію, їли, сміялися, говорили одне одному щось веселе, потім ми з Ганною ходили обідати і попросили їх доглянути наші речі — не хотілося тягти до кафе; а ще потім Ганна грала в м'яча на жовтому піску. Ганна в червоному купальнику грала в м'яча на жовтому піску, а батько того хлопчика стояв на самому краєчку берега, незграбно, мов клоун на канаті для розваги публіки, розмахував руками. Я втішався із свого порівняння, поки не зрозумів, що скоїлося. Старий стояв на березі і все гукав:</w:t>
      </w:r>
    </w:p>
    <w:p>
      <w:r>
        <w:br/>
        <w:t>— Славку, Славку, Славчику!</w:t>
      </w:r>
    </w:p>
    <w:p>
      <w:r>
        <w:br/>
        <w:t>Гукав він зовсім неголосно і був такий непримітний і звичайний, такий пересічний у своїх синіх довгих трусах, що на пляжі так ніхто нічого й не помітив, хоч далеко за буйки виходив рятівний човен. Потім старий непевним і тягучим кроком пішов по піску і ніби спіткнувся об те місце, де вони зовсім недавно — з півтори години тому — сиділи з сином, їли скумбрію, мачали в сіль помідори і говорили одне одному щось дуже веселе. Він упав на пісок, ніби хотів добре вигріти на сонці старі кості, впав на пісок і гладив дбайливо складені штанці свого сина, пестив і приказував дуже буденно, немов питав, котра година:</w:t>
      </w:r>
    </w:p>
    <w:p>
      <w:r>
        <w:br/>
        <w:t>— Ну от, а що ми тепер скажемо нашій мамі? Славку, що ж ми тепер скажемо нашій мамі?..</w:t>
      </w:r>
    </w:p>
    <w:p>
      <w:r>
        <w:br/>
        <w:t>Він так лежав і говорив сам до себе, а я уявляв немолоду жінку, якій він повинен усе розповісти, я собі її дуже чітко змалював; і все те раптом незрозуміло й міцно зв'язалося з моїм малим, і від тієї миті я почав по-справжньому думати про нього.</w:t>
      </w:r>
    </w:p>
    <w:p>
      <w:r>
        <w:br/>
        <w:t>Увечері розбурхалася гроза, в нашій дерев'яній прибудові зібралися знайомі — галасливі преферансисти, вони грали і грали без перепочинку до півно-</w:t>
      </w:r>
    </w:p>
    <w:p>
      <w:r>
        <w:br/>
        <w:t>чі, при світлі мого ліхтарика, а я не грав, слухав, як сперечаються преферансисти, як безугавно гасає між смугами дощу вітер, ловив у— щілинах між дошками спалахи блискавки і по-справжньому думав про свого малого. Згадував його зовсім крихітним (на колінах: "їхали, їхали в ліс за горіхами, їхали...), і трохи старшим ("Ти поганий хлопчик — навіщо ламаєш деревце?" — "Я поганий? Я поганий. Тоді мене зовсім не треба!"), і ще старшим, коли він зламав руку, а я сидів над ним, ледве вгамовуючи в собі розпач^ і все говорив: "Не стогни, ти ж мужчина",— і говорив так тому, що не міг чути стогону дитини, хотів сам кричати від його болю.</w:t>
      </w:r>
    </w:p>
    <w:p>
      <w:r>
        <w:br/>
        <w:t>Потім згадував, що траплялося в дитинстві зі мною, і знову — що з ним, і вже годі було розрізнити, хто із тих хлопчаків був справді мною, а хто — моїм малим сином.</w:t>
      </w:r>
    </w:p>
    <w:p>
      <w:r>
        <w:br/>
        <w:t>Майлсе над ранком я згадав ще один випадок, один дуже прикрий випадок, власне, я того ніколи не забував, але просто тоді, перед світанком, усе зрозумів. Ми були з малим над річкою, я сказав йому: "Ходімо, попливемо", а він не пішов, відмовився, пояснив, що просто не хоче. Я жартома потяг його за руку, а він раптом уперся, почервонів, і не рушив з місця, і видирався. Я збагнув, що він боїться, то просто страх, звичайнісінький страх, я сміявся і казав: "Ти боїшся, чого ти боїшся, ми ж удвох".— "Ні, не боюся,— кричав малий,— просто не хочу!". Ольга видирала у мене з рук малого, а я тягнув його до води, я його ненавидів, ненавидів себе самого за своє безсилля перед ним і перед його страхом, я нічого не міг зроби-ти, не міг примусити його ввійти у воду—і був ладен побити сина тієї миті за його страх, за власне безсилля: адже і в мені жив страх — нехай не перед водою, нехай перед чимось іншим,— але ж і в мене був страх раніше, в дитинстві, і потім: страх відповідальності за власні вчинки, страх перед, болем, перед власною нікчемністю. Страх померти, страх бути смішним, обдуреним чи зганьбленим — скільки різних відтінків страху! І раптом, побачивши той страх у синові, я хотів перемогти його, зламати. Ольга видирала дитину з моїх рук, а я нестямно і привселюдно лупцював свого сина, хльостав свій власний страх. Аж доки не отямився, доки не помітив, що малий дивиться на мене потемнілими, висушеними ненавистю очима, не плаче й не кричить, а тільки дивиться просто в мої зіниці. Я відпустив його, він зовсім спокійно мовив:</w:t>
      </w:r>
    </w:p>
    <w:p>
      <w:r>
        <w:br/>
        <w:t>— Дуже добре. Зате тепер у воду я вже ніколи не піду.</w:t>
      </w:r>
    </w:p>
    <w:p>
      <w:r>
        <w:br/>
        <w:t>Згадуючи цей випадок я думав, що мушу мати малого при собі. Решта днів над морем — з Ганнини-ми поцілунками, і любов'ю, і пляжем — здавалися мені неймовірно довгими і пустими, ніби хтось лускав горіхи, купа горіхів, купа шкаралупок—і хоч би одне ядро, одне здорове, гарне ядро.</w:t>
      </w:r>
    </w:p>
    <w:p>
      <w:r>
        <w:br/>
        <w:t>...Гроза таки буде. Дерева під вітром мало не стеляться уздовж тротуарів запорошеним гіллям. Пахне місто — дивно пахне місто перед грозою: сумішшю людського поту, машинами, пилом і привіяним здалеку духом сіна.</w:t>
      </w:r>
    </w:p>
    <w:p>
      <w:r>
        <w:br/>
        <w:t>Ускочив раптом у мої чотири стіни син; я не сподівався, що він прийде, а він ускочив, з розгону впав на постіль:</w:t>
      </w:r>
    </w:p>
    <w:p>
      <w:r>
        <w:br/>
        <w:t>— Геніально, я встиг перед дощем! Зараз як уперіщить! Дай щось проковтнути, я смертельно хочу їсти!</w:t>
      </w:r>
    </w:p>
    <w:p>
      <w:r>
        <w:br/>
        <w:t>Він жував ковбасу і хліб, присипав сіллю і перцем, аж мені запекло піднебіння, коли я дивився на нього,— а він хоч би що, він позирав на мене усміхнено і, як завжди, поблажливо: знаю, тобі приємно дивитись, як я їм, тобі приємно, що ти можеш нагодувати свого зголоднілого сина.</w:t>
      </w:r>
    </w:p>
    <w:p>
      <w:r>
        <w:br/>
        <w:t>— Вони надумали ввіпхнути мене на літо до яко-</w:t>
      </w:r>
    </w:p>
    <w:p>
      <w:r>
        <w:br/>
        <w:t>гось спорттабору. Розумієш чи ні? — виголосив мій зголоднілий син і подивився на мене якось збоку, уже не поблажливо, а з тривогою і з вимогою співчуття.</w:t>
      </w:r>
    </w:p>
    <w:p>
      <w:r>
        <w:br/>
        <w:t>І поки я розмірковував, що означає той погляд, малий пояснив:</w:t>
      </w:r>
    </w:p>
    <w:p>
      <w:r>
        <w:br/>
        <w:t>— Я перейду до тебе жити.</w:t>
      </w:r>
    </w:p>
    <w:p>
      <w:r>
        <w:br/>
        <w:t>Синове рішення приголомшило мене. Треба пояснити йому, що історія із спортивним табором не повинна переважити терези на мій бік; коли йому не хочеться до табору, то це зовсім не резон, що треба тікати від матері: хтозна, може трапитися щось і поміж нами,— і тоді він кинеться від мене до матері?</w:t>
      </w:r>
    </w:p>
    <w:p>
      <w:r>
        <w:br/>
        <w:t>— Ти не бійся, тату, я давно вже обміркував. Я принесу завтра свою валізку. Будемо жити удвох, татку.</w:t>
      </w:r>
    </w:p>
    <w:p>
      <w:r>
        <w:br/>
        <w:t>Будемо жити удвох. Я і мій син. Чи не цього я прагнув, щоб він сам прийшов, щоб ніхто не смів, не мав права мені сказати: ти відняв його від матері, ти підкупив його? Чи не цього бажав? То чому ж мене не заливає радість? Чому не хапаю хлопця в обійми, не кричу, як божевільний? Ніколи ж досі, з часів дитинства, я не бажав чогось так сильно, як оцих слів: "Будемо жити удвох, татку!"</w:t>
      </w:r>
    </w:p>
    <w:p>
      <w:r>
        <w:br/>
        <w:t>— Татку,— говорить мій син і дивиться на мене, як видерте з гнізда пташеня,— татку, ти що — не радий? Може, ти не хочеш?</w:t>
      </w:r>
    </w:p>
    <w:p>
      <w:r>
        <w:br/>
        <w:t>— Що ти говориш, малий, як я можу не хотіти! Таж ти знаєш. Але...</w:t>
      </w:r>
    </w:p>
    <w:p>
      <w:r>
        <w:br/>
        <w:t>— Може, ти боїшся? Але ж мені вже дванадцять років.</w:t>
      </w:r>
    </w:p>
    <w:p>
      <w:r>
        <w:br/>
        <w:t>А я влаштовував для нього розваги з повітряним змієм і літаками... Що я знаю про свою дитину? Що нам відомо про наших синів?</w:t>
      </w:r>
    </w:p>
    <w:p>
      <w:r>
        <w:br/>
        <w:t>Дощ линув. Треба зачинити вікна — заллє підлогу. Підлогу у моїй фортеці.</w:t>
      </w:r>
    </w:p>
    <w:p>
      <w:r>
        <w:br/>
        <w:t>2. ДІАЛОГ З ЖІНКОЮ</w:t>
      </w:r>
    </w:p>
    <w:p>
      <w:r>
        <w:br/>
        <w:t>Ганна відчинила двері своїм ключем.</w:t>
      </w:r>
    </w:p>
    <w:p>
      <w:r>
        <w:br/>
        <w:t>— О, то ти вдома, Олексо? А чому ти не вмикаєш світла? Я думала, тебе нема.</w:t>
      </w:r>
    </w:p>
    <w:p>
      <w:r>
        <w:br/>
        <w:t>— Гроза була, — сказав він. — Не хотілося світла.</w:t>
      </w:r>
    </w:p>
    <w:p>
      <w:r>
        <w:br/>
        <w:t>— Біля пошти в парку, знаєш, поряд з бібліотекою, зламало каштан.</w:t>
      </w:r>
    </w:p>
    <w:p>
      <w:r>
        <w:br/>
        <w:t>— Під корінь?</w:t>
      </w:r>
    </w:p>
    <w:p>
      <w:r>
        <w:br/>
        <w:t>— Під корінь... Глянь, яке я вино добула,— малага! Просто диво!</w:t>
      </w:r>
    </w:p>
    <w:p>
      <w:r>
        <w:br/>
        <w:t>Вона витягла пляшку, поставила на стіл. Посміхнулася.</w:t>
      </w:r>
    </w:p>
    <w:p>
      <w:r>
        <w:br/>
        <w:t>— Ти сьогодні гарна,— сказав він і погладив рукою її коротко обстрижене волосся. Волосся було мокре.— Під дощ потрапила?</w:t>
      </w:r>
    </w:p>
    <w:p>
      <w:r>
        <w:br/>
        <w:t>— Так. Теплий такий дощ. Скільки днів ми не бачилися? Як справи, Кук?</w:t>
      </w:r>
    </w:p>
    <w:p>
      <w:r>
        <w:br/>
        <w:t>У неї сьогодні на диво погідний настрій. І гарна вона, подумав Олекса. Жаль, що до любові звикаєш і перестаєш її помічати, як не бачиш міста, в якому живеш.</w:t>
      </w:r>
    </w:p>
    <w:p>
      <w:r>
        <w:br/>
        <w:t>— Непогано йдуть справи... Слухай, Ганно, ми тепер житимемо тут удвох.</w:t>
      </w:r>
    </w:p>
    <w:p>
      <w:r>
        <w:br/>
        <w:t>— Ми? Удвох? Що ти говориш, Кук? Та ще й так самовпевнено? Я пояснювала тобі сто разів: не житиму я в такій норі, тим більше, що поруч чудова сусідка — сестра твоєї Ольги. Це ж кожне слово буде переказане туди! Стіни буквально із картону!</w:t>
      </w:r>
    </w:p>
    <w:p>
      <w:r>
        <w:br/>
        <w:t>Олекса не перепиняв її. Почекав, поки вона виголосить усю тираду, помовчав, поки її слова перестануть відлунювати у вухах, і спокійно пояснив:</w:t>
      </w:r>
    </w:p>
    <w:p>
      <w:r>
        <w:br/>
        <w:t>— Я не мав на увазі тебе. Ми — це я і мій син.</w:t>
      </w:r>
    </w:p>
    <w:p>
      <w:r>
        <w:br/>
        <w:t>— Що,— Андрій? А Ольга? Ти уявляєш, що буде?</w:t>
      </w:r>
    </w:p>
    <w:p>
      <w:r>
        <w:br/>
        <w:t>— Уявляю. Я думаю, вона погодиться. Ну, буде ще трохи мелодрами. Якщо сказати правду, мені здається, вона його не дуже любить. Він занадто схожий на мене.</w:t>
      </w:r>
    </w:p>
    <w:p>
      <w:r>
        <w:br/>
        <w:t>Ганна сиділа біля столу, опустивши руки між ледь розхилені коліна. Мокрі пасма чорного волосся лягли вздовж щоки, верхня губа якось безпорадно тремтіла — Ганна дивилася сполохано, мов дитина, яку збудили посеред ночі і змусили йти кудись з дому. Олексі зробилося жаль її, і того, що було, і того, що могло бути, і самого себе, і нерозкоркованої пляшки малаги на столі, і навіть дощу, котрий раптом стишився, не тарабанив по даху, а сипав злегка, ніби там клювали зерно горобці.</w:t>
      </w:r>
    </w:p>
    <w:p>
      <w:r>
        <w:br/>
        <w:t>— Ганно, ну чого ти так? Ганно! Нічого ж не зміниться,— не зовсім впевнено сказав він.</w:t>
      </w:r>
    </w:p>
    <w:p>
      <w:r>
        <w:br/>
        <w:t>Ганна не повірила. Похапливо, немов боялася, що сама передумає, що-втратить можливість .порятуватися від чогось ще не зовсім усвідомленого і визначеного, вона запитала:</w:t>
      </w:r>
    </w:p>
    <w:p>
      <w:r>
        <w:br/>
        <w:t>— Як ти гадаєш, Кук, а... втрьох ми помістимося у цій конурі? Нам не буде занадто тісно? Як гадаєш, Кук?</w:t>
      </w:r>
    </w:p>
    <w:p>
      <w:r>
        <w:br/>
        <w:t>3. ДІАЛОГ З СИНОМ</w:t>
      </w:r>
    </w:p>
    <w:p>
      <w:r>
        <w:br/>
        <w:t>Хлопець приніс валізку. Він мав урочистий і серйозний вигляд. Привіталися за руку, як і належить мужчинам</w:t>
      </w:r>
    </w:p>
    <w:p>
      <w:r>
        <w:br/>
        <w:t>— Нам буде весело удвох, тату,— сказав він.</w:t>
      </w:r>
    </w:p>
    <w:p>
      <w:r>
        <w:br/>
        <w:t>— Так, сину, — відповів батько. — Буде дуже гарно.</w:t>
      </w:r>
    </w:p>
    <w:p>
      <w:r>
        <w:br/>
        <w:t>Хлопець усміхнувся.</w:t>
      </w:r>
    </w:p>
    <w:p>
      <w:r>
        <w:br/>
        <w:t>— Ти не матимеш багато клопоту зі мною, я все вмію робити сам, слово честі, тільки не завжди хочеться. І не думай, вчуся я не так уже й погано, коли захочу. Я постараюся захотіти, і взагалі...</w:t>
      </w:r>
    </w:p>
    <w:p>
      <w:r>
        <w:br/>
        <w:t>— Ти в мене справжній мужчина, малий! Відзначимо твій приїзд, сину! Вип'ємо по-дорослому!</w:t>
      </w:r>
    </w:p>
    <w:p>
      <w:r>
        <w:br/>
        <w:t>— Ти зіпсуєш хлопця!—сказав голосом своєї матері Андрій і весело зареготав.</w:t>
      </w:r>
    </w:p>
    <w:p>
      <w:r>
        <w:br/>
        <w:t>Батько поставив на стіл малагу і чарки.</w:t>
      </w:r>
    </w:p>
    <w:p>
      <w:r>
        <w:br/>
        <w:t>— Тобі — на денці!— суворо попередив.— Щоб ти не почав справді псуватися з першого ж дня.</w:t>
      </w:r>
    </w:p>
    <w:p>
      <w:r>
        <w:br/>
        <w:t>— Будь здоров, сину!</w:t>
      </w:r>
    </w:p>
    <w:p>
      <w:r>
        <w:br/>
        <w:t>— Будь здоров, тату!</w:t>
      </w:r>
    </w:p>
    <w:p>
      <w:r>
        <w:br/>
        <w:t>Дзенькнуло скло, і батько випив, і хлопець торкнувся чарки устами.</w:t>
      </w:r>
    </w:p>
    <w:p>
      <w:r>
        <w:br/>
        <w:t>— Тату, а коли ти береш відпустку? Я страшенно хотів би поїхати на північ, я б хотів мандрувати з тобою, знаєш, це так цікаво — на північ, де олені!</w:t>
      </w:r>
    </w:p>
    <w:p>
      <w:r>
        <w:br/>
        <w:t>— Чудова ідея, сину! Ти знаєш, чудова!</w:t>
      </w:r>
    </w:p>
    <w:p>
      <w:r>
        <w:br/>
        <w:t>Слова були без барви і без сенсу, не так він хотів розмовляти зі своїм малим, і тому треба було все сказати відразу, щоб недоказане не заважало.</w:t>
      </w:r>
    </w:p>
    <w:p>
      <w:r>
        <w:br/>
        <w:t>— Слухай, малий, слухай, а може, ми б не... парубкували далі, га?</w:t>
      </w:r>
    </w:p>
    <w:p>
      <w:r>
        <w:br/>
        <w:t>— Як це? Поясни, тату!— засміявся син.</w:t>
      </w:r>
    </w:p>
    <w:p>
      <w:r>
        <w:br/>
        <w:t>— Бачиш, погано це — двом мужчинам парубкувати. Варто б одному з нас одружитися. Ну, хоча б мені! — він хотів обернути все на жарт, але не вийшло, Малий зрозумів.</w:t>
      </w:r>
    </w:p>
    <w:p>
      <w:r>
        <w:br/>
        <w:t>— 3... з... нею?</w:t>
      </w:r>
    </w:p>
    <w:p>
      <w:r>
        <w:br/>
        <w:t>— З Ганною. Так...</w:t>
      </w:r>
    </w:p>
    <w:p>
      <w:r>
        <w:br/>
        <w:t>Хлопець узяв із стільця свою куртку, цьвохнув замком-блискавкою.</w:t>
      </w:r>
    </w:p>
    <w:p>
      <w:r>
        <w:br/>
        <w:t>— У мене в стінах нема цвяхів. Треба буде купувати шафу,— ніби виправдовувався батько.— То що ти мені скажеш на це?</w:t>
      </w:r>
    </w:p>
    <w:p>
      <w:r>
        <w:br/>
        <w:t>— Я, мабуть, поїду до спортивного табору,— відповів хлопець.— Мама ще не'віддала путівки.</w:t>
      </w:r>
    </w:p>
    <w:p>
      <w:r>
        <w:br/>
        <w:t>— Та не говори дурниць! Який табір? Ми ж вирішили — мандруємо на північ. І я тебе не про те питав. Я ж про інше.</w:t>
      </w:r>
    </w:p>
    <w:p>
      <w:r>
        <w:br/>
        <w:t>— Аякже, північ! Яка там північ!— малий штовхнув ногою свою валізку.— Навіщо ти говориш неправду, тату? Навіщо ти дуриш мене, Кук?— повторив він і подивився на батька поблажливо: побавились, татку, трохи побавились — і годі. .</w:t>
      </w:r>
    </w:p>
    <w:p>
      <w:r>
        <w:br/>
        <w:t>— Послухай...</w:t>
      </w:r>
    </w:p>
    <w:p>
      <w:r>
        <w:br/>
        <w:t>— Дай мені вудку, Кук. І фотоапарат, я хочу до табору! Розумієш чи ні?</w:t>
      </w:r>
    </w:p>
    <w:p>
      <w:r>
        <w:br/>
        <w:t>— Чому це раптом ти вирішив називати мене Куком? Що не кажи, а все ж я тобі батько, хлопче!</w:t>
      </w:r>
    </w:p>
    <w:p>
      <w:r>
        <w:br/>
        <w:t>— О, звичайно. Батько,— ствердив малий і простягнув руку і злегка, нефов збирався погладити, торкнувся Олексиної неголеної щоки.— Батько,— повторив він, опустив руку, і Олекса побачив його очі: не було в них ані поблажливості, ні образи, ні навіть смутку. Дивився хлопець якось м'яко, тихо і зосереджено, немов шукав чогось, немов боявся щось сполохати, втратити з очей...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Терра інкогніта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