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королеви Ядвіґи</w:t>
      </w:r>
    </w:p>
    <w:p>
      <w:r>
        <w:br/>
        <w:t xml:space="preserve"> Вчора я ночувала у кімнаті короля Фердинанда.&lt;br /&gt;</w:t>
        <w:br/>
        <w:t>Ліжко під балдахіном, золота бахрома.&lt;br /&gt;</w:t>
        <w:br/>
        <w:t>Цілу ніч купідони несли зі стелі гірлянди.&lt;br /&gt;</w:t>
        <w:br/>
        <w:t>Чомусь було дуже сумно, чому — не знаю сама.</w:t>
      </w:r>
    </w:p>
    <w:p>
      <w:r>
        <w:br/>
        <w:t>Давила бархатна тиша. Наїлися тіні в портьєрі.&lt;br /&gt;</w:t>
        <w:br/>
        <w:t>Зима за вікном завалиста, і так натопили піч,&lt;br /&gt;</w:t>
        <w:br/>
        <w:t>що тихо вночі скрипіли вузькі старовинні двері,&lt;br /&gt;</w:t>
        <w:br/>
        <w:t>розсохлось горіхове дерево,&lt;br /&gt;</w:t>
        <w:br/>
        <w:t>і стіни скрипіли всю ніч.</w:t>
      </w:r>
    </w:p>
    <w:p>
      <w:r>
        <w:br/>
        <w:t>Казали, ті дивні двері ведуть у горішні покої.&lt;br /&gt;</w:t>
        <w:br/>
        <w:t>Жила там колись Ядвіґа, щаслива із королев.&lt;br /&gt;</w:t>
        <w:br/>
        <w:t>Вночі спускалась по сходах,&lt;br /&gt;</w:t>
        <w:br/>
        <w:t>торкала двері рукою, —&lt;br /&gt;</w:t>
        <w:br/>
        <w:t>король до ніг королеви лягав,&lt;br /&gt;</w:t>
        <w:br/>
        <w:t>як приборканий лев.</w:t>
      </w:r>
    </w:p>
    <w:p>
      <w:r>
        <w:br/>
        <w:t>Які там трони й корони, було тут лише кохання.&lt;br /&gt;</w:t>
        <w:br/>
        <w:t>Якщо за коня — півцарства,&lt;br /&gt;</w:t>
        <w:br/>
        <w:t>то що ж тоді за любов?!&lt;br /&gt;</w:t>
        <w:br/>
        <w:t>Скрипіли невидимі двері, і чулося тихе зітхання,&lt;br /&gt;</w:t>
        <w:br/>
        <w:t>літали ліпні купідони, і тайнами дихав альков.</w:t>
      </w:r>
    </w:p>
    <w:p>
      <w:r>
        <w:br/>
        <w:t>Ця дивна музика сходів...&lt;br /&gt;</w:t>
        <w:br/>
        <w:t>Ця тиша барви індиґо...&lt;br /&gt;</w:t>
        <w:br/>
        <w:t>Не спалось мені, не спалось!&lt;br /&gt;</w:t>
        <w:br/>
        <w:t>Хтось плакав... І тінь на склі.&lt;br /&gt;</w:t>
        <w:br/>
        <w:t>Чого ти ходиш, Ядвіґо? Король твій помер, Ядвіґо!&lt;br /&gt;</w:t>
        <w:br/>
        <w:t>Лише на всьому, на всьому — герби його й вензелі.</w:t>
      </w:r>
    </w:p>
    <w:p>
      <w:r>
        <w:br/>
        <w:t>Ця ніч мені буде надовго —&lt;br /&gt;</w:t>
        <w:br/>
        <w:t>як рицарська давня балада.&lt;br /&gt;</w:t>
        <w:br/>
        <w:t>Зима. Стародавній замок. Печаль королівських лип.&lt;br /&gt;</w:t>
        <w:br/>
        <w:t>Усе минуло, Ядвіго. і царство минуло, і влада.&lt;br /&gt;</w:t>
        <w:br/>
        <w:t>Одне лишилось, Ядвіґо.&lt;br /&gt;</w:t>
        <w:br/>
        <w:t>Оцей твій жіночий схлип.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королеви Ядвіґи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