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Трени М. Г. Чернишевського</w:t>
      </w:r>
    </w:p>
    <w:p>
      <w:r>
        <w:br/>
        <w:t xml:space="preserve"> І</w:t>
      </w:r>
    </w:p>
    <w:p>
      <w:r>
        <w:br/>
        <w:t>Народе мій, коли тобі проститься&lt;br /&gt;</w:t>
        <w:br/>
        <w:t>крик передсмертний і тяжка сльоза&lt;br /&gt;</w:t>
        <w:br/>
        <w:t>розстріляних, замучених, забитих&lt;br /&gt;</w:t>
        <w:br/>
        <w:t>по соловках, сибірах, магаданах?&lt;br /&gt;</w:t>
        <w:br/>
        <w:t>Державо напівсонця, напівтьми,&lt;br /&gt;</w:t>
        <w:br/>
        <w:t>ти крутишся у гадину, відколи&lt;br /&gt;</w:t>
        <w:br/>
        <w:t>тобою неспокутний трусить гріх&lt;br /&gt;</w:t>
        <w:br/>
        <w:t>і докори сумління дух потворять.&lt;br /&gt;</w:t>
        <w:br/>
        <w:t>Казися над проваллям, балансуй,&lt;br /&gt;</w:t>
        <w:br/>
        <w:t>усі стежки до себе захаращуй,&lt;br /&gt;</w:t>
        <w:br/>
        <w:t>а добре знаєш — грішник усесвітній&lt;br /&gt;</w:t>
        <w:br/>
        <w:t>світ за очі од себе не втече.&lt;br /&gt;</w:t>
        <w:br/>
        <w:t>Це божевілля пориву, ця рвань&lt;br /&gt;</w:t>
        <w:br/>
        <w:t>всеперелетів — з пекла і до раю,&lt;br /&gt;</w:t>
        <w:br/>
        <w:t>це нависання в смерть, оця жага&lt;br /&gt;</w:t>
        <w:br/>
        <w:t>розтлінного&lt;br /&gt;</w:t>
        <w:br/>
        <w:t>весь білий світ розтлити&lt;br /&gt;</w:t>
        <w:br/>
        <w:t>і все товкти, товкти зболілу жертву,&lt;br /&gt;</w:t>
        <w:br/>
        <w:t>щоб вирвати прощення за свої&lt;br /&gt;</w:t>
        <w:br/>
        <w:t>жахливі окрутенства — то занадто&lt;br /&gt;</w:t>
        <w:br/>
        <w:t>позначено по душах і хребтах.&lt;br /&gt;</w:t>
        <w:br/>
        <w:t>Тота сльоза тебе іспопелить,&lt;br /&gt;</w:t>
        <w:br/>
        <w:t>і лютий зойк завруниться стожало&lt;br /&gt;</w:t>
        <w:br/>
        <w:t>ланами й луками. І ти збагнеш&lt;br /&gt;</w:t>
        <w:br/>
        <w:t>обнавіснілу всенищівність роду,&lt;br /&gt;</w:t>
        <w:br/>
        <w:t>Володарю своєї смерті, доля —&lt;br /&gt;</w:t>
        <w:br/>
        <w:t>всепам'ятка, всечула, всевидюща —&lt;br /&gt;</w:t>
        <w:br/>
        <w:t>нічого не забуде, не простить.</w:t>
      </w:r>
    </w:p>
    <w:p>
      <w:r>
        <w:br/>
        <w:t>II</w:t>
      </w:r>
    </w:p>
    <w:p>
      <w:r>
        <w:br/>
        <w:t>Виснажуються надра: по світах,&lt;br /&gt;</w:t>
        <w:br/>
        <w:t>по диких нетрях, криївках і кублах&lt;br /&gt;</w:t>
        <w:br/>
        <w:t>розсовано твій рідний суходіл.&lt;br /&gt;</w:t>
        <w:br/>
        <w:t>Німі, нерозпізнанні вже уста,&lt;br /&gt;</w:t>
        <w:br/>
        <w:t>серця студені, тьмою взяті очі&lt;br /&gt;</w:t>
        <w:br/>
        <w:t>і шкарубкі долоні, де вже доль&lt;br /&gt;</w:t>
        <w:br/>
        <w:t>не розпізнаєш лінії. То рештки&lt;br /&gt;</w:t>
        <w:br/>
        <w:t>душі твоєї, що напівжива.&lt;br /&gt;</w:t>
        <w:br/>
        <w:t>О болю, болю, болю, болю мій!&lt;br /&gt;</w:t>
        <w:br/>
        <w:t>Куди мені податися, щоб тільки&lt;br /&gt;</w:t>
        <w:br/>
        <w:t>не трудити роз'ятреної рани,&lt;br /&gt;</w:t>
        <w:br/>
        <w:t>не дерти горла криком навісним?&lt;br /&gt;</w:t>
        <w:br/>
        <w:t>Стою, мов щовб, на вічній мерзлоті,&lt;br /&gt;</w:t>
        <w:br/>
        <w:t>де в сотню мишачих слідів угнались&lt;br /&gt;</w:t>
        <w:br/>
        <w:t>розпадки тьмаві — і скупу сльозу,&lt;br /&gt;</w:t>
        <w:br/>
        <w:t>що на морозі мерзне, ледь тамую:&lt;br /&gt;</w:t>
        <w:br/>
        <w:t>це ж ти, мій краю, в цятках крові — ти!&lt;br /&gt;</w:t>
        <w:br/>
        <w:t>Займанщино пекельна! Де не скинь&lt;br /&gt;</w:t>
        <w:br/>
        <w:t>страпатим оком — то охлялі надра,&lt;br /&gt;</w:t>
        <w:br/>
        <w:t>то рідний край пантрує звідусюди.&lt;br /&gt;</w:t>
        <w:br/>
        <w:t>"Це ж я (на голос Йорика) — це ж я".</w:t>
      </w:r>
    </w:p>
    <w:p>
      <w:r>
        <w:br/>
        <w:t>III</w:t>
      </w:r>
    </w:p>
    <w:p>
      <w:r>
        <w:br/>
        <w:t>Чотири вітри полощуть душу,&lt;br /&gt;</w:t>
        <w:br/>
        <w:t>у синій вазі стеблина яра,&lt;br /&gt;</w:t>
        <w:br/>
        <w:t>у вирві шалу, в світ-завірюсі&lt;br /&gt;</w:t>
        <w:br/>
        <w:t>чорніє безум хитай-води.&lt;br /&gt;</w:t>
        <w:br/>
        <w:t>Біля колчану хвостаті мітли,&lt;br /&gt;</w:t>
        <w:br/>
        <w:t>під борлаками, як запах бозу,&lt;br /&gt;</w:t>
        <w:br/>
        <w:t>убрався обрій вороноконій&lt;br /&gt;</w:t>
        <w:br/>
        <w:t>у смерк, у репет, у крик, у кров.&lt;br /&gt;</w:t>
        <w:br/>
        <w:t>Новгородці, новогородці!&lt;br /&gt;</w:t>
        <w:br/>
        <w:t>Загородила пуга дорогу.&lt;br /&gt;</w:t>
        <w:br/>
        <w:t>У синій вазі стеблина яра.&lt;br /&gt;</w:t>
        <w:br/>
        <w:t>Як білий бісер — холодний піт.&lt;br /&gt;</w:t>
        <w:br/>
        <w:t>О білий світе сторчоголовий —&lt;br /&gt;</w:t>
        <w:br/>
        <w:t>опріч опричнин — куди подітись?&lt;br /&gt;</w:t>
        <w:br/>
        <w:t>Кошлатий обрій вороноконій&lt;br /&gt;</w:t>
        <w:br/>
        <w:t>йде берегами ридай-ріки.</w:t>
      </w:r>
    </w:p>
    <w:p>
      <w:r>
        <w:br/>
        <w:t>IV</w:t>
      </w:r>
    </w:p>
    <w:p>
      <w:r>
        <w:br/>
        <w:t>Боже, не літості — лютості,&lt;br /&gt;</w:t>
        <w:br/>
        <w:t>Боже, не ласки, а мсти,&lt;br /&gt;</w:t>
        <w:br/>
        <w:t>дай розірвати нам пута ці,&lt;br /&gt;</w:t>
        <w:br/>
        <w:t>ретязі ці рознести.&lt;br /&gt;</w:t>
        <w:br/>
        <w:t>Дай нам серця неприкаяні,&lt;br /&gt;</w:t>
        <w:br/>
        <w:t>дай стрепіхатий стогнів,&lt;br /&gt;</w:t>
        <w:br/>
        <w:t>дум смолоскипи розмаяні&lt;br /&gt;</w:t>
        <w:br/>
        <w:t>між чужинецьких вогнів.&lt;br /&gt;</w:t>
        <w:br/>
        <w:t>Пориве, пориве, пориве,&lt;br /&gt;</w:t>
        <w:br/>
        <w:t>ревом порвемося в лет.&lt;br /&gt;</w:t>
        <w:br/>
        <w:t>Бач — розсвітається зариво,&lt;br /&gt;</w:t>
        <w:br/>
        <w:t>хай і на смерть, а вперед.&lt;br /&gt;</w:t>
        <w:br/>
        <w:t>Благословенна хай буде та&lt;br /&gt;</w:t>
        <w:br/>
        <w:t>куля туга, що разить&lt;br /&gt;</w:t>
        <w:br/>
        <w:t>плоть, щоб її не марудити&lt;br /&gt;</w:t>
        <w:br/>
        <w:t>в перечеканні століть.&lt;br /&gt;</w:t>
        <w:br/>
        <w:t>Боже, розплати шаленої,&lt;br /&gt;</w:t>
        <w:br/>
        <w:t>Боже, шаленої мсти,&lt;br /&gt;</w:t>
        <w:br/>
        <w:t>лютості всенаученної&lt;br /&gt;</w:t>
        <w:br/>
        <w:t>нам на всечас відпусти.</w:t>
      </w:r>
    </w:p>
    <w:p>
      <w:r>
        <w:br/>
        <w:t>V</w:t>
      </w:r>
    </w:p>
    <w:p>
      <w:r>
        <w:br/>
        <w:t>Зрадлива, зраджена Вітчизна в серці дзвонить&lt;br /&gt;</w:t>
        <w:br/>
        <w:t>і там росте, наш пригнітивши дух.&lt;br /&gt;</w:t>
        <w:br/>
        <w:t>Ви, нею марячи, зазнайте скрух і скрух —&lt;br /&gt;</w:t>
        <w:br/>
        <w:t>і най вас Бог, і най вас Бог боронить.&lt;br /&gt;</w:t>
        <w:br/>
        <w:t>Розкошлані на всіх вітрах вагань,&lt;br /&gt;</w:t>
        <w:br/>
        <w:t>як смолоскипи молодого болю,&lt;br /&gt;</w:t>
        <w:br/>
        <w:t>в неволі здобули для себе волю,&lt;br /&gt;</w:t>
        <w:br/>
        <w:t>ногою заступивши смертну грань.&lt;br /&gt;</w:t>
        <w:br/>
        <w:t>Щедрує вам безсмертя щедрий вечір&lt;br /&gt;</w:t>
        <w:br/>
        <w:t>в новій Вітчизні — по громадді спроб.&lt;br /&gt;</w:t>
        <w:br/>
        <w:t>Отож не ремствуйте, що вам на лоб&lt;br /&gt;</w:t>
        <w:br/>
        <w:t>поклав Господь свій світлий перст нищівний.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Трени М. Г. Чернишевського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