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Три пальми</w:t>
      </w:r>
    </w:p>
    <w:p>
      <w:r>
        <w:br/>
        <w:t xml:space="preserve"> (Східне сказання)</w:t>
      </w:r>
    </w:p>
    <w:p>
      <w:r>
        <w:br/>
        <w:t>У піщаних степах аравійської землі&lt;br /&gt;</w:t>
        <w:br/>
        <w:t>Три горді пальми високо росли.&lt;br /&gt;</w:t>
        <w:br/>
        <w:t>Родник між ними з ґрунту безплідною,&lt;br /&gt;</w:t>
        <w:br/>
        <w:t>Дзюркочучи, пробивався водою холодною,&lt;br /&gt;</w:t>
        <w:br/>
        <w:t>Бережене під покровом зелених листів&lt;br /&gt;</w:t>
        <w:br/>
        <w:t>Від спекотних променів і сипучих пісків.</w:t>
      </w:r>
    </w:p>
    <w:p>
      <w:r>
        <w:br/>
        <w:t>І багато років нечутно пройшли;&lt;br /&gt;</w:t>
        <w:br/>
        <w:t>Але мандрівник втомлений з далекої землі&lt;br /&gt;</w:t>
        <w:br/>
        <w:t>Палаючої грудьми до вологи студеної&lt;br /&gt;</w:t>
        <w:br/>
        <w:t>Ще не схилявся під Кучок зеленою,&lt;br /&gt;</w:t>
        <w:br/>
        <w:t>І стали вже сохнути від спекотних променів&lt;br /&gt;</w:t>
        <w:br/>
        <w:t>Розкішне листя і звучний струмок.</w:t>
      </w:r>
    </w:p>
    <w:p>
      <w:r>
        <w:br/>
        <w:t>І стали три пальми на Бога роптать1:&lt;br /&gt;</w:t>
        <w:br/>
        <w:t>"На те ль ми народилися, щоб тут в'янути?&lt;br /&gt;</w:t>
        <w:br/>
        <w:t>Без користі в пустелі росли і цвіли ми,&lt;br /&gt;</w:t>
        <w:br/>
        <w:t>Гойдає вихором і спекою паліми,&lt;br /&gt;</w:t>
        <w:br/>
        <w:t>Нічий прихильний не радуючи погляд? ..&lt;br /&gt;</w:t>
        <w:br/>
        <w:t>Не правий твій, про небо, святий вирок! "</w:t>
      </w:r>
    </w:p>
    <w:p>
      <w:r>
        <w:br/>
        <w:t>І тільки замовкли – в дали блакитний&lt;br /&gt;</w:t>
        <w:br/>
        <w:t>Стовпом вже крутився пісок золотий,&lt;br /&gt;</w:t>
        <w:br/>
        <w:t>Дзвінків лунали безладні звуки,&lt;br /&gt;</w:t>
        <w:br/>
        <w:t>Рясніли килимами вкриті в'юки,&lt;br /&gt;</w:t>
        <w:br/>
        <w:t>І йшов, гойдаючись, як у морі човник,&lt;br /&gt;</w:t>
        <w:br/>
        <w:t>Верблюд за верблюдом, підриваючи пісок.</w:t>
      </w:r>
    </w:p>
    <w:p>
      <w:r>
        <w:br/>
        <w:t>Мотаючись, висіли між твердих горбів&lt;br /&gt;</w:t>
        <w:br/>
        <w:t>Візерункові підлоги похідних наметів;&lt;br /&gt;</w:t>
        <w:br/>
        <w:t>Їх смагляві ручки часом підіймали,&lt;br /&gt;</w:t>
        <w:br/>
        <w:t>І чорні очі звідти виблискували …&lt;br /&gt;</w:t>
        <w:br/>
        <w:t>І, стан худорлявий до луки наклоня,&lt;br /&gt;</w:t>
        <w:br/>
        <w:t>Араб гарячу вороного коня.</w:t>
      </w:r>
    </w:p>
    <w:p>
      <w:r>
        <w:br/>
        <w:t>І кінь на диби піднімався часом,&lt;br /&gt;</w:t>
        <w:br/>
        <w:t>І стрибав, як барс, вражений стрілою;&lt;br /&gt;</w:t>
        <w:br/>
        <w:t>І білого одягу красиві складки&lt;br /&gt;</w:t>
        <w:br/>
        <w:t>По плечах фаріса2 вилися в безладді;&lt;br /&gt;</w:t>
        <w:br/>
        <w:t>І, з криком і свистом несясь по піску,&lt;br /&gt;</w:t>
        <w:br/>
        <w:t>Кидав і ловив він спис на скаку.</w:t>
      </w:r>
    </w:p>
    <w:p>
      <w:r>
        <w:br/>
        <w:t>Ось до пальм підходить, галасуючи, караван;&lt;br /&gt;</w:t>
        <w:br/>
        <w:t>У тіні їх веселий розкинувся стан.&lt;br /&gt;</w:t>
        <w:br/>
        <w:t>Глечики, звучачи, наліліся водою,&lt;br /&gt;</w:t>
        <w:br/>
        <w:t>І, гордо киваючи махрової головою,&lt;br /&gt;</w:t>
        <w:br/>
        <w:t>Вітають пальми нежданих гостей,&lt;br /&gt;</w:t>
        <w:br/>
        <w:t>І щедро напуває їх студений струмок.</w:t>
      </w:r>
    </w:p>
    <w:p>
      <w:r>
        <w:br/>
        <w:t>Але тільки що сутінок на землю впав,&lt;br /&gt;</w:t>
        <w:br/>
        <w:t>За коріння пружним сокиру застукав,&lt;br /&gt;</w:t>
        <w:br/>
        <w:t>І впали без життя вихованці століть!&lt;br /&gt;</w:t>
        <w:br/>
        <w:t>Одяг їх зірвали малі діти,&lt;br /&gt;</w:t>
        <w:br/>
        <w:t>Порубані були тіла їх потім,&lt;br /&gt;</w:t>
        <w:br/>
        <w:t>І повільно палили їх до ранку вогнем.</w:t>
      </w:r>
    </w:p>
    <w:p>
      <w:r>
        <w:br/>
        <w:t>Коли ж на захід помчав туман,&lt;br /&gt;</w:t>
        <w:br/>
        <w:t>Урочний свій шлях продовжував караван;&lt;br /&gt;</w:t>
        <w:br/>
        <w:t>І слідом сумним на ґрунті безплідною&lt;br /&gt;</w:t>
        <w:br/>
        <w:t>Виднівся лише попіл сивий і холодний.&lt;br /&gt;</w:t>
        <w:br/>
        <w:t>І сонце залишки сухі дожгло,&lt;br /&gt;</w:t>
        <w:br/>
        <w:t>А вітром їх в степу потім рознесло.</w:t>
      </w:r>
    </w:p>
    <w:p>
      <w:r>
        <w:br/>
        <w:t>І нині все дико і порожньо навкруги –&lt;br /&gt;</w:t>
        <w:br/>
        <w:t>Чи не шепочуться листя з гримучим ключем;&lt;br /&gt;</w:t>
        <w:br/>
        <w:t>Даремно Пророка про тіні він просить –&lt;br /&gt;</w:t>
        <w:br/>
        <w:t>Його лише пісок розпечений заносить,&lt;br /&gt;</w:t>
        <w:br/>
        <w:t>Так шуліка чубатий, степовий відлюдник,&lt;br /&gt;</w:t>
        <w:br/>
        <w:t>Видобуток терзає і щипає над ним.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Три пальми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