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принцеси</w:t>
      </w:r>
    </w:p>
    <w:p>
      <w:r>
        <w:br/>
        <w:t xml:space="preserve"> Немов чарівні декорації —&lt;br /&gt;</w:t>
        <w:br/>
        <w:t>жасмин, троянди і бузок.&lt;br /&gt;</w:t>
        <w:br/>
        <w:t>Кузини мамині, три ґрації,&lt;br /&gt;</w:t>
        <w:br/>
        <w:t>як три принцеси із казок.</w:t>
      </w:r>
    </w:p>
    <w:p>
      <w:r>
        <w:br/>
        <w:t>Які ж були вони вродливі,&lt;br /&gt;</w:t>
        <w:br/>
        <w:t>три Лади-Либеді тоді!&lt;br /&gt;</w:t>
        <w:br/>
        <w:t>І трішки-трішки вередливі,&lt;br /&gt;</w:t>
        <w:br/>
        <w:t>і дуже-дуже молоді.</w:t>
      </w:r>
    </w:p>
    <w:p>
      <w:r>
        <w:br/>
        <w:t>До них у гості ми приходили,&lt;br /&gt;</w:t>
        <w:br/>
        <w:t>вони жили через город.&lt;br /&gt;</w:t>
        <w:br/>
        <w:t>О тихий сад мойого подиву,&lt;br /&gt;</w:t>
        <w:br/>
        <w:t>де сливи звалися ренклод!</w:t>
      </w:r>
    </w:p>
    <w:p>
      <w:r>
        <w:br/>
        <w:t>Де шпак літає,&lt;br /&gt;</w:t>
        <w:br/>
        <w:t>сойка літує,&lt;br /&gt;</w:t>
        <w:br/>
        <w:t>принцеси ходять серед клумб...&lt;br /&gt;</w:t>
        <w:br/>
        <w:t>А їх давно вже переслідує&lt;br /&gt;</w:t>
        <w:br/>
        <w:t>страшний безжалісний чаклун</w:t>
      </w:r>
    </w:p>
    <w:p>
      <w:r>
        <w:br/>
        <w:t>Він поселився в домі їхньому,&lt;br /&gt;</w:t>
        <w:br/>
        <w:t>під зорепадом жолудів.&lt;br /&gt;</w:t>
        <w:br/>
        <w:t>Колись я ввечері приїхала&lt;br /&gt;</w:t>
        <w:br/>
        <w:t>І чула, як він шарудів.</w:t>
      </w:r>
    </w:p>
    <w:p>
      <w:r>
        <w:br/>
        <w:t>В тому годиннику з зозулькою&lt;br /&gt;</w:t>
        <w:br/>
        <w:t>він причаївся у кутку&lt;br /&gt;</w:t>
        <w:br/>
        <w:t>Вона з віконечка вигулькує,&lt;br /&gt;</w:t>
        <w:br/>
        <w:t>ніяк не вимовить: "Ку-ку!"</w:t>
      </w:r>
    </w:p>
    <w:p>
      <w:r>
        <w:br/>
        <w:t>Над тою гиркою деркучою&lt;br /&gt;</w:t>
        <w:br/>
        <w:t>вже й не ворушиться вона,&lt;br /&gt;</w:t>
        <w:br/>
        <w:t>бо хтось підкручує, підкручує&lt;br /&gt;</w:t>
        <w:br/>
        <w:t>залізні вуса чаклуна...</w:t>
      </w:r>
    </w:p>
    <w:p>
      <w:r>
        <w:br/>
        <w:t>Стоять садів квітучі повені.&lt;br /&gt;</w:t>
        <w:br/>
        <w:t>А я зайти туди боюсь.&lt;br /&gt;</w:t>
        <w:br/>
        <w:t>Там три принцеси зачакловані&lt;br /&gt;</w:t>
        <w:br/>
        <w:t>у сивих зморщених бабусь.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принцеси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