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яблук циганок</w:t>
      </w:r>
    </w:p>
    <w:p>
      <w:r>
        <w:br/>
        <w:t xml:space="preserve"> Коли юна вдова,&lt;br /&gt;</w:t>
        <w:br/>
        <w:t>Як громом побита яблуня,&lt;br /&gt;</w:t>
        <w:br/>
        <w:t>Наша вчителька перша&lt;br /&gt;</w:t>
        <w:br/>
        <w:t>Фросина Федотівна Комашко&lt;br /&gt;</w:t>
        <w:br/>
        <w:t>Ридала біля трьох своїх хлопців —&lt;br /&gt;</w:t>
        <w:br/>
        <w:t>Шури, Володі і Толі,&lt;br /&gt;</w:t>
        <w:br/>
        <w:t>Коли найгарніша учителька,&lt;br /&gt;</w:t>
        <w:br/>
        <w:t>В яку ми були закохані&lt;br /&gt;</w:t>
        <w:br/>
        <w:t>Первісною чистотою дитинства,&lt;br /&gt;</w:t>
        <w:br/>
        <w:t>Коли вона всім сказала:&lt;br /&gt;</w:t>
        <w:br/>
        <w:t>— Людоньки, Перемога! —&lt;br /&gt;</w:t>
        <w:br/>
        <w:t>Коли вона першачків розіслала&lt;br /&gt;</w:t>
        <w:br/>
        <w:t>Білими метеликами по селу,&lt;br /&gt;</w:t>
        <w:br/>
        <w:t>Ми розбіглися по селу,&lt;br /&gt;</w:t>
        <w:br/>
        <w:t>Як білі метелики,&lt;br /&gt;</w:t>
        <w:br/>
        <w:t>У найчистіших своїх сорочках,&lt;br /&gt;</w:t>
        <w:br/>
        <w:t>У яких нас війна помилувала.&lt;br /&gt;</w:t>
        <w:br/>
        <w:t>Кожен з нас мав прийти до вдови&lt;br /&gt;</w:t>
        <w:br/>
        <w:t>І сказати про Перемогу.&lt;br /&gt;</w:t>
        <w:br/>
        <w:t>Так було вдів багато,&lt;br /&gt;</w:t>
        <w:br/>
        <w:t>Що школярів не вистачило.&lt;br /&gt;</w:t>
        <w:br/>
        <w:t>Мене аж в Підліс послали,&lt;br /&gt;</w:t>
        <w:br/>
        <w:t>До старої баби Параски.&lt;br /&gt;</w:t>
        <w:br/>
        <w:t>Я полем чимчикував&lt;br /&gt;</w:t>
        <w:br/>
        <w:t>І боявся іти, аж ламався.&lt;br /&gt;</w:t>
        <w:br/>
        <w:t>— Що їй сказати і як? —&lt;br /&gt;</w:t>
        <w:br/>
        <w:t>Три похоронки на трьох синів&lt;br /&gt;</w:t>
        <w:br/>
        <w:t>Дістала баба Параска&lt;br /&gt;</w:t>
        <w:br/>
        <w:t>І кожного разу ридала,&lt;br /&gt;</w:t>
        <w:br/>
        <w:t>Ледве небо на неї не впало&lt;br /&gt;</w:t>
        <w:br/>
        <w:t>І не вбило її хмаровищем.&lt;br /&gt;</w:t>
        <w:br/>
        <w:t>Ми, бувало, в садок, її лазили&lt;br /&gt;</w:t>
        <w:br/>
        <w:t>І патрали груші і яблука&lt;br /&gt;</w:t>
        <w:br/>
        <w:t>І боялись її синів-вушкодерників,&lt;br /&gt;</w:t>
        <w:br/>
        <w:t>Що ловили нас, і хмолостали,&lt;br /&gt;</w:t>
        <w:br/>
        <w:t>І за вуха підсмикували,&lt;br /&gt;</w:t>
        <w:br/>
        <w:t>Щоб росли ми нівроку...&lt;br /&gt;</w:t>
        <w:br/>
        <w:t>Тепер нікому, нікому, нікому!&lt;br /&gt;</w:t>
        <w:br/>
        <w:t>Як одчинив я ту хвіртку,&lt;br /&gt;</w:t>
        <w:br/>
        <w:t>Як через сад я знайомий пройшов!&lt;br /&gt;</w:t>
        <w:br/>
        <w:t>Баба сиділа, картоплю перебирала.&lt;br /&gt;</w:t>
        <w:br/>
        <w:t>Подивилась на мене, малого горобчика&lt;br /&gt;</w:t>
        <w:br/>
        <w:t>В білій сорочці і з переляком в очах.&lt;br /&gt;</w:t>
        <w:br/>
        <w:t>— Чого б то тебе принесло, дитино?&lt;br /&gt;</w:t>
        <w:br/>
        <w:t>— Того, бабо, що вже Перемога&lt;br /&gt;</w:t>
        <w:br/>
        <w:t>І до сільради кличуть на мітинг...—&lt;br /&gt;</w:t>
        <w:br/>
        <w:t>Як сиділа баба, отак і сиділа.&lt;br /&gt;</w:t>
        <w:br/>
        <w:t>Потім встала, пішла до льоху,&lt;br /&gt;</w:t>
        <w:br/>
        <w:t>З фартуха обтрусивши росточки.&lt;br /&gt;</w:t>
        <w:br/>
        <w:t>І не плакала, і не ридала,&lt;br /&gt;</w:t>
        <w:br/>
        <w:t>Чого я боявся найбільше,&lt;br /&gt;</w:t>
        <w:br/>
        <w:t>Тільки йшла, переламана втричі,&lt;br /&gt;</w:t>
        <w:br/>
        <w:t>І переламаною повернулась —&lt;br /&gt;</w:t>
        <w:br/>
        <w:t>Троє червоних яблук винесла&lt;br /&gt;</w:t>
        <w:br/>
        <w:t>З того тьмотьменного льоху&lt;br /&gt;</w:t>
        <w:br/>
        <w:t>І без слів мені в руки тицьнула&lt;br /&gt;</w:t>
        <w:br/>
        <w:t>Троє червоних циганок,&lt;br /&gt;</w:t>
        <w:br/>
        <w:t>Що палали під цвітом яблунь.&lt;br /&gt;</w:t>
        <w:br/>
        <w:t>— Не піду я, дитино, нікуди,&lt;br /&gt;</w:t>
        <w:br/>
        <w:t>А від хлопців, синок, це тобі...—&lt;br /&gt;</w:t>
        <w:br/>
        <w:t>І в чоло мене поцілувала&lt;br /&gt;</w:t>
        <w:br/>
        <w:t>Таж сухими, як горе, губами&lt;br /&gt;</w:t>
        <w:br/>
        <w:t>Й до картоплі під цвітом всілася...&lt;br /&gt;</w:t>
        <w:br/>
        <w:t>Йшов я полем, і двоє яблук&lt;br /&gt;</w:t>
        <w:br/>
        <w:t>Пропікало мені кишені,&lt;br /&gt;</w:t>
        <w:br/>
        <w:t>Третє яблуко ніс я в руках —&lt;br /&gt;</w:t>
        <w:br/>
        <w:t>Обпікало мені воно руки.&lt;br /&gt;</w:t>
        <w:br/>
        <w:t>Наче перше яблуко був Сергій-танкіст,&lt;br /&gt;</w:t>
        <w:br/>
        <w:t>Що мене на коня підсаджував,&lt;br /&gt;</w:t>
        <w:br/>
        <w:t>Наче друге яблуко був Василь-матрос,&lt;br /&gt;</w:t>
        <w:br/>
        <w:t>Що давав поносить безкозирку,&lt;br /&gt;</w:t>
        <w:br/>
        <w:t>А вже третє яблуко&lt;br /&gt;</w:t>
        <w:br/>
        <w:t>був найменший, Влас,&lt;br /&gt;</w:t>
        <w:br/>
        <w:t>З яким бігав я по городах&lt;br /&gt;</w:t>
        <w:br/>
        <w:t>І який аж до Праги добіг,&lt;br /&gt;</w:t>
        <w:br/>
        <w:t>Та не зміг повернутись додому...&lt;br /&gt;</w:t>
        <w:br/>
        <w:t>Так пекли мене троє яблук,&lt;br /&gt;</w:t>
        <w:br/>
        <w:t>Що я мчав як стріла до школи,&lt;br /&gt;</w:t>
        <w:br/>
        <w:t>До Фросини Федотівни швидше.&lt;br /&gt;</w:t>
        <w:br/>
        <w:t>— Ось вам баба передала&lt;br /&gt;</w:t>
        <w:br/>
        <w:t>Троє яблук для ваших трьох:&lt;br /&gt;</w:t>
        <w:br/>
        <w:t>Це Володі, це Шурі, це Толі...—&lt;br /&gt;</w:t>
        <w:br/>
        <w:t>Так звільнився, аж я зітхнув,&lt;br /&gt;</w:t>
        <w:br/>
        <w:t>Не пекли вже кишені і руки.&lt;br /&gt;</w:t>
        <w:br/>
        <w:t>Пломенисті циганки жаріли,&lt;br /&gt;</w:t>
        <w:br/>
        <w:t>Осявали весь клас, і всю школу,&lt;br /&gt;</w:t>
        <w:br/>
        <w:t>І веселу в сльозах Фросину Федотівну&lt;br /&gt;</w:t>
        <w:br/>
        <w:t>Із трьома її сиротами&lt;br /&gt;</w:t>
        <w:br/>
        <w:t>Під багряним крилом Перемоги.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яблук циганок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