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 слова про набиті трамваї...</w:t>
      </w:r>
    </w:p>
    <w:p>
      <w:r>
        <w:br/>
        <w:t xml:space="preserve"> Ці слова — про набиті трамваї&lt;br /&gt;</w:t>
        <w:br/>
        <w:t>У вечірні просинені сутінки,&lt;br /&gt;</w:t>
        <w:br/>
        <w:t>Про зволожене танучим снігом&lt;br /&gt;</w:t>
        <w:br/>
        <w:t>Вітряне різкувате повітря,&lt;br /&gt;</w:t>
        <w:br/>
        <w:t>І про слюсаря з смуглим обличчям,&lt;br /&gt;</w:t>
        <w:br/>
        <w:t>Поцяткованим ластовинням,&lt;br /&gt;</w:t>
        <w:br/>
        <w:t>І про мрійні і теплі фіалки&lt;br /&gt;</w:t>
        <w:br/>
        <w:t>У спітнілій його руці.</w:t>
      </w:r>
    </w:p>
    <w:p>
      <w:r>
        <w:br/>
        <w:t>Ці слова — про терпку утому,&lt;br /&gt;</w:t>
        <w:br/>
        <w:t>Що сплива водяними струмками&lt;br /&gt;</w:t>
        <w:br/>
        <w:t>У блискучий цинковий тазик&lt;br /&gt;</w:t>
        <w:br/>
        <w:t>З його шиї, плечей і спини;&lt;br /&gt;</w:t>
        <w:br/>
        <w:t>Про рожевий ворсистий рушник&lt;br /&gt;</w:t>
        <w:br/>
        <w:t>З ледь відчутним тривожачим запахом&lt;br /&gt;</w:t>
        <w:br/>
        <w:t>Молодого жіночого тіла,&lt;br /&gt;</w:t>
        <w:br/>
        <w:t>І про очі, яким він привіз&lt;br /&gt;</w:t>
        <w:br/>
        <w:t>Соромливі свої фіалки.</w:t>
      </w:r>
    </w:p>
    <w:p>
      <w:r>
        <w:br/>
        <w:t>Ці слова — про сплетені руки,&lt;br /&gt;</w:t>
        <w:br/>
        <w:t>Про жагучі шепоти юності,&lt;br /&gt;</w:t>
        <w:br/>
        <w:t>Що війнули з податливих вуст&lt;br /&gt;</w:t>
        <w:br/>
        <w:t>І згубились в розкішній косі дружини.&lt;br /&gt;</w:t>
        <w:br/>
        <w:t>Ці слова — про фіалки щастя,&lt;br /&gt;</w:t>
        <w:br/>
        <w:t>Що порану цвітуть під очима&lt;br /&gt;</w:t>
        <w:br/>
        <w:t>В захмелілий медовий місяць.&lt;br /&gt;</w:t>
        <w:br/>
        <w:t>Ці слова — про нове життя,&lt;br /&gt;</w:t>
        <w:br/>
        <w:t>Що заб'ється під серцем матері&lt;br /&gt;</w:t>
        <w:br/>
        <w:t>Після ніжного того цвітіння.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 слова про набиті трамваї...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