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Цяцькований Осел</w:t>
      </w:r>
    </w:p>
    <w:p>
      <w:r>
        <w:br/>
        <w:t xml:space="preserve"> Додумався осел, що він якаясь мина,&lt;br /&gt;</w:t>
        <w:br/>
        <w:t>Зневагу від усіх доводиться терпіть,&lt;br /&gt;</w:t>
        <w:br/>
        <w:t>Що надокучила така лиха година,&lt;br /&gt;</w:t>
        <w:br/>
        <w:t>Що треба і йому хоч трохи краще жить.&lt;br /&gt;</w:t>
        <w:br/>
        <w:t>Він чув, що там, над морем широченним,&lt;br /&gt;</w:t>
        <w:br/>
        <w:t>Стоїть гора одна;&lt;br /&gt;</w:t>
        <w:br/>
        <w:t>На тій горі, під дубом височенним,&lt;br /&gt;</w:t>
        <w:br/>
        <w:t>Сидить всесвітній старшина;&lt;br /&gt;</w:t>
        <w:br/>
        <w:t>По-вченому Юпітером він зветься,&lt;br /&gt;</w:t>
        <w:br/>
        <w:t>По-простому ж — Нечипір Громовик,&lt;br /&gt;</w:t>
        <w:br/>
        <w:t>Як гримне — аж земля трясеться,&lt;br /&gt;</w:t>
        <w:br/>
        <w:t>Жахається і звір, і чоловік.&lt;br /&gt;</w:t>
        <w:br/>
        <w:t>— Піду,-сказав Осел,— хоч що вже буде!&lt;br /&gt;</w:t>
        <w:br/>
        <w:t>Побачимо, чи правду кажуть люде,&lt;br /&gt;</w:t>
        <w:br/>
        <w:t>Що нібито відвага сльози ллє,&lt;br /&gt;</w:t>
        <w:br/>
        <w:t>А в добрий час меди і вина п’є.-&lt;br /&gt;</w:t>
        <w:br/>
        <w:t>Прийшов, на гору зліз, низенько поклонився,&lt;br /&gt;</w:t>
        <w:br/>
        <w:t>А Громовик до його обізвавсь:&lt;br /&gt;</w:t>
        <w:br/>
        <w:t>— Чого се ти тут опинився?&lt;br /&gt;</w:t>
        <w:br/>
        <w:t>І як се ти сюди пропхавсь?&lt;br /&gt;</w:t>
        <w:br/>
        <w:t>— Приволокла лиха година!&lt;br /&gt;</w:t>
        <w:br/>
        <w:t>Сміється з мене всякий біс,-&lt;br /&gt;</w:t>
        <w:br/>
        <w:t>Жаліється Осел,— усякая скотина&lt;br /&gt;</w:t>
        <w:br/>
        <w:t>Дере передо мною ніс.&lt;br /&gt;</w:t>
        <w:br/>
        <w:t>От хоч і коні… збруя, бляшки,&lt;br /&gt;</w:t>
        <w:br/>
        <w:t>Коваль підкови їм кує,&lt;br /&gt;</w:t>
        <w:br/>
        <w:t>Прикраси їм усякі є —&lt;br /&gt;</w:t>
        <w:br/>
        <w:t>Побрязкачі, блискучі цвяшки…&lt;br /&gt;</w:t>
        <w:br/>
        <w:t>А я… отак, як бач,&lt;br /&gt;</w:t>
        <w:br/>
        <w:t>Хвіст теліпається, та й годі,&lt;br /&gt;</w:t>
        <w:br/>
        <w:t>Нема порадоньки, хоч плач…&lt;br /&gt;</w:t>
        <w:br/>
        <w:t>Владико! Змилуйся в пригоді! —&lt;br /&gt;</w:t>
        <w:br/>
        <w:t>Владика засміявсь, аж ліс застугонів;&lt;br /&gt;</w:t>
        <w:br/>
        <w:t>Покликав він Фортуниху Домаху;&lt;br /&gt;</w:t>
        <w:br/>
        <w:t>— Ану, лиш,— каже їй,— порадуй бідолаху,&lt;br /&gt;</w:t>
        <w:br/>
        <w:t>Щоб між людьми і він бринів;&lt;br /&gt;</w:t>
        <w:br/>
        <w:t>Ти начепи йому на шию срібний дзвоник;&lt;br /&gt;</w:t>
        <w:br/>
        <w:t>Нехай, радіючи, хвостом вертить,&lt;br /&gt;</w:t>
        <w:br/>
        <w:t>Як у болоті ополоник,&lt;br /&gt;</w:t>
        <w:br/>
        <w:t>І дзвоником бряжчить.-&lt;br /&gt;</w:t>
        <w:br/>
        <w:t>Зрадів Осел, у ноги повалився,&lt;br /&gt;</w:t>
        <w:br/>
        <w:t>Фортуниху у рученьку лизнув&lt;br /&gt;</w:t>
        <w:br/>
        <w:t>І так з гори чимчикувать пустився,&lt;br /&gt;</w:t>
        <w:br/>
        <w:t>Що трохи шиї не звернув.&lt;br /&gt;</w:t>
        <w:br/>
        <w:t>Побіг він навпростець, нічого не минає,&lt;br /&gt;</w:t>
        <w:br/>
        <w:t>Чи нива, чи баштан— не розбирає.&lt;br /&gt;</w:t>
        <w:br/>
        <w:t>Толочить і ламає.&lt;br /&gt;</w:t>
        <w:br/>
        <w:t>На вигоні телят перелякав;&lt;br /&gt;</w:t>
        <w:br/>
        <w:t>Ускочив у село — всяк очі витріщає,&lt;br /&gt;</w:t>
        <w:br/>
        <w:t>А він брикає, хвіст задрав,&lt;br /&gt;</w:t>
        <w:br/>
        <w:t>Аж куряву підняв,&lt;br /&gt;</w:t>
        <w:br/>
        <w:t>Собаки гавкають, і дітвора тікає…&lt;br /&gt;</w:t>
        <w:br/>
        <w:t>Цяцькований Осел придбав нову біду,&lt;br /&gt;</w:t>
        <w:br/>
        <w:t>Де не повернеться — усе не до ладу,&lt;br /&gt;</w:t>
        <w:br/>
        <w:t>Чи шкоду втне — не подарують,&lt;br /&gt;</w:t>
        <w:br/>
        <w:t>Почують, що дзвенить,— палюгою частують.</w:t>
      </w:r>
    </w:p>
    <w:p>
      <w:r>
        <w:br/>
        <w:t>Осел прислів’я нагадав,&lt;br /&gt;</w:t>
        <w:br/>
        <w:t>А я до байки приладнав:&lt;br /&gt;</w:t>
        <w:br/>
        <w:t>Нехай не забувають люде,&lt;br /&gt;</w:t>
        <w:br/>
        <w:t>Що дурень всюди дурнем буде.&lt;br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Цяцькований Осел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