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Шатмарі</w:t>
      </w:r>
    </w:p>
    <w:p>
      <w:r>
        <w:br/>
        <w:t xml:space="preserve"> &lt;p&gt;У Шатмар-Неметі на різницю ми не попали.</w:t>
      </w:r>
    </w:p>
    <w:p>
      <w:r>
        <w:br/>
        <w:t>Наняли кімнатку в старозаконного жида й замешкали в ній.</w:t>
      </w:r>
    </w:p>
    <w:p>
      <w:r>
        <w:br/>
        <w:t>Кімнатка невеличка, а нас п'ятеро душ.</w:t>
      </w:r>
    </w:p>
    <w:p>
      <w:r>
        <w:br/>
        <w:t>Добре, що осінь тепла і ясна, не треба вікон зачиняти.</w:t>
      </w:r>
    </w:p>
    <w:p>
      <w:r>
        <w:br/>
        <w:t>Злодія не боїмося, бо немає що красти.</w:t>
      </w:r>
    </w:p>
    <w:p>
      <w:r>
        <w:br/>
        <w:t>Тільки добра, що на нас, і тільки нашої потіхи...</w:t>
      </w:r>
    </w:p>
    <w:p>
      <w:r>
        <w:br/>
        <w:t>Хата стоїть далеко за містом, над великим болотом.</w:t>
      </w:r>
    </w:p>
    <w:p>
      <w:r>
        <w:br/>
        <w:t>Воно й не висихає ніколи.</w:t>
      </w:r>
    </w:p>
    <w:p>
      <w:r>
        <w:br/>
        <w:t>В болоті з ранку до ночі риються свині, — великі, товсті, сірі.</w:t>
      </w:r>
    </w:p>
    <w:p>
      <w:r>
        <w:br/>
        <w:t>Розкошують, як крокодили в Нілі. Сонце світить на них.</w:t>
      </w:r>
    </w:p>
    <w:p>
      <w:r>
        <w:br/>
        <w:t>Болото і вони — одне. Нічого їм більше не треба. Щасливі!</w:t>
      </w:r>
    </w:p>
    <w:p>
      <w:r>
        <w:br/>
        <w:t>А за хатою соняшники великі, у вікна заглядають.</w:t>
      </w:r>
    </w:p>
    <w:p>
      <w:r>
        <w:br/>
        <w:t>Між соняшниками криниця. Над нею журавель. До неба шию витягає.</w:t>
      </w:r>
    </w:p>
    <w:p>
      <w:r>
        <w:br/>
        <w:t>За соняшниками й за журавлем поле.</w:t>
      </w:r>
    </w:p>
    <w:p>
      <w:r>
        <w:br/>
        <w:t>Копи на ньому стоять, такі, як у нас. Тільки ніхто не толочить їх кіньми і кулі у них не влучають.</w:t>
      </w:r>
    </w:p>
    <w:p>
      <w:r>
        <w:br/>
        <w:t>Від копи до копи бабине літо снується. Вітерець від Карпатів віє, полониною пахне.</w:t>
      </w:r>
    </w:p>
    <w:p>
      <w:r>
        <w:br/>
        <w:t>Здається нам, що шматок рідної землі прибіг аж тут за нами-</w:t>
      </w:r>
    </w:p>
    <w:p>
      <w:r>
        <w:br/>
        <w:t>Гей, рідна земле, уже ти за горою єси!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Шатмарі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