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день мого тридцятишестиліття</w:t>
      </w:r>
    </w:p>
    <w:p>
      <w:r>
        <w:br/>
        <w:t xml:space="preserve"> Вгамуйся, серце. Вибив час.&lt;br /&gt;</w:t>
        <w:br/>
        <w:t>Нікого нам не зворушить.&lt;br /&gt;</w:t>
        <w:br/>
        <w:t>Нехай любов обходить нас,&lt;br /&gt;</w:t>
        <w:br/>
        <w:t>Та нам — любить.</w:t>
      </w:r>
    </w:p>
    <w:p>
      <w:r>
        <w:br/>
        <w:t>Пожовкли днів моїх листки,&lt;br /&gt;</w:t>
        <w:br/>
        <w:t>Засох любові цвіт і плід.&lt;br /&gt;</w:t>
        <w:br/>
        <w:t>Повзуть скорбота й хробаки&lt;br /&gt;</w:t>
        <w:br/>
        <w:t>За мною вслід.</w:t>
      </w:r>
    </w:p>
    <w:p>
      <w:r>
        <w:br/>
        <w:t>Немов вулкан той із жерла,&lt;br /&gt;</w:t>
        <w:br/>
        <w:t>Жирущий пломінь в груди б'є,—&lt;br /&gt;</w:t>
        <w:br/>
        <w:t>Та не світильник, то пала&lt;br /&gt;</w:t>
        <w:br/>
        <w:t>Життя моє.</w:t>
      </w:r>
    </w:p>
    <w:p>
      <w:r>
        <w:br/>
        <w:t>Минули дні тривог, надій,&lt;br /&gt;</w:t>
        <w:br/>
        <w:t>Любові, ревнощів, жаги.&lt;br /&gt;</w:t>
        <w:br/>
        <w:t>З кохання весь набуток мій —&lt;br /&gt;</w:t>
        <w:br/>
        <w:t>То ланцюги.</w:t>
      </w:r>
    </w:p>
    <w:p>
      <w:r>
        <w:br/>
        <w:t>Та геть ганебні ці думки!&lt;br /&gt;</w:t>
        <w:br/>
        <w:t>Душе моя, гори лиш там,&lt;br /&gt;</w:t>
        <w:br/>
        <w:t>Де Слава лаврові вінки&lt;br /&gt;</w:t>
        <w:br/>
        <w:t>Сплітає нам.</w:t>
      </w:r>
    </w:p>
    <w:p>
      <w:r>
        <w:br/>
        <w:t>О поле битви, зброї дзвін,&lt;br /&gt;</w:t>
        <w:br/>
        <w:t>Що славить Грецію мою!&lt;br /&gt;</w:t>
        <w:br/>
        <w:t>Вільніший я, ніж Спарти син,&lt;br /&gt;</w:t>
        <w:br/>
        <w:t>Що ліг в бою!</w:t>
      </w:r>
    </w:p>
    <w:p>
      <w:r>
        <w:br/>
        <w:t>Повстань! Еллади лине зов.&lt;br /&gt;</w:t>
        <w:br/>
        <w:t>Зміцни свій дух! Не забувай,&lt;br /&gt;</w:t>
        <w:br/>
        <w:t>Чия у тебе в жилах кров.&lt;br /&gt;</w:t>
        <w:br/>
        <w:t>На бій рушай!</w:t>
      </w:r>
    </w:p>
    <w:p>
      <w:r>
        <w:br/>
        <w:t>Притлум чуттів невчасних жар&lt;br /&gt;</w:t>
        <w:br/>
        <w:t>І ниці пристрасті круши!&lt;br /&gt;</w:t>
        <w:br/>
        <w:t>Хай вроди згубної пожар&lt;br /&gt;</w:t>
        <w:br/>
        <w:t>Не йме душі!</w:t>
      </w:r>
    </w:p>
    <w:p>
      <w:r>
        <w:br/>
        <w:t>Як шкода молодих років,&lt;br /&gt;</w:t>
        <w:br/>
        <w:t>На жертву волі їх оддай!&lt;br /&gt;</w:t>
        <w:br/>
        <w:t>До битви стати час наспів.&lt;br /&gt;</w:t>
        <w:br/>
        <w:t>В борні сконай!</w:t>
      </w:r>
    </w:p>
    <w:p>
      <w:r>
        <w:br/>
        <w:t>За волю в гордім цім краю&lt;br /&gt;</w:t>
        <w:br/>
        <w:t>Борися всупір долі злій.&lt;br /&gt;</w:t>
        <w:br/>
        <w:t>Знайди в бою і смерть свою,&lt;br /&gt;</w:t>
        <w:br/>
        <w:t>І супокій!</w:t>
      </w:r>
    </w:p>
    <w:p>
      <w:r>
        <w:br/>
        <w:t>22 січня 1824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день мого тридцятишестиліття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