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долах</w:t>
      </w:r>
    </w:p>
    <w:p>
      <w:r>
        <w:br/>
        <w:t xml:space="preserve"> &lt;p&gt;Присвята В-у і О-у</w:t>
      </w:r>
    </w:p>
    <w:p>
      <w:r>
        <w:br/>
        <w:t>Стоїть ліс. З дерев: берези, трепети, черемхи, дубини і т. ін.</w:t>
      </w:r>
    </w:p>
    <w:p>
      <w:r>
        <w:br/>
        <w:t>Восени опадає листя, жовкне і шелестить. Грає з світлі різними барвами, іноді місцями жаріє проти сонця, мов само полум'я.</w:t>
      </w:r>
    </w:p>
    <w:p>
      <w:r>
        <w:br/>
        <w:t>Між ними одна сосна, все зеленіє.</w:t>
      </w:r>
    </w:p>
    <w:p>
      <w:r>
        <w:br/>
        <w:t>— Чого зеленієш? — накинулися дерева одного разу на неї.— Ми всі осінню жовкнем і скидаємо листя, а ти одна хочеш відзначатись в лісі?</w:t>
      </w:r>
    </w:p>
    <w:p>
      <w:r>
        <w:br/>
        <w:t>— Я сосна,— відповіла вона поважно.</w:t>
      </w:r>
    </w:p>
    <w:p>
      <w:r>
        <w:br/>
        <w:t>— Що се сосна? Або ж ти не деревина, як ми? Не ростеш в землі? Коріння твоє деінде, як в землі? Як се!</w:t>
      </w:r>
    </w:p>
    <w:p>
      <w:r>
        <w:br/>
        <w:t>— Я сосна,— відповідає вона знов поважно.</w:t>
      </w:r>
    </w:p>
    <w:p>
      <w:r>
        <w:br/>
        <w:t>— Відколи живем, скидаємо рік-річно листя, не зміняємо свойого звичаю, а ти одна бавишся зеленню. Сміх і наруга! Акторка!</w:t>
      </w:r>
    </w:p>
    <w:p>
      <w:r>
        <w:br/>
        <w:t>Пішов лісом сміх.</w:t>
      </w:r>
    </w:p>
    <w:p>
      <w:r>
        <w:br/>
        <w:t>Коли пізньою осінню почали сніжини літати і на їх гіллі білим пушком укладатися, а сосна все задержала свою одіж, піднявся гвалт.</w:t>
      </w:r>
    </w:p>
    <w:p>
      <w:r>
        <w:br/>
        <w:t>— Ще не скидаєш твої голки. Вже час би! Ми вже давно про зелень забули...</w:t>
      </w:r>
    </w:p>
    <w:p>
      <w:r>
        <w:br/>
        <w:t>— Я сосна,— знов відповіла деревина.</w:t>
      </w:r>
    </w:p>
    <w:p>
      <w:r>
        <w:br/>
        <w:t>Тоді вони загуділи:</w:t>
      </w:r>
    </w:p>
    <w:p>
      <w:r>
        <w:br/>
        <w:t>— Проч з тобою! ти не деревина, ти зайда. Твоє право неприродне, неможливо, щоб о тій порі справедлива деревина ще зеленіла!</w:t>
      </w:r>
    </w:p>
    <w:p>
      <w:r>
        <w:br/>
        <w:t>Сосна схилила поважно свої віти до землі. Росла тут давно та зелень усе задержувала. Голочки її стали гострі і неприязні проти неуважних дотиків, а вершиною здіймалася до небес. Самітною почувала себе в лісі. А що була ростом найвища, орел спинявся на її вершині, прилітав і відлітав. І добре було в її густій зелені. З її корони глядів на цілий ліс.</w:t>
      </w:r>
    </w:p>
    <w:p>
      <w:r>
        <w:br/>
        <w:t>Гордий і різкий птах був, що низин не любив, а відносин з пташнею, що цвірінькала по дубинах і трепетах, уникав. Сказано — цар птахів.</w:t>
      </w:r>
    </w:p>
    <w:p>
      <w:r>
        <w:br/>
        <w:t>Добачила його раз стара черемха на вершині.</w:t>
      </w:r>
    </w:p>
    <w:p>
      <w:r>
        <w:br/>
        <w:t>— А он на вершині зайди загніздився орел! — закричала.— Чи не сором се для нас, не зневага? Схаменіться! А он скільки прекрасних молодих дерев у лісі: берези, трепети, черемхи, бучини, вільшина. Ні, він на зайді загніздився! Чи чули? Яка там з неї деревина? Давай зганяти з неї орла. Царя-птаха украла нам!</w:t>
      </w:r>
    </w:p>
    <w:p>
      <w:r>
        <w:br/>
        <w:t>— Украла, украла! — понеслося лісом.</w:t>
      </w:r>
    </w:p>
    <w:p>
      <w:r>
        <w:br/>
        <w:t>— Я сосна,— обізвалася деревина.</w:t>
      </w:r>
    </w:p>
    <w:p>
      <w:r>
        <w:br/>
        <w:t>— Що сосна? І що з того? Які в тебе заслуги? Який з тебе на будівлю матеріал? Від сьогодні до завтра? Ціла твоя заслуга, що вгору пнешся. Гей, товариство, схаменіться, вона орла нам украла!</w:t>
      </w:r>
    </w:p>
    <w:p>
      <w:r>
        <w:br/>
        <w:t>— Украла, украла!</w:t>
      </w:r>
    </w:p>
    <w:p>
      <w:r>
        <w:br/>
        <w:t>— Я власне для орлів,— сказала сосна.</w:t>
      </w:r>
    </w:p>
    <w:p>
      <w:r>
        <w:br/>
        <w:t>Новий гвалт.</w:t>
      </w:r>
    </w:p>
    <w:p>
      <w:r>
        <w:br/>
        <w:t>— Для орлів? А то що? В нас нема вже на чім загніздитись? В нас нема трепет? В нас нема грабин? Нема бучин?</w:t>
      </w:r>
    </w:p>
    <w:p>
      <w:r>
        <w:br/>
        <w:t>Ще раз пояснила деревина, що вона сосна.</w:t>
      </w:r>
    </w:p>
    <w:p>
      <w:r>
        <w:br/>
        <w:t>* * *</w:t>
      </w:r>
    </w:p>
    <w:p>
      <w:r>
        <w:br/>
        <w:t>Стрілець ішов лісом. До нього звернулися з скаргою.</w:t>
      </w:r>
    </w:p>
    <w:p>
      <w:r>
        <w:br/>
        <w:t>— Проступки?</w:t>
      </w:r>
    </w:p>
    <w:p>
      <w:r>
        <w:br/>
        <w:t>— Отак. Он та, що вгору пнеться...</w:t>
      </w:r>
    </w:p>
    <w:p>
      <w:r>
        <w:br/>
        <w:t>Другий голос:</w:t>
      </w:r>
    </w:p>
    <w:p>
      <w:r>
        <w:br/>
        <w:t>— Орла, царя-птаха, нам украла.</w:t>
      </w:r>
    </w:p>
    <w:p>
      <w:r>
        <w:br/>
        <w:t>— Орла украла?</w:t>
      </w:r>
    </w:p>
    <w:p>
      <w:r>
        <w:br/>
        <w:t>— Украла, украла!</w:t>
      </w:r>
    </w:p>
    <w:p>
      <w:r>
        <w:br/>
        <w:t>— Де він?</w:t>
      </w:r>
    </w:p>
    <w:p>
      <w:r>
        <w:br/>
        <w:t>— А он. На вершині зайди.</w:t>
      </w:r>
    </w:p>
    <w:p>
      <w:r>
        <w:br/>
        <w:t>В стрільця зброя. Він пан і над царем-орлом.</w:t>
      </w:r>
    </w:p>
    <w:p>
      <w:r>
        <w:br/>
        <w:t>— Вбити?</w:t>
      </w:r>
    </w:p>
    <w:p>
      <w:r>
        <w:br/>
        <w:t>— Ні, шкода. Може, дасться освоїти.</w:t>
      </w:r>
    </w:p>
    <w:p>
      <w:r>
        <w:br/>
        <w:t>— Освоїти, освоїти!</w:t>
      </w:r>
    </w:p>
    <w:p>
      <w:r>
        <w:br/>
        <w:t>— А де йому зажити?</w:t>
      </w:r>
    </w:p>
    <w:p>
      <w:r>
        <w:br/>
        <w:t>Знов гвалт.</w:t>
      </w:r>
    </w:p>
    <w:p>
      <w:r>
        <w:br/>
        <w:t>— А он же трепети в нас! А он берізка молода. А он черемха пишна і замашиста. А мені що бракує? Об'ємиста і груба, на сто років матеріал.</w:t>
      </w:r>
    </w:p>
    <w:p>
      <w:r>
        <w:br/>
        <w:t>— Добре. Треба зігнати орла з вершини.</w:t>
      </w:r>
    </w:p>
    <w:p>
      <w:r>
        <w:br/>
        <w:t>Гукнув вистріл лісом. Задрижала корона деревини. Орел ні крилом не кивнув.</w:t>
      </w:r>
    </w:p>
    <w:p>
      <w:r>
        <w:br/>
        <w:t>Розлютився стрілець. Давай підпалити сосну, щоб не вертав до неї більше.</w:t>
      </w:r>
    </w:p>
    <w:p>
      <w:r>
        <w:br/>
        <w:t>Підпалив деревину...</w:t>
      </w:r>
    </w:p>
    <w:p>
      <w:r>
        <w:br/>
        <w:t>Гей, який огонь спалахнув із неї! Як загорілася сосна! Мов у мученицю перекинулася за короткий час. Полум’я колихалося хоругвами між її широкими вітами, а золоті іскри розприскувались луком над цілою вершиною. Дим садив розпучливим розгоном під небеса, та рятунок нізвідки не наспівав. Кипуча живиця спливала, як сльози, вдолину, і горіла сосна, мов пречиста жертва. Згоріла аж до пня.</w:t>
      </w:r>
    </w:p>
    <w:p>
      <w:r>
        <w:br/>
        <w:t>Спокійно стало в лісі. Спокійно і буденно. Не чути широкого шуму сосни.</w:t>
      </w:r>
    </w:p>
    <w:p>
      <w:r>
        <w:br/>
        <w:t>Вже не буде більше зимою зеленіти, не буде вже більше і орлів голубити.</w:t>
      </w:r>
    </w:p>
    <w:p>
      <w:r>
        <w:br/>
        <w:t>А орел, цар птахів?</w:t>
      </w:r>
    </w:p>
    <w:p>
      <w:r>
        <w:br/>
        <w:t>Відлетів, збивши люто крильми, не повертає більше. Загніздився на високій скелі, несила освоїти його. Іскрить очима до наближаючихся з низин і береже свою самітність...</w:t>
      </w:r>
    </w:p>
    <w:p>
      <w:r>
        <w:br/>
        <w:t>Гордий і неприступний, не зміняється він ніколи. Все проче забув. Трепети, черемхи, бучину і дубину. Лиш одно не вгасає в його вірній душі — се образ пишної жертви, що в долах упала, і погорда до низин.</w:t>
      </w:r>
    </w:p>
    <w:p>
      <w:r>
        <w:br/>
        <w:t>Чернівці, 4 липня 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долах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