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епідемічному бараці</w:t>
      </w:r>
    </w:p>
    <w:p>
      <w:r>
        <w:br/>
        <w:t xml:space="preserve"> &lt;p&gt;До восьмої години ранку хворі кінчали сніданок, і починалась візитація.</w:t>
      </w:r>
    </w:p>
    <w:p>
      <w:r>
        <w:br/>
        <w:t>У черговій кімнаті, що разом з тим правила й за аптеку, лікар мовчки натягав халата, якого білість виразно підкреслювала йому пристаркувате байдуже обличчя.</w:t>
      </w:r>
    </w:p>
    <w:p>
      <w:r>
        <w:br/>
        <w:t>Потім він одчиняв дверину першого покою та, спинившись на мить, на повні груди захоплював гостре й затухле повітря лікарні, мовби хотів злиться з ним і в ньому затонути.</w:t>
      </w:r>
    </w:p>
    <w:p>
      <w:r>
        <w:br/>
        <w:t>В покої все приникало, хворі переставали голосно стогнати — сама поява лікаря давала їм на хвилю полегкість: хутко і тихо сновигали покоївки, виконуючи абияку працю.</w:t>
      </w:r>
    </w:p>
    <w:p>
      <w:r>
        <w:br/>
        <w:t>Лікар підходив до найближчого хворого; за ним нечутною ходою посувались фершал із шматком паперу та олівцем і сестра-жалібниця.</w:t>
      </w:r>
    </w:p>
    <w:p>
      <w:r>
        <w:br/>
        <w:t>Хворий змутнілими очима позирав на білого лікаря та мимрив спраглими вустами:</w:t>
      </w:r>
    </w:p>
    <w:p>
      <w:r>
        <w:br/>
        <w:t>— Бік болить... Бік...</w:t>
      </w:r>
    </w:p>
    <w:p>
      <w:r>
        <w:br/>
        <w:t>Лікар між іншим кидав оком на клапоть паперу, що приліплений був у головах хворого: там чорною низкою записано температуру. Звиклим рухом лікар брав руку хворого та, закотивши ковдру, приставляв до дощастих грудей дерев’яну дудочку. Поволі нахилявся він до хворого й казав:</w:t>
      </w:r>
    </w:p>
    <w:p>
      <w:r>
        <w:br/>
        <w:t>— Дихайте.</w:t>
      </w:r>
    </w:p>
    <w:p>
      <w:r>
        <w:br/>
        <w:t>Мова його була ніби вимушена.</w:t>
      </w:r>
    </w:p>
    <w:p>
      <w:r>
        <w:br/>
        <w:t>Хворий робив кілька спроб глибоко дихнути, та зневірившись, шепотів, закидаючи руку за голову:</w:t>
      </w:r>
    </w:p>
    <w:p>
      <w:r>
        <w:br/>
        <w:t>— Не можу... Ніяк...</w:t>
      </w:r>
    </w:p>
    <w:p>
      <w:r>
        <w:br/>
        <w:t>Лікар, випроставшись та йдучи до другого хворого, бубонів собі під ніс:</w:t>
      </w:r>
    </w:p>
    <w:p>
      <w:r>
        <w:br/>
        <w:t>Injectio cocaine… radix ipecacuani… tinctura adonis vernalis…</w:t>
      </w:r>
    </w:p>
    <w:p>
      <w:r>
        <w:br/>
        <w:t>Фершал усе те похапцем зазначав на папері поруч прізвища хворого.</w:t>
      </w:r>
    </w:p>
    <w:p>
      <w:r>
        <w:br/>
        <w:t>Біла процесія швидко плавала серед дерев’яних, нашвидку збитих ліжок. Серед задушених зойків лікар ніби неохоче й невдоволено бубонів:</w:t>
      </w:r>
    </w:p>
    <w:p>
      <w:r>
        <w:br/>
        <w:t>— Tinctura strophoni, infusum...</w:t>
      </w:r>
    </w:p>
    <w:p>
      <w:r>
        <w:br/>
        <w:t>Врешті півсотні хворих були оглянуті, та, почуваючи, що їм і на крихту не полегшало, починали зойкати й кричати ще голосніше, ще нестриманіше.</w:t>
      </w:r>
    </w:p>
    <w:p>
      <w:r>
        <w:br/>
        <w:t>Лікар кидав халата й виходив на повітря. Тут чекала його ціла валка підвід, і він враз опинявся серед кола людей, що благали його приїхати до хворих. Лікар, не розмовляючи, сідав на перший-ліпший віз і незабаром зникав серед шляху.</w:t>
      </w:r>
    </w:p>
    <w:p>
      <w:r>
        <w:br/>
        <w:t>У черговій кімнаті фершал швидко готував загадані ліки. Він хотів звільнитись якнайраніше, щоб піти половити риби, бо годину сьогодні було ніби до цього тільки й пристосовано.</w:t>
      </w:r>
    </w:p>
    <w:p>
      <w:r>
        <w:br/>
        <w:t>Сестра-жалібниця розтирала масті й загортала порошки. У вікно з пригорка їм видно було село, що починало вже ховатись за розквітлими деревами. Невидимою, але відчутливою хмарою скупчилась над селом пошесть та гнала до ненависного всім барака брички з жовтими тремтячими людьми.</w:t>
      </w:r>
    </w:p>
    <w:p>
      <w:r>
        <w:br/>
        <w:t>Тільки-но вийшов лікар з покоїв, покоївки зібрались докупи й почали варнякати про враження минулої ночі. Вночі ж була пригода — Петро Горобець, що ходив ночувати до покоївки Марти, прийшов напідпитті та, переплутавши ліжка, зґвалтував покоївку Гашку так раптом, що коли та збагнула, в чім річ, все вже було скінчено. Такі веселощі не густо трапляються, а тому покоївки реготали і зле зацитькували хворих, як ті починали дуже вже голосно кректати або плакати.</w:t>
      </w:r>
    </w:p>
    <w:p>
      <w:r>
        <w:br/>
        <w:t>По покоях почав ходити Явтух Куленко, що постачав воду до барака та рубав дрова на кухню. Він тримав у руках черепок, з якого поставав сизий дим. То курилась соснова живиця. Робив таке обкурювання Явтух з власного намислу і власне задля себе. Йому доводилось наносити води в покої, а його нудило від смороду лікарні.</w:t>
      </w:r>
    </w:p>
    <w:p>
      <w:r>
        <w:br/>
        <w:t>Хворі поволі зникали серед диму, і Явтух, щоб заспокоїти їх, лагідно казав у кожному покої:</w:t>
      </w:r>
    </w:p>
    <w:p>
      <w:r>
        <w:br/>
        <w:t>— Воно ж як ладан...</w:t>
      </w:r>
    </w:p>
    <w:p>
      <w:r>
        <w:br/>
        <w:t>Перед бараком скупчувались баби — родички хворих, з глечиками й пакунками в руках. Приносили воду з далекої криниці й вірили, що та вода трохи цілюща.</w:t>
      </w:r>
    </w:p>
    <w:p>
      <w:r>
        <w:br/>
        <w:t>Їх пускали на побачення тільки о другій годині, а тому вони поки що порозсідались на довгій лаві в затінку та обговорювали різні значні події.</w:t>
      </w:r>
    </w:p>
    <w:p>
      <w:r>
        <w:br/>
        <w:t>Коли фершал проходив повз їх з довгим вудлищем, вони на мить замовкали.</w:t>
      </w:r>
    </w:p>
    <w:p>
      <w:r>
        <w:br/>
        <w:t>Година на ловитву була чудова.</w:t>
      </w:r>
    </w:p>
    <w:p>
      <w:r>
        <w:br/>
        <w:t>Чергова сестра Одарка Калинівна роздавала хворим ліки. Вона уважно схилялась до кожного та казала ласкаві, розрадні слова.</w:t>
      </w:r>
    </w:p>
    <w:p>
      <w:r>
        <w:br/>
        <w:t>Але хворі її не любили. Не любили за те, що вона часто згадувала про Бога й радила покладати на нього свої надії. У хворих це викликало прикрість.</w:t>
      </w:r>
    </w:p>
    <w:p>
      <w:r>
        <w:br/>
        <w:t>До того ж сестра Одарка Калинівна була вже досить старенька і як жінка не викликала жодної надії.</w:t>
      </w:r>
    </w:p>
    <w:p>
      <w:r>
        <w:br/>
        <w:t>Хворі любили сестру Прісю. Вони кликали її навіть тоді, коли вона була не чергова. Важко засапуючись, хворий благав покоївку:</w:t>
      </w:r>
    </w:p>
    <w:p>
      <w:r>
        <w:br/>
        <w:t>— Поклич мені сестру Прісю...</w:t>
      </w:r>
    </w:p>
    <w:p>
      <w:r>
        <w:br/>
        <w:t>Та з’являлась без халата, свіжа й вогка, та з докором питала:</w:t>
      </w:r>
    </w:p>
    <w:p>
      <w:r>
        <w:br/>
        <w:t>— Чого вам?</w:t>
      </w:r>
    </w:p>
    <w:p>
      <w:r>
        <w:br/>
        <w:t>Хворий силкувався посміхнутись:</w:t>
      </w:r>
    </w:p>
    <w:p>
      <w:r>
        <w:br/>
        <w:t>— Пече всередині...</w:t>
      </w:r>
    </w:p>
    <w:p>
      <w:r>
        <w:br/>
        <w:t>Сестра Пріся недбало відповідала:</w:t>
      </w:r>
    </w:p>
    <w:p>
      <w:r>
        <w:br/>
        <w:t>— Перепече.</w:t>
      </w:r>
    </w:p>
    <w:p>
      <w:r>
        <w:br/>
        <w:t>Потім нахилялась до ліжка і на мить прикладала руку до лоба хворого. Серпанок її блузки лоскотав йому обличчя.</w:t>
      </w:r>
    </w:p>
    <w:p>
      <w:r>
        <w:br/>
        <w:t>— Жар у вас, того й пече,— з’ясовувала вона, а її сині очі не витримували й сміялись.</w:t>
      </w:r>
    </w:p>
    <w:p>
      <w:r>
        <w:br/>
        <w:t>Хворий не встигав подякувати за ласку та легенький дотик пахучої блузки, а вона вже зникала. Далі бачили, як на зеленій горі вітер бавився її спідницею.</w:t>
      </w:r>
    </w:p>
    <w:p>
      <w:r>
        <w:br/>
        <w:t>Заходами сестри Одарки Калинівни в кожному покої повішено ікону. Їх пожертвувала баракові сама ж таки Одарка Калинівна. Вона питала на те дозволу лікаря. Той, набиваючи собі цигарки, невиразно відповів:</w:t>
      </w:r>
    </w:p>
    <w:p>
      <w:r>
        <w:br/>
        <w:t>— Дарма.</w:t>
      </w:r>
    </w:p>
    <w:p>
      <w:r>
        <w:br/>
        <w:t>Проте сестра Одарка Калинівна зважилась повішати ікони по кутках, і лікар нічого на те не сказав.</w:t>
      </w:r>
    </w:p>
    <w:p>
      <w:r>
        <w:br/>
        <w:t>Роздавши ліки, сестра повернулась до аптеки за шприцом. Треба було зробити впорскування червоноармійцеві, якого хворим кинула тут військова частина. Відомо було, що червоноармієць має померти не пізніше як завтрашнього дня; йому вже паралізувало горло, і він не міг ковтати.</w:t>
      </w:r>
    </w:p>
    <w:p>
      <w:r>
        <w:br/>
        <w:t>Подвір’ям проходила сестра Ганнуся із своїм п’ятилітнім сином. Сестра Одарка Калинівна зітхнула — їй хотілось би вирвати сина в Ганнусі та виховати його як людину. Через питання про виховання Антося між цими сестрами була затаєна ворожнеча.</w:t>
      </w:r>
    </w:p>
    <w:p>
      <w:r>
        <w:br/>
        <w:t>Сестра Ганнуся повела сина до скель над річкою. Потім вони гуляли по саду, що невпинно прокидався, та ходили дивитись на землю, розкраяну плугами.</w:t>
      </w:r>
    </w:p>
    <w:p>
      <w:r>
        <w:br/>
        <w:t>Антось споглядав те й навчався у природи мовчазності та спокою. Крім того, призвичаювався не жахатися з її могутності.</w:t>
      </w:r>
    </w:p>
    <w:p>
      <w:r>
        <w:br/>
        <w:t>Сестра Одарка Калинівна ввійшла до покою з приладдям до впорскування й гукнула на Явтуха. На його завсіди гукали в такому разі. Явтух приходив, зосереджено хапав червоноармійцеві руки та міцно тримав їх, поки сестра встромляла в кволе тіло тоненьку голку.</w:t>
      </w:r>
    </w:p>
    <w:p>
      <w:r>
        <w:br/>
        <w:t>Тоді червоноармієць збирав рештку сил і пручався; він з нерухомим прокляттям упирав свої очі в обличчя Явтуха, а дихання його нагадувало рипіння тупої пилки по дереву.</w:t>
      </w:r>
    </w:p>
    <w:p>
      <w:r>
        <w:br/>
        <w:t>Коли впорскування було зроблене, червоноармієць протягом стогнав і стихав. Явтух дивився на його так, як маляр дивиться на свій твір, та йшов рубати дрова.</w:t>
      </w:r>
    </w:p>
    <w:p>
      <w:r>
        <w:br/>
        <w:t>Обідав медичний персонал увесь разом, крім лікаря, в тім маленькім будинку, де й жив. Лікар же повертався до барака аж надвечір. Він обідав звичайно в якогось хворого.</w:t>
      </w:r>
    </w:p>
    <w:p>
      <w:r>
        <w:br/>
        <w:t>Раніше до брички, що привозила лікаря, прожогом кидались покоївки, палаючи з бажання побачити, скільки крашанок, масла та сала назбирав лікар за день. Потім би вони базікали про це цілу ніч. Та бричка завсіди була порожня.</w:t>
      </w:r>
    </w:p>
    <w:p>
      <w:r>
        <w:br/>
        <w:t>Тоді покоївки остаточно переконались, що лікар приймає тільки гроші. Переказували, що він сотні за день збирає.</w:t>
      </w:r>
    </w:p>
    <w:p>
      <w:r>
        <w:br/>
        <w:t>Фершал веселий вернувся з ловитви. Хоч він піймав тільки двох невеличких підустиків та десяток бобирів, а проте був задоволений.</w:t>
      </w:r>
    </w:p>
    <w:p>
      <w:r>
        <w:br/>
        <w:t>— Гарно на воді! — казав він.— Тільки й життя, що посидиш на камінці з вудкою. Принаймні хоч спочинеш від тих миршавих жовтяків.</w:t>
      </w:r>
    </w:p>
    <w:p>
      <w:r>
        <w:br/>
        <w:t>Він засміявся й показав рукою на барак.</w:t>
      </w:r>
    </w:p>
    <w:p>
      <w:r>
        <w:br/>
        <w:t>— Сором,— сказала, образившись, Одарка Калинівна. — Люди страждають, а ви смієтеся з них.</w:t>
      </w:r>
    </w:p>
    <w:p>
      <w:r>
        <w:br/>
        <w:t>Фершала роздратувала її мова.</w:t>
      </w:r>
    </w:p>
    <w:p>
      <w:r>
        <w:br/>
        <w:t>— Так значить того замало, що я панькаюся з ними? — запитав він.— Я мушу бігти на село рятувати їх?</w:t>
      </w:r>
    </w:p>
    <w:p>
      <w:r>
        <w:br/>
        <w:t>Одарка Калинівна нахилилась над тарілкою; вона ніяковіла, коли хто сердився. Але фершал зовсім розхвилювався й перестав їсти,</w:t>
      </w:r>
    </w:p>
    <w:p>
      <w:r>
        <w:br/>
        <w:t>— Коли мене віддавали до фершальської школи,— казав він,— я плакав, я благав не робити цього. Я передчував, що мене чекає — оточення гнилих людей, що пухнуть і конають серед смороду. А мене таки віддали. Я тікав — мене духопелили, як тварюку...</w:t>
      </w:r>
    </w:p>
    <w:p>
      <w:r>
        <w:br/>
        <w:t>Він махнув рукою й замовк.</w:t>
      </w:r>
    </w:p>
    <w:p>
      <w:r>
        <w:br/>
        <w:t>— А знаєш, Ганнусю,— промовила сестра Пріся,— тобі випадає чергування під Великдень. Я підрахувала...</w:t>
      </w:r>
    </w:p>
    <w:p>
      <w:r>
        <w:br/>
        <w:t>Пріся засміялася, радіючи з своєї вигадки, До Великодня ще лишалося більш як чотири тижні.</w:t>
      </w:r>
    </w:p>
    <w:p>
      <w:r>
        <w:br/>
        <w:t>— Яка різниця? — запитав фершал.— Чи під Великдень хворі не так мордуватимуться, чи не доведеться каляти руки їхнім потом?</w:t>
      </w:r>
    </w:p>
    <w:p>
      <w:r>
        <w:br/>
        <w:t>Одарка Калинівна з острахом подивилась на фершала. Вона ще виразніше відчула, як важко їй жити з цими людьми, але розрадила себе тим, що Христос ніс куди важчий хрест.</w:t>
      </w:r>
    </w:p>
    <w:p>
      <w:r>
        <w:br/>
        <w:t>Сестра Пріся кидала кульки з хліба в Антося, а той рішуче не вважав на те.</w:t>
      </w:r>
    </w:p>
    <w:p>
      <w:r>
        <w:br/>
        <w:t>— Антосю,— примхливо гукнула вона,— я тебе не люблю. Ти не хочеш гратися зі мною.</w:t>
      </w:r>
    </w:p>
    <w:p>
      <w:r>
        <w:br/>
        <w:t>— Я ні з ким не граюся,— відповів хлопчик та поважно глянув на Прісю.</w:t>
      </w:r>
    </w:p>
    <w:p>
      <w:r>
        <w:br/>
        <w:t>Та тільки тепер помітила, що очі в Антося холодні й блискучі, як лід, так само, як і в його матері.</w:t>
      </w:r>
    </w:p>
    <w:p>
      <w:r>
        <w:br/>
        <w:t>Коли скінчили обідати, Антось поцілував матері руку, взяв свій ціпочок і подався до саду. Пріся знала, що він принесе звідти матері квіток.</w:t>
      </w:r>
    </w:p>
    <w:p>
      <w:r>
        <w:br/>
        <w:t>Сестру Одарку Калинівну, як і завсіди, боляче вразило, що хлопчик не перехрестився після обіду.</w:t>
      </w:r>
    </w:p>
    <w:p>
      <w:r>
        <w:br/>
        <w:t>"Що буде з його? — гадала вона.— Що може бути з хлопця, в якому з дитинства не розбуджено Бога?"</w:t>
      </w:r>
    </w:p>
    <w:p>
      <w:r>
        <w:br/>
        <w:t>Проте після їжі хрестилася сама Одарка Калинівна.</w:t>
      </w:r>
    </w:p>
    <w:p>
      <w:r>
        <w:br/>
        <w:t>Надвечір повернувся запорошений лікар. Він пройшов у свою кімнату й побачив на столі свіжий жмут квіток.</w:t>
      </w:r>
    </w:p>
    <w:p>
      <w:r>
        <w:br/>
        <w:t>Лікар понюхав його, і в груди, засмічені пилом та випаринами хвороб, поллялись свіжі, бадьорі струмки. Повні легені набрав він ще раз, і голова йому закрутилася від запашності.</w:t>
      </w:r>
    </w:p>
    <w:p>
      <w:r>
        <w:br/>
        <w:t>Він поклав квіти й закурив. Потім покликав покоївку та сказав їй:</w:t>
      </w:r>
    </w:p>
    <w:p>
      <w:r>
        <w:br/>
        <w:t>— Заберіть звідси ці квіти.</w:t>
      </w:r>
    </w:p>
    <w:p>
      <w:r>
        <w:br/>
        <w:t>Покоївка взяла їх; лікар умився та наробив на завтра півсотні цигарок. Час уже йти на вечірню візитацію.</w:t>
      </w:r>
    </w:p>
    <w:p>
      <w:r>
        <w:br/>
        <w:t>На подвір’ї його перестрінула сестра Пріся й ображеним тоном промовила:</w:t>
      </w:r>
    </w:p>
    <w:p>
      <w:r>
        <w:br/>
        <w:t>— Йосипе Мартиновичу, я нарвала вам квіток, а ви звеліли їх прибрати... Хіба ж так поводяться з подарунками?</w:t>
      </w:r>
    </w:p>
    <w:p>
      <w:r>
        <w:br/>
        <w:t>Покоївка вже встигла її повідомити про долю квіток.</w:t>
      </w:r>
    </w:p>
    <w:p>
      <w:r>
        <w:br/>
        <w:t>Лікар спинився.</w:t>
      </w:r>
    </w:p>
    <w:p>
      <w:r>
        <w:br/>
        <w:t>— Я не хотів образити вас,— відповів він.— Але я не люблю підмальовувати життя. Слабодушність це.</w:t>
      </w:r>
    </w:p>
    <w:p>
      <w:r>
        <w:br/>
        <w:t>Сестра Пріся була здивована.</w:t>
      </w:r>
    </w:p>
    <w:p>
      <w:r>
        <w:br/>
        <w:t>"Чудна людина",— подумала вона про лікаря.</w:t>
      </w:r>
    </w:p>
    <w:p>
      <w:r>
        <w:br/>
        <w:t>Так само гадали й селяни, коли лікар одмовлявся брати гроші та крашанки за лікування.</w:t>
      </w:r>
    </w:p>
    <w:p>
      <w:r>
        <w:br/>
        <w:t>Сестра Пріся пішла у сад до альтанки, облямованої жовтою акацією. Там її, як і щовечора, чекали. На порозі альтанки сидів начальник найближчої залізничної станції. Він щовечора приїздив сюди велосипедом.</w:t>
      </w:r>
    </w:p>
    <w:p>
      <w:r>
        <w:br/>
        <w:t>Коли Пріся підійшла й засміялася, з альтанки вийшла решта — вчитель місцевої школи, три меткі гімназисти та похмурий вихованець хімічного технікуму. Це був увесь чоловічий комплект сільської інтелігенції.</w:t>
      </w:r>
    </w:p>
    <w:p>
      <w:r>
        <w:br/>
        <w:t>Начальник станції та вчитель ураз підхопили Прісю під руки й подалися до річки.</w:t>
      </w:r>
    </w:p>
    <w:p>
      <w:r>
        <w:br/>
        <w:t>Юнацтво йшло ззаду. Технік, як гармата, бухав важкими дотепами, а гімназисти підхоплювали їх і розлягалися реготом.</w:t>
      </w:r>
    </w:p>
    <w:p>
      <w:r>
        <w:br/>
        <w:t>На одній стежці саду товариство здибало сестру Ганнусю з сином.</w:t>
      </w:r>
    </w:p>
    <w:p>
      <w:r>
        <w:br/>
        <w:t>Вони тут гуляли, бо Антось мусив полюбити ніч, що накладає на людей сірі непрозорі личини. Товариство мовчки їх привітало.</w:t>
      </w:r>
    </w:p>
    <w:p>
      <w:r>
        <w:br/>
        <w:t>— Бачили — Гектор і Андромаха? — суворо сказав технік, коли вони одійшли з гони.</w:t>
      </w:r>
    </w:p>
    <w:p>
      <w:r>
        <w:br/>
        <w:t>Гімназисти зареготали.</w:t>
      </w:r>
    </w:p>
    <w:p>
      <w:r>
        <w:br/>
        <w:t>— Тіточко Прісю, скільки їй років? — спитав один із них.</w:t>
      </w:r>
    </w:p>
    <w:p>
      <w:r>
        <w:br/>
        <w:t>— Двадцять два,— крикнула Пріся й засміялася.</w:t>
      </w:r>
    </w:p>
    <w:p>
      <w:r>
        <w:br/>
        <w:t>Начальник станції й учитель, кожний зокрема, палко притискували її руку до своїх грудей. Це було таки приємно. Крім того, вони дивилися на неї очима, де захована була незвичайна суміш покори й нахабства.</w:t>
      </w:r>
    </w:p>
    <w:p>
      <w:r>
        <w:br/>
        <w:t>Прісі було легко й весело йти, і вона радісно виставляла груди вперед.</w:t>
      </w:r>
    </w:p>
    <w:p>
      <w:r>
        <w:br/>
        <w:t>Гімназисти уважно обговорювали справу про сестру Ганнусю. Вони знали, що Антось їй незаконний син, та дивувались, чому вона не пристає до їхнього гурту. Здається ж, молода й непогана.</w:t>
      </w:r>
    </w:p>
    <w:p>
      <w:r>
        <w:br/>
        <w:t>Коли вони сіли, начальник станції дужим рухом штовхнув човна, і той тихо посунувся по темній поверхні.</w:t>
      </w:r>
    </w:p>
    <w:p>
      <w:r>
        <w:br/>
        <w:t>Гімназисти тулились до сестри Прісі, мов за браком місця, користуючись з того, що вчитель громадив, а начальник станції керував човном.</w:t>
      </w:r>
    </w:p>
    <w:p>
      <w:r>
        <w:br/>
        <w:t>— Слухайте, соловейко! — крикнула Пріся.</w:t>
      </w:r>
    </w:p>
    <w:p>
      <w:r>
        <w:br/>
        <w:t>Учитель перестав громадити, і всі слухали соловейка. Той високо підкидав свій пружний голос, і, коли він зникав у височині, чути було, як бринить мелодія по скелях та лунає гаями.</w:t>
      </w:r>
    </w:p>
    <w:p>
      <w:r>
        <w:br/>
        <w:t>Сестра Пріся нервово засміялася, несвідомо відповідаючи на ці жагучі, прикличні звуки. Човен сунувся нечутно далі слідом за своєю куценькою тінню.</w:t>
      </w:r>
    </w:p>
    <w:p>
      <w:r>
        <w:br/>
        <w:t>Наступну добу чергувала сестра Ганнуся. Коли вона роздавала хворим ліки, з нею ходив у біленькому халатці Антось. Мати брала його в покої, щоб він заздалегоди призвичаювався спокійно бачити людські страждання.</w:t>
      </w:r>
    </w:p>
    <w:p>
      <w:r>
        <w:br/>
        <w:t>О дванадцятій годині сконав червоноармієць. Худий і довгий, він простягся на ліжку.</w:t>
      </w:r>
    </w:p>
    <w:p>
      <w:r>
        <w:br/>
        <w:t>Явтух Куленко зміряв його мотузкою двічі, щоб не помилитись, та загадав своєму дядькові Микиті викопати яму на кладовищі. Потім він почав збивати труну з обаполів.</w:t>
      </w:r>
    </w:p>
    <w:p>
      <w:r>
        <w:br/>
        <w:t>Коли незграбна труна була готова, Явтух запріг воли, якими звичайно возив воду, і потяг її до барака.</w:t>
      </w:r>
    </w:p>
    <w:p>
      <w:r>
        <w:br/>
        <w:t>— Ану, брязкотухи, поможіть нести! — звернувся він до покоївок.</w:t>
      </w:r>
    </w:p>
    <w:p>
      <w:r>
        <w:br/>
        <w:t>Ті ж огинались; їх найбільше лякало, що мрець з обличчя був цілком зелений.</w:t>
      </w:r>
    </w:p>
    <w:p>
      <w:r>
        <w:br/>
        <w:t>— Маніжниці,— зневажливо промовив Явтух.</w:t>
      </w:r>
    </w:p>
    <w:p>
      <w:r>
        <w:br/>
        <w:t>Він узяв мерця в обійми й одніс до труни.</w:t>
      </w:r>
    </w:p>
    <w:p>
      <w:r>
        <w:br/>
        <w:t>Сестра Одарка Калинівна ще звечора нагадала лікареві, що треба до червоноармійця попа.</w:t>
      </w:r>
    </w:p>
    <w:p>
      <w:r>
        <w:br/>
        <w:t>— Дарма,— відповів лікар і пішов до себе в кімнату.</w:t>
      </w:r>
    </w:p>
    <w:p>
      <w:r>
        <w:br/>
        <w:t>Сестра Одарка Калинівна почала боляче відчувати самотність своїх поглядів.</w:t>
      </w:r>
    </w:p>
    <w:p>
      <w:r>
        <w:br/>
        <w:t>Врешті воли доплуганились до кладовища, і Явтух побачив, що дядько його ще не скінчив ями.</w:t>
      </w:r>
    </w:p>
    <w:p>
      <w:r>
        <w:br/>
        <w:t>— Еге,— невдоволено мугикнув він.</w:t>
      </w:r>
    </w:p>
    <w:p>
      <w:r>
        <w:br/>
        <w:t>— А куди йому поспішати? — спитав дядько Микита.</w:t>
      </w:r>
    </w:p>
    <w:p>
      <w:r>
        <w:br/>
        <w:t>Він устромив лопату в землю й поволі розігнув спину.</w:t>
      </w:r>
    </w:p>
    <w:p>
      <w:r>
        <w:br/>
        <w:t>— Не вкопаєш,— сказав він.— Земля, як дерево... Так, хлопче, як подме ще такий,— будемо ми на зиму рукава з камізельки ремиґати.</w:t>
      </w:r>
    </w:p>
    <w:p>
      <w:r>
        <w:br/>
        <w:t>Дядька Микиту турбував східний вітер і суша, яку він нагонив. Дощу не було; що зійшло по степах, те никнуло, а що не зійшло, те й не сходило.</w:t>
      </w:r>
    </w:p>
    <w:p>
      <w:r>
        <w:br/>
        <w:t>— Коли так,— обізвався Явтух,— я піду собі пужално виріжу. Старе геть-чисто побилося.</w:t>
      </w:r>
    </w:p>
    <w:p>
      <w:r>
        <w:br/>
        <w:t>Дядько Микита докопав яму й сів на краю її закурити.</w:t>
      </w:r>
    </w:p>
    <w:p>
      <w:r>
        <w:br/>
        <w:t>Явтух вистругав собі пужално.</w:t>
      </w:r>
    </w:p>
    <w:p>
      <w:r>
        <w:br/>
        <w:t>— Давайте ховати, чи що,— запропонував дядько Микита, сплюнувши недокурка в яму.</w:t>
      </w:r>
    </w:p>
    <w:p>
      <w:r>
        <w:br/>
        <w:t>Двома линьками спустили ящика на дно, швидко загорнули та вталували над ним землю.</w:t>
      </w:r>
    </w:p>
    <w:p>
      <w:r>
        <w:br/>
        <w:t>— Без хреста? — спитав дядько Микита, вилізаючи на тачку.</w:t>
      </w:r>
    </w:p>
    <w:p>
      <w:r>
        <w:br/>
        <w:t>— Гей,— крикнув Явтух, не дочувши його питання.</w:t>
      </w:r>
    </w:p>
    <w:p>
      <w:r>
        <w:br/>
        <w:t>Червоноармієць лишився ззаду.</w:t>
      </w:r>
    </w:p>
    <w:p>
      <w:r>
        <w:br/>
        <w:t>Ввечері сестра Одарка Калинівна не виходила з своєї кімнати. Замкнувши на ключ двері, вона завішувала хусткою вікно й запалювала перед образом лампадку.</w:t>
      </w:r>
    </w:p>
    <w:p>
      <w:r>
        <w:br/>
        <w:t>Вона пригадувала всі образи, що їх терпів Бог од людей, з якими вона жила, і ще яскравіш поставали перед нею їхні вчинки і глум. Жагучий порив молитись за цих божевільних, грішних людей охоплював її, і вона вищала, випроставшись.</w:t>
      </w:r>
    </w:p>
    <w:p>
      <w:r>
        <w:br/>
        <w:t>Спинившись на місці, сестра прислухалась, як змовниця, і, запевнившись тиші й темряви, йшла до кволого вогника та раптом падала перед ним навколішки.</w:t>
      </w:r>
    </w:p>
    <w:p>
      <w:r>
        <w:br/>
        <w:t>Кілька хвилин вона мовчала в захопленні: потім з уст її виривались слова моління. Вони хапливим шепотом летіли на вогник, як метелики, і, чіпляючись одне за одне, зливались у тендітний, тремтячий звук. Іноді цей звук рвався, як нитка у прядці, а в тиші приглушено падало ниць людське тіло й лежало долі без думок і руху, без прохання й подяки. Поволі виростало воно потім з темряви на полохливе світло, а напружені очі довго і вперто вдивлялись у невиразне обличчя Христа з таємною надією, що оживе воно і засяє світлом.</w:t>
      </w:r>
    </w:p>
    <w:p>
      <w:r>
        <w:br/>
        <w:t>Бог же був мертвий, і не рухалась його піднесена рука. Тоді знову виривалась безкрая цівка слів і мовчки шурхало додолу підняте вірою тіло.</w:t>
      </w:r>
    </w:p>
    <w:p>
      <w:r>
        <w:br/>
        <w:t>Голос молільниці міцнішав і з благального шепотіння робився настирливим і рішучим. Вона не прохала вже; вона умовляла Бога, радила навіть.</w:t>
      </w:r>
    </w:p>
    <w:p>
      <w:r>
        <w:br/>
        <w:t>Врешті вичерпувались усі молитви, що вивчені були довгими роками, а загадковий Бог вимагав ще слів благання й любові.</w:t>
      </w:r>
    </w:p>
    <w:p>
      <w:r>
        <w:br/>
        <w:t>Тоді жінка починала вимовляти слова без зв’язку й змісту, і всі вони безслідно горіли на хисткому вогнику лампадки.</w:t>
      </w:r>
    </w:p>
    <w:p>
      <w:r>
        <w:br/>
        <w:t>А Бог таки не рухався; від благання не здригнулись його уста й од віри не жахнулись очі.</w:t>
      </w:r>
    </w:p>
    <w:p>
      <w:r>
        <w:br/>
        <w:t>Час минав; у бараці давно вже повечеряли й погасили світло. Сміх сестри Прісі сплутувався з солов’їними співами понад річкою.</w:t>
      </w:r>
    </w:p>
    <w:p>
      <w:r>
        <w:br/>
        <w:t>Одарка Калинівна ще переконувала Бога, щоб той простив і забув гріхи людей. Та мліло її тіло, й вона не здолала вже триматись навколішках. Жінка кволо сідала на підлогу та витягувала перед себе руки, не наважуючись підвести голову.</w:t>
      </w:r>
    </w:p>
    <w:p>
      <w:r>
        <w:br/>
        <w:t>Вона тепер повторювала тільки одне слово, вкладаючи в нього решту сил і сподівання:</w:t>
      </w:r>
    </w:p>
    <w:p>
      <w:r>
        <w:br/>
        <w:t>— Прости ... Прости.</w:t>
      </w:r>
    </w:p>
    <w:p>
      <w:r>
        <w:br/>
        <w:t>Після безвільно падали руки на непритомне обличчя, й усе тіло незграбно хилилось на підлогу.</w:t>
      </w:r>
    </w:p>
    <w:p>
      <w:r>
        <w:br/>
        <w:t>Так лежала сестра Одарка Калинівна, виснажена й нікчемна, перед жорстоким Нареченим.</w:t>
      </w:r>
    </w:p>
    <w:p>
      <w:r>
        <w:br/>
        <w:t>Днями, вільними від чергувань, сестри Пріся і Ганнуся не виходили з саду. Тут вони в холодку дубів ховались від східного вітру, що звідусіль висмоктував вогкість і закидав її далеко геть.</w:t>
      </w:r>
    </w:p>
    <w:p>
      <w:r>
        <w:br/>
        <w:t>— Ганнусю, подивись, чи нікого немає? — питала Пріся, швидко розстібала свою легеньку блузку і знесилено лягала на траву.</w:t>
      </w:r>
    </w:p>
    <w:p>
      <w:r>
        <w:br/>
        <w:t>— Яка спека... більше, ніж літом... — шепотіла вона.</w:t>
      </w:r>
    </w:p>
    <w:p>
      <w:r>
        <w:br/>
        <w:t>їй здавалось, що від спеки й суші її тіло розлазиться і зв’язок між частинами його тратиться безповоротно; навіть бою серця не чути було серед палкої тиші.</w:t>
      </w:r>
    </w:p>
    <w:p>
      <w:r>
        <w:br/>
        <w:t>З боку річки надійшов до їх босий Антось з ціпочком в руках. Він здійняв свій капелюх і сів біля матері.</w:t>
      </w:r>
    </w:p>
    <w:p>
      <w:r>
        <w:br/>
        <w:t>— Спека,— сказав він. — Я купався допіру, але не пособляє.</w:t>
      </w:r>
    </w:p>
    <w:p>
      <w:r>
        <w:br/>
        <w:t>Всі замовкли та слухали, як вітер рве угорі вив’ялене гілля.</w:t>
      </w:r>
    </w:p>
    <w:p>
      <w:r>
        <w:br/>
        <w:t>Але до Прісі раптом повернулась бадьорість. Вона підвелася з трави і засміялась, ще більш розгортаючи блузку. Волосся їй розпатлалось і пасмами падало на плечі й чоло.</w:t>
      </w:r>
    </w:p>
    <w:p>
      <w:r>
        <w:br/>
        <w:t>Ганнуся й Антось здивувались з її сміху, бо вдень ніхто не сміявся. Розм’яклі люди ховались по закутках, і тільки потреба вигонила їх, напівсонних, під сонце.</w:t>
      </w:r>
    </w:p>
    <w:p>
      <w:r>
        <w:br/>
        <w:t>Пріся схопила Ганнусину руку та, сміючись, казала:</w:t>
      </w:r>
    </w:p>
    <w:p>
      <w:r>
        <w:br/>
        <w:t>— Як це смішно! Коли б ти бачила його в ту хвилю... Обличчя таке дике... каже — кохаю. Тільки це й каже.</w:t>
      </w:r>
    </w:p>
    <w:p>
      <w:r>
        <w:br/>
        <w:t>Очі Ганнусі блиснули. Вона осмикнула Антосеві сорочку й відмовила:</w:t>
      </w:r>
    </w:p>
    <w:p>
      <w:r>
        <w:br/>
        <w:t>— Що ж... мені теж так казали, мене теж кохали.</w:t>
      </w:r>
    </w:p>
    <w:p>
      <w:r>
        <w:br/>
        <w:t>Холодом війнули ці слова на Прісю, і вона зібгалась, як від страшної образи. З острахом дивилась вона на спокійну Ганнусю, якій Антось поклав на коліна голову.</w:t>
      </w:r>
    </w:p>
    <w:p>
      <w:r>
        <w:br/>
        <w:t>Через хвилинку вона впевнено відповіла:</w:t>
      </w:r>
    </w:p>
    <w:p>
      <w:r>
        <w:br/>
        <w:t>— Не вірю тобі...</w:t>
      </w:r>
    </w:p>
    <w:p>
      <w:r>
        <w:br/>
        <w:t>Ганнуся знизнула плечима. Вони знову змовкли, а вітер кублився вгорі, як великий неспокійний птах.</w:t>
      </w:r>
    </w:p>
    <w:p>
      <w:r>
        <w:br/>
        <w:t>Пріся впорядкувала своє волосся та, знову весела й пружна, запропонувала:</w:t>
      </w:r>
    </w:p>
    <w:p>
      <w:r>
        <w:br/>
        <w:t>— Давай співати!..</w:t>
      </w:r>
    </w:p>
    <w:p>
      <w:r>
        <w:br/>
        <w:t>Ганнуся стріпнулась і полохливо перепитала:</w:t>
      </w:r>
    </w:p>
    <w:p>
      <w:r>
        <w:br/>
        <w:t>— Співати? Так... Я сама хотіла...</w:t>
      </w:r>
    </w:p>
    <w:p>
      <w:r>
        <w:br/>
        <w:t>Вона схилилась на лікоть, щоб зручніше було співати.</w:t>
      </w:r>
    </w:p>
    <w:p>
      <w:r>
        <w:br/>
        <w:t>Пріся почала.</w:t>
      </w:r>
    </w:p>
    <w:p>
      <w:r>
        <w:br/>
        <w:t>Пісні були сумні й глибокі, як прірви. В них здебільшого говорилось про українських козаків, що або не знаходили своєї долі, або знаходили її в неприємному вигляді власної голови, наштрикнутої на чужоземний спис.</w:t>
      </w:r>
    </w:p>
    <w:p>
      <w:r>
        <w:br/>
        <w:t>Зосереджено гаптували два жіночі голоси тонку й повільну мелодію та пускали її летіти за вітром.</w:t>
      </w:r>
    </w:p>
    <w:p>
      <w:r>
        <w:br/>
        <w:t>Співаючи, Пріся вдивлялась у очі Ганнусині й бачила, як там тане лід під слізьми.</w:t>
      </w:r>
    </w:p>
    <w:p>
      <w:r>
        <w:br/>
        <w:t>Тоді Прісі зробилося лячно: вона боялась побачити, як сльози Ганнусині потечуть по щоках та впадуть на голову нерухомого Антося. Вона раптом запропонувала:</w:t>
      </w:r>
    </w:p>
    <w:p>
      <w:r>
        <w:br/>
        <w:t>— Давай іншої... веселої.</w:t>
      </w:r>
    </w:p>
    <w:p>
      <w:r>
        <w:br/>
        <w:t>Та Ганнуся хутко підвелася і шепнула:</w:t>
      </w:r>
    </w:p>
    <w:p>
      <w:r>
        <w:br/>
        <w:t>— Ні, годі, годі вже...</w:t>
      </w:r>
    </w:p>
    <w:p>
      <w:r>
        <w:br/>
        <w:t>Вона пішла до кімнати, лишаючи Прісю, і Антось поволі пішов за нею. Багато разів уже давала Ганнуся собі слово не співати, а ніколи не здолала втриматись перед принадною силою пісень.</w:t>
      </w:r>
    </w:p>
    <w:p>
      <w:r>
        <w:br/>
        <w:t>В кімнаті Ганнуся сіла на стілець біля вікна та взяла Антося собі на руки. Міцно притискувала вона його до себе, мовби хто хотів його від неї відняти, і так довго сиділи вони, мати й дитина, з єдиним почуттям своєї окремішності.</w:t>
      </w:r>
    </w:p>
    <w:p>
      <w:r>
        <w:br/>
        <w:t>Покоївки чекали того часу, коли лікар врешті зверне увагу на фершалову поведінку. Той став зникати після вечірньої візитації на цілу ніч, іноді спізнювався і на ранкову, а іноді повертався тільки в обідню пору. Правда, він завсіди приносив повний кошик риби, і всі знали, що він цілу ніч ловив її.</w:t>
      </w:r>
    </w:p>
    <w:p>
      <w:r>
        <w:br/>
        <w:t>Але лікар не вважав на те й не дивувався, коли візитацію йому доводилось робити тільки з сестрою-жалібницею.</w:t>
      </w:r>
    </w:p>
    <w:p>
      <w:r>
        <w:br/>
        <w:t>Одного ж разу, лишившись з фершалом на самоті у черговій кімнаті, лікар запитав:</w:t>
      </w:r>
    </w:p>
    <w:p>
      <w:r>
        <w:br/>
        <w:t>— Ви, може, поспішаєте куди?</w:t>
      </w:r>
    </w:p>
    <w:p>
      <w:r>
        <w:br/>
        <w:t>Фершал зніяковів, але погляд лікаря, завсігди сірий і мертвий, тепер засвітився спокійним вогником.</w:t>
      </w:r>
    </w:p>
    <w:p>
      <w:r>
        <w:br/>
        <w:t>— Правда... — відповів фершал,— мене чекає човен, щоб їхати на Загірну косу.</w:t>
      </w:r>
    </w:p>
    <w:p>
      <w:r>
        <w:br/>
        <w:t>Лікар підійшов до його ближче й промовив:</w:t>
      </w:r>
    </w:p>
    <w:p>
      <w:r>
        <w:br/>
        <w:t>— Я вас не тримаю... я розумію...</w:t>
      </w:r>
    </w:p>
    <w:p>
      <w:r>
        <w:br/>
        <w:t>Він одійшов до вікна і став дивитись на село.</w:t>
      </w:r>
    </w:p>
    <w:p>
      <w:r>
        <w:br/>
        <w:t>— Я розумію,— раптом додав він,— кожний має собі своє...</w:t>
      </w:r>
    </w:p>
    <w:p>
      <w:r>
        <w:br/>
        <w:t>Візитація почалася, але фершал не був на ній присутній. Він поспішив до річки, щоб переїхати на косу.</w:t>
      </w:r>
    </w:p>
    <w:p>
      <w:r>
        <w:br/>
        <w:t>Там він пройшов до куреня рибалок. Всі вони лежали круг вогнища, на якому варилась литвинська каша.</w:t>
      </w:r>
    </w:p>
    <w:p>
      <w:r>
        <w:br/>
        <w:t>— Вечір добрий,— промовив фершал.</w:t>
      </w:r>
    </w:p>
    <w:p>
      <w:r>
        <w:br/>
        <w:t>Ніхто не ворухнувся. Тільки той, що варив кашу, поволі підвів своє заросле обличчя та відповів за всіх:</w:t>
      </w:r>
    </w:p>
    <w:p>
      <w:r>
        <w:br/>
        <w:t>— Вечір добрий.</w:t>
      </w:r>
    </w:p>
    <w:p>
      <w:r>
        <w:br/>
        <w:t>Фершал теж мовчки ліг коло вогнища.</w:t>
      </w:r>
    </w:p>
    <w:p>
      <w:r>
        <w:br/>
        <w:t>Після вечері всі молились на схід, і кожний молився своєму богові: у дужих душею і Бог був грізний та потужний, в кволих був Бог добрий і м’який.</w:t>
      </w:r>
    </w:p>
    <w:p>
      <w:r>
        <w:br/>
        <w:t>Потім взялися до праці. Фершал і рибалка Охрім поїхали ставити перемети біля Дівочої затоки.</w:t>
      </w:r>
    </w:p>
    <w:p>
      <w:r>
        <w:br/>
        <w:t>Охрім розповідав про своє життя, мірно коливаючи веслами:</w:t>
      </w:r>
    </w:p>
    <w:p>
      <w:r>
        <w:br/>
        <w:t>— Цілісіньку зиму як у пеклі,— казав він. — Сварки, сусіди, гості... Я не соромлюся вам признатись — мене жінка б’є. Я двома пальцями задушити її можу, а вона мене б’є. Бо я не можу битись... я нікого не бив.</w:t>
      </w:r>
    </w:p>
    <w:p>
      <w:r>
        <w:br/>
        <w:t>Фершал сидів на кермі та, слухаючи, вдивлявся в далечінь пологих степів.</w:t>
      </w:r>
    </w:p>
    <w:p>
      <w:r>
        <w:br/>
        <w:t>Охрім казав далі:</w:t>
      </w:r>
    </w:p>
    <w:p>
      <w:r>
        <w:br/>
        <w:t>— Вона лає мене за те, що не хочу хазяйнувати. А як я можу різати плугами землю, коли знаю, що вона мовчки стогне під ногами тисячі людей?</w:t>
      </w:r>
    </w:p>
    <w:p>
      <w:r>
        <w:br/>
        <w:t>Рибалка захитав головою й витяг весла з кочаток. Уже наближались вони до Дівочої затоки і можна було не громадити.</w:t>
      </w:r>
    </w:p>
    <w:p>
      <w:r>
        <w:br/>
        <w:t>— А вона цього не втне,— розповідав Охрім,— бо звикла, що землю всі штовхають ногами. Вона не плюне на долівку, а на землю плює. А як же їй, всіма обпльованій!? Ну, й сваримося... А я день у день чекаю, поки розтануть сніги, щоб податися жити на косу. І живу...</w:t>
      </w:r>
    </w:p>
    <w:p>
      <w:r>
        <w:br/>
        <w:t>Охрім подивився навкруги. Зорі спускались на дно річки, як подарунки неба.</w:t>
      </w:r>
    </w:p>
    <w:p>
      <w:r>
        <w:br/>
        <w:t>Фершал уже розгортав перемети.</w:t>
      </w:r>
    </w:p>
    <w:p>
      <w:r>
        <w:br/>
        <w:t>Ніч, коли сестра Пріся віддалася начальникові станції, була скляна й нерухома. Здавалось, дерева застигли в камінь і дихати було важко, мов повітря розвіялось пилом по вулицях. Квіти акації повними гронами падали на землю, знесиливши з тиші та своєї запашності. Так само, як і в денну спеку, тіло розкладалось у беззв’язкову масу, і скрізь панувала радість притоми й знесилення.</w:t>
      </w:r>
    </w:p>
    <w:p>
      <w:r>
        <w:br/>
        <w:t>Захоплена цією радістю, Пріся гадала, пригортаючись до коханого:</w:t>
      </w:r>
    </w:p>
    <w:p>
      <w:r>
        <w:br/>
        <w:t>— Досі я важко відчувала пружність грудей і не знала щастя мати їх розталими від пестощів.</w:t>
      </w:r>
    </w:p>
    <w:p>
      <w:r>
        <w:br/>
        <w:t>Коли начальник станції, приголомшений сухим повітрям і коханням, добився до своєї хати, на платформі його перестрінула ліхтарникова дочка.</w:t>
      </w:r>
    </w:p>
    <w:p>
      <w:r>
        <w:br/>
        <w:t>Та щовечора до глибокої ночі самотньо блукала по платформі, бо інтелігентних юнаків бракувало, а сільськими вона гребувала.</w:t>
      </w:r>
    </w:p>
    <w:p>
      <w:r>
        <w:br/>
        <w:t>— Ну, хто виграв? — запитала вона.</w:t>
      </w:r>
    </w:p>
    <w:p>
      <w:r>
        <w:br/>
        <w:t>Начальник станції запевняв усіх, що він їздить вечорами до вчителя гуляти в преферанс.</w:t>
      </w:r>
    </w:p>
    <w:p>
      <w:r>
        <w:br/>
        <w:t>— Ми,— відповів начальник станції і спинився на хвилину — його здивував звук людської мови.</w:t>
      </w:r>
    </w:p>
    <w:p>
      <w:r>
        <w:br/>
        <w:t>Мешкання його було з чотирьох кімнат, але дві ніколи не одмикалися, бо були непотрібні.</w:t>
      </w:r>
    </w:p>
    <w:p>
      <w:r>
        <w:br/>
        <w:t>Начальник станції сів біля столу та видобув з шухлядки записну книжку: "Порадник залізничника на рік 1910". Цю книжку він придбав ще на початку своєї залізничної кар’єри, але й досі там нічого не записав.</w:t>
      </w:r>
    </w:p>
    <w:p>
      <w:r>
        <w:br/>
        <w:t>Сьогодні ж скоїлось щось таке, що треба було відбити навіки. Принаймні начальник станції був твердо того певний. Він розгорнув книжку на першій сторінці й написав:</w:t>
      </w:r>
    </w:p>
    <w:p>
      <w:r>
        <w:br/>
        <w:t>"Квітня 3-го дня. Вночі я..."</w:t>
      </w:r>
    </w:p>
    <w:p>
      <w:r>
        <w:br/>
        <w:t>Далі він не зміг висловити того, що таке ясне й велике стояло перед очима. Він закреслив усе та написав знову:</w:t>
      </w:r>
    </w:p>
    <w:p>
      <w:r>
        <w:br/>
        <w:t>"Квітня 3-го дня. Вночі Пріся і я..."</w:t>
      </w:r>
    </w:p>
    <w:p>
      <w:r>
        <w:br/>
        <w:t>Він здивовано помітив, що всі потрібні слова зникли, а лишились тільки цілком нікчемні.</w:t>
      </w:r>
    </w:p>
    <w:p>
      <w:r>
        <w:br/>
        <w:t>Зненацька він схилив голову й заснув.</w:t>
      </w:r>
    </w:p>
    <w:p>
      <w:r>
        <w:br/>
        <w:t>Дочка ж ліхтарника ще довго никала коло станції, одна серед будинків, дерев та залізних смуг.</w:t>
      </w:r>
    </w:p>
    <w:p>
      <w:r>
        <w:br/>
        <w:t>Тієї ночі чергувала сестра Ганнуся. У покоях було тихо; хворі не стогнали і не метушились у гарячці. Вони як запаморочені повитягались на ліжках, без сну й без руху. Звечора вони хвилювались, прохали розчинити всі вікна, прохали кислої води, а потім застигли, як риби на піску.</w:t>
      </w:r>
    </w:p>
    <w:p>
      <w:r>
        <w:br/>
        <w:t>Сестра Ганнуся стояла біля вікна й дивилась туди, де по степах конала спрагла земля. Вдень вітер хапав пил та грудки, люто кидав їх на паростки хліба, рвав, розкидав і сам розсипався.</w:t>
      </w:r>
    </w:p>
    <w:p>
      <w:r>
        <w:br/>
        <w:t>Ганнуся не здолала більше триматись на ногах і лягла. Сон не приходив, хоч з утоми не можна було ворухнути пальцем.</w:t>
      </w:r>
    </w:p>
    <w:p>
      <w:r>
        <w:br/>
        <w:t>Сестра лежала с розплющеними очима, а бачила тільки важкий, виснажливий дим, що, здавалось, заповнив кімнату.</w:t>
      </w:r>
    </w:p>
    <w:p>
      <w:r>
        <w:br/>
        <w:t>Вона не помітила, як згасла свічка, і місяць крізь гущавину дерев блискучими трісочками розсипався на підлозі.</w:t>
      </w:r>
    </w:p>
    <w:p>
      <w:r>
        <w:br/>
        <w:t>Раптом у кімнаті зашуміло, загуркотіло й війнуло холодом.</w:t>
      </w:r>
    </w:p>
    <w:p>
      <w:r>
        <w:br/>
        <w:t>Сестра Ганнуся схопилась — надворі полоснув дощ.</w:t>
      </w:r>
    </w:p>
    <w:p>
      <w:r>
        <w:br/>
        <w:t>На другий вечір учитель сільської школи простував до барака. Надворі було вогко й легко, трохи холоднувато після ранкового дощу.</w:t>
      </w:r>
    </w:p>
    <w:p>
      <w:r>
        <w:br/>
        <w:t>Шляхом він перестрінув трьох гімназистів та техніка, що вже вертали додому.</w:t>
      </w:r>
    </w:p>
    <w:p>
      <w:r>
        <w:br/>
        <w:t>— Чого ви так рано? — здивувався учитель.</w:t>
      </w:r>
    </w:p>
    <w:p>
      <w:r>
        <w:br/>
        <w:t>— Годі вже ходити,— відповів технік басом.— Справа безнадійна.</w:t>
      </w:r>
    </w:p>
    <w:p>
      <w:r>
        <w:br/>
        <w:t>Гімназисти були сумні й мовчали.</w:t>
      </w:r>
    </w:p>
    <w:p>
      <w:r>
        <w:br/>
        <w:t>— В чому ж річ? — спитав учитель.</w:t>
      </w:r>
    </w:p>
    <w:p>
      <w:r>
        <w:br/>
        <w:t>Технік раптом зробився гострий і розлютований.</w:t>
      </w:r>
    </w:p>
    <w:p>
      <w:r>
        <w:br/>
        <w:t>— Річ у тім, що треба було б вам бачити, як вони кинулись одне до одного сьогодні! З нами вона навіть привітатись забула.</w:t>
      </w:r>
    </w:p>
    <w:p>
      <w:r>
        <w:br/>
        <w:t>— Це просто неввічливо,— додав один з гімназистів.</w:t>
      </w:r>
    </w:p>
    <w:p>
      <w:r>
        <w:br/>
        <w:t>Всі скупчились, стали близько один до одного, як одна щільно з’єднана родина ображених і лукаво обдурених у своїх сподіваннях людей.</w:t>
      </w:r>
    </w:p>
    <w:p>
      <w:r>
        <w:br/>
        <w:t>— Так ви підете туди ще?— питав технік у вчителя.— Ми постановили бойкотувати її. Це ж свинство — не привітатись.</w:t>
      </w:r>
    </w:p>
    <w:p>
      <w:r>
        <w:br/>
        <w:t>Учитель стояв блідий і неприродно витягнутий.</w:t>
      </w:r>
    </w:p>
    <w:p>
      <w:r>
        <w:br/>
        <w:t>— Ні, я не піду туди,— сказав він. — Я піду на берег попитати риби.</w:t>
      </w:r>
    </w:p>
    <w:p>
      <w:r>
        <w:br/>
        <w:t>Юнаки пішли геть. Кожний з них не міг примиритись з тим, що він так жорстоко і нахабно обдурений.</w:t>
      </w:r>
    </w:p>
    <w:p>
      <w:r>
        <w:br/>
        <w:t>А вчитель підтюпцем подався до саду; щось підказувало йому, що там він знайде Прісю та її коханця.</w:t>
      </w:r>
    </w:p>
    <w:p>
      <w:r>
        <w:br/>
        <w:t>"Хоч подивлюся на них,— гарячково думав він,— хоч ударю його, хоч крикну їй щось образливе".</w:t>
      </w:r>
    </w:p>
    <w:p>
      <w:r>
        <w:br/>
        <w:t>В садку його опанував страх і сором. Він спинився й поволі пішов назад до школи. В одну мить він знесилів і йшов, хитаючись, з байдужою посмішкою на обличчі.</w:t>
      </w:r>
    </w:p>
    <w:p>
      <w:r>
        <w:br/>
        <w:t>Коло школи він опам’ятався. Спокійно одімкнув дверину, пройшов через клас у свою кімнату і сів на ліжко.</w:t>
      </w:r>
    </w:p>
    <w:p>
      <w:r>
        <w:br/>
        <w:t>Він почав потроху розуміти, що Пріся з’явилась тут через пошесть, через зойки людського болю і смерть. І всі вони там, у бараці, існують тільки з лиха людського та прокляття.</w:t>
      </w:r>
    </w:p>
    <w:p>
      <w:r>
        <w:br/>
        <w:t>Сестра Пріся цілими днями ходила зосереджена, і сміх її вже не турбував ані саду, ані будинку, де жив увесь медичний персонал.</w:t>
      </w:r>
    </w:p>
    <w:p>
      <w:r>
        <w:br/>
        <w:t>Тільки в бараці днями чергувань до Прісі верталось її дитяче недбальство та нестримана ласкавість, що чарівно полегшувало найтяжчі муки. Легко ходила вона по покоях, як коханка, нахилялась над хворим і з очей бачила, чого той бажає. З непідробленою щирістю метушилась вона, щоб допомогти озвірілій із болю людині.</w:t>
      </w:r>
    </w:p>
    <w:p>
      <w:r>
        <w:br/>
        <w:t>Сестра Ганнуся зовсім не розлучалася з сином. Разом вони ходили по степу, збираючи квіти, разом чергували біля хворих. Здавалось, вони мали таємницю від усіх, що зв’язала їх навіки.</w:t>
      </w:r>
    </w:p>
    <w:p>
      <w:r>
        <w:br/>
        <w:t>Увечері вони гуляли по саду та сходили на гору, з якої видно було село і степ. Тут вони сідали на купі дикого каменю й лишались до півночі.</w:t>
      </w:r>
    </w:p>
    <w:p>
      <w:r>
        <w:br/>
        <w:t>Земля, відроджена щедрим дощем, парувала, і над нею поставали теплі пахощі. Під їхнім впливом зникали думки, а байдужість обхоплювала тіло та колисала його, як на гойдалці.</w:t>
      </w:r>
    </w:p>
    <w:p>
      <w:r>
        <w:br/>
        <w:t>Антось сказав матері:</w:t>
      </w:r>
    </w:p>
    <w:p>
      <w:r>
        <w:br/>
        <w:t>— Мамо, сьогодні Одарка Калинівна знову говорила мені про Бога. Я проходив повз барак, і вона мене спинила... Казала, як я мучитимусь після смерті, коли не молитимусь Богові...</w:t>
      </w:r>
    </w:p>
    <w:p>
      <w:r>
        <w:br/>
        <w:t>Сестра Ганнуся збентежилась.</w:t>
      </w:r>
    </w:p>
    <w:p>
      <w:r>
        <w:br/>
        <w:t>— Що ж ти їй на це?</w:t>
      </w:r>
    </w:p>
    <w:p>
      <w:r>
        <w:br/>
        <w:t>— Я сказав, що не хочу молитися. Вона образилась... Адже ж ти казала, що коли б Бог і був, то люди б мали катувати його врешті, а не він людей. Проте його й зовсім немає.</w:t>
      </w:r>
    </w:p>
    <w:p>
      <w:r>
        <w:br/>
        <w:t>Сестра Ганнуся зітхнула.</w:t>
      </w:r>
    </w:p>
    <w:p>
      <w:r>
        <w:br/>
        <w:t>— Так, сину,— сказала вона,— Бога немає; то кволі люди вигадали його, щоб була ще одна надія.</w:t>
      </w:r>
    </w:p>
    <w:p>
      <w:r>
        <w:br/>
        <w:t>Якось сталося так, що дід Якимець, нічний церковний сторож, зробився єдиним приятелем сільського вчителя. Скоїлося це без балачок, непомітно й одразу.</w:t>
      </w:r>
    </w:p>
    <w:p>
      <w:r>
        <w:br/>
        <w:t>Прокидався дід Якимець о восьмій годині вечора і зразу ж готував учителеві самовара. Разом вони сідали пити чай; випивали мовчки по дві склянки кожний.</w:t>
      </w:r>
    </w:p>
    <w:p>
      <w:r>
        <w:br/>
        <w:t>Потім дід Якимець видобував з кишені газету: "Комуніст", орган губпарткому КП(б)У,— одшматовував клапоть та крутив величезну своїм розміром цигарку.</w:t>
      </w:r>
    </w:p>
    <w:p>
      <w:r>
        <w:br/>
        <w:t>— Може, вже віконниці зачиняти? — запитував він.</w:t>
      </w:r>
    </w:p>
    <w:p>
      <w:r>
        <w:br/>
        <w:t>— Авжеж,— відповідав учитель і починав запалювати каганця.</w:t>
      </w:r>
    </w:p>
    <w:p>
      <w:r>
        <w:br/>
        <w:t>Коли віконниці були зачинені, учитель добував із скрині скрипку й ноти, клав їх на стіл та присував ближче каганець.</w:t>
      </w:r>
    </w:p>
    <w:p>
      <w:r>
        <w:br/>
        <w:t>Дід Якимець сідав на лавочку в найтемнішому кутку й застигав у темну чудернацьку скибу.</w:t>
      </w:r>
    </w:p>
    <w:p>
      <w:r>
        <w:br/>
        <w:t>Учитель брав скрипку до плеча й клав смик на струни. Звук виринав густо-шовковий, та враз обривався, як акробат з високої трапеції.</w:t>
      </w:r>
    </w:p>
    <w:p>
      <w:r>
        <w:br/>
        <w:t>— Діду,— звертався вчитель до сторожа.— Я щовечора прохаю, щоб ви не дивились на моє обличчя, коли я граю. А ви...</w:t>
      </w:r>
    </w:p>
    <w:p>
      <w:r>
        <w:br/>
        <w:t>— Не буду більше,— шепотів зляканий дід.— Я дивитимусь у землю...</w:t>
      </w:r>
    </w:p>
    <w:p>
      <w:r>
        <w:br/>
        <w:t>Учитель грав. Спочатку він дивився на ноти, а потім забував їх перегортати та починав грати те, що, здавалось йому, він чув давно... може, ще в дитинстві, коли батьки брали його з собою ночувати в степи.</w:t>
      </w:r>
    </w:p>
    <w:p>
      <w:r>
        <w:br/>
        <w:t>Потім перед ним у яскравих фарбах з’являвся барак і все, що там стогнало й катувалось. Безкрайньою валкою сунулись перед ним юрби людей з підтятими думками та розкраяним тілом, а він, як найнятий музика, компонував їм величний марш Funerbe .</w:t>
      </w:r>
    </w:p>
    <w:p>
      <w:r>
        <w:br/>
        <w:t>Дід сидів у кутку, скоцюрбившись, з примруженими очима, ніби він не встиг приготуватися до хвилі звуків, і вона захлиснула його несподівано. Дід сидів геть розгублений та почував, як звуки великими клинами врізаються в його тіло і трощать його на шмаття.</w:t>
      </w:r>
    </w:p>
    <w:p>
      <w:r>
        <w:br/>
        <w:t>Учитель кінчав. Він ще стояв нерухомо, і смик лежав на струнах. Але звуків більш не було.</w:t>
      </w:r>
    </w:p>
    <w:p>
      <w:r>
        <w:br/>
        <w:t>Дід Якимець підводився і йшов до дверей. Там він спинявся і казав учителеві:</w:t>
      </w:r>
    </w:p>
    <w:p>
      <w:r>
        <w:br/>
        <w:t>— Я, як пас громадську череду, так у мене була сопілка... Тоді я теж грав... корови пасуться було, а я граю сам собі.</w:t>
      </w:r>
    </w:p>
    <w:p>
      <w:r>
        <w:br/>
        <w:t>У сінях сторож брав ціпка та плентався до церкви заснулим селом.</w:t>
      </w:r>
    </w:p>
    <w:p>
      <w:r>
        <w:br/>
        <w:t>Дід жив уночі, коли всі спали; а вдень, коли всі жили, дід спав, і ніколи не снилося йому сонце.</w:t>
      </w:r>
    </w:p>
    <w:p>
      <w:r>
        <w:br/>
        <w:t>Сестра Пріся якось увечері попросила Ганнусю:</w:t>
      </w:r>
    </w:p>
    <w:p>
      <w:r>
        <w:br/>
        <w:t>— Ганнусю, дозволь мені якийсь час ночувати з тобою разом. Останні ночі я кепсько сплю... Я боюся чогось і все думаю...</w:t>
      </w:r>
    </w:p>
    <w:p>
      <w:r>
        <w:br/>
        <w:t>— Будь ласка,— відповіла Ганнуся.— Антось може спати зі мною на однім ліжку.</w:t>
      </w:r>
    </w:p>
    <w:p>
      <w:r>
        <w:br/>
        <w:t>Тієї ж ночі Пріся розбудила Ганнусю. Пріся була перелякана, й сорочка на ній тремтіла.</w:t>
      </w:r>
    </w:p>
    <w:p>
      <w:r>
        <w:br/>
        <w:t>— Ганнусю,— просила вона,— дай мені брому або морфію... Мені все сниться, що я падаю... В той час, коли я маю вдаритись, прокидаюсь, і в мене болить усе тіло...</w:t>
      </w:r>
    </w:p>
    <w:p>
      <w:r>
        <w:br/>
        <w:t>Сестра Ганнуся встала й одхилила вікно.</w:t>
      </w:r>
    </w:p>
    <w:p>
      <w:r>
        <w:br/>
        <w:t>— Свіже повітря заспокоїть тебе краще од брому,— сказала вона.</w:t>
      </w:r>
    </w:p>
    <w:p>
      <w:r>
        <w:br/>
        <w:t>Пріся сіла біля вікна.</w:t>
      </w:r>
    </w:p>
    <w:p>
      <w:r>
        <w:br/>
        <w:t>— Як приємно,— промовила вона,— і... соромно. Здається, то не вітрець, а хтось живий торкається тіла та задумливо пестить його.</w:t>
      </w:r>
    </w:p>
    <w:p>
      <w:r>
        <w:br/>
        <w:t>Пріся здригнулась і швидко накинула на себе хустку.</w:t>
      </w:r>
    </w:p>
    <w:p>
      <w:r>
        <w:br/>
        <w:t>— Ганнусю,— казала вона. — Яка велика влада ночі над моєю душею і тілом. Ввечері, коли приходить він, я не можу боронитись проти його слів, бо він каже те, що має ніч... Коли ж він іде од мене, ти стаєш переді мною, і твої заморожені очі враз розвіюють усі слова його... Я знаю, що прийде час, коли він покине мене...</w:t>
      </w:r>
    </w:p>
    <w:p>
      <w:r>
        <w:br/>
        <w:t>Пріся замовкла, ніби чекаючи відповіді, але Ганнуся мовчала, схилившись на спинку ліжка.</w:t>
      </w:r>
    </w:p>
    <w:p>
      <w:r>
        <w:br/>
        <w:t>— Або ще гірше — ми одружимося, як він намовляє, і будемо жити на маленькій станції, де в добу проходить два потяги... там будуть мимо сунутись люди, а я навіки спинюся. А занепаде ж врешті кохання, а я таки житиму, здатна тільки варити борщ та ночувати з чужою мені людиною... О, який сором це шлюбне життя!</w:t>
      </w:r>
    </w:p>
    <w:p>
      <w:r>
        <w:br/>
        <w:t>Пріся схопила Ганнусині руки і стиснула їх.</w:t>
      </w:r>
    </w:p>
    <w:p>
      <w:r>
        <w:br/>
        <w:t>— Ганнусю, ти мусиш мені допомогти визволитись з-під влади ночі; я не хочу чути його слів...</w:t>
      </w:r>
    </w:p>
    <w:p>
      <w:r>
        <w:br/>
        <w:t>Ганнуся хитнула головою.</w:t>
      </w:r>
    </w:p>
    <w:p>
      <w:r>
        <w:br/>
        <w:t>— Я допоможу тобі,— шепнула вона.</w:t>
      </w:r>
    </w:p>
    <w:p>
      <w:r>
        <w:br/>
        <w:t>Пріся встала і нахилилась до неї.</w:t>
      </w:r>
    </w:p>
    <w:p>
      <w:r>
        <w:br/>
        <w:t>— А то... страшно? — спитала вона, вказуючи на Антося, що спав.</w:t>
      </w:r>
    </w:p>
    <w:p>
      <w:r>
        <w:br/>
        <w:t>— Ні,— відповіла Ганнуся.</w:t>
      </w:r>
    </w:p>
    <w:p>
      <w:r>
        <w:br/>
        <w:t>Обом їм не хотілося спати. Вони сіли поруч на ліжку і розмовляли без кінця. Пріся розповідала про своє дитинство і батьків, а Ганнуся згадала, як той, Антосів батько, вийняв з неї молоду душу і роздушив.</w:t>
      </w:r>
    </w:p>
    <w:p>
      <w:r>
        <w:br/>
        <w:t>День у день переконувалась сестра Одарка Калинівна, що Бог прокляв тих людей, з якими їй доводиться жити. Вона зрозуміла, що не хоче Бог їх простити і молитись за них даремно.</w:t>
      </w:r>
    </w:p>
    <w:p>
      <w:r>
        <w:br/>
        <w:t>Здибаючись з ними, вона трималась їх осторонь та гадала:</w:t>
      </w:r>
    </w:p>
    <w:p>
      <w:r>
        <w:br/>
        <w:t>— Я молилась за вас до безтями. Бог великий не почув мене, бо він прокляв вас і нащадків ваших. Ви ще жахнетесь його гніву, прокляті від Бога.</w:t>
      </w:r>
    </w:p>
    <w:p>
      <w:r>
        <w:br/>
        <w:t>Вдень вона збирала квіти та запашні трави і розкидала їх по кімнаті. Кожний куточок квітчала вона і сплела на образ Христа великий вінок з колючої шипшини.</w:t>
      </w:r>
    </w:p>
    <w:p>
      <w:r>
        <w:br/>
        <w:t>Вечорами вона не молилася вже, навіть не запалювала лампадки; вона тільки казала, повернувшись обличчям до Христа:</w:t>
      </w:r>
    </w:p>
    <w:p>
      <w:r>
        <w:br/>
        <w:t>— Дякую тобі, Боже. Мені нічого не потрібно.</w:t>
      </w:r>
    </w:p>
    <w:p>
      <w:r>
        <w:br/>
        <w:t>Потім вона сідала на стілець і почувала, як утворюється надслівний зв’язок між нею і божеством; вона почувала, що стає часткою його великої волі і думок.</w:t>
      </w:r>
    </w:p>
    <w:p>
      <w:r>
        <w:br/>
        <w:t>Щовечора міцнішав цей зв’язок, і дедалі, то вільніше розумілася Одарка Калинівна з Богом. Він, уквітчаний тернами, одкривав їй свої затаєні плани і радився з нею в кімнаті, закиданій квітками та пахощами степів.</w:t>
      </w:r>
    </w:p>
    <w:p>
      <w:r>
        <w:br/>
        <w:t>Сестра Пріся не одходила ані на крок од Ганнусі, і начальник станції мусив іти з ними обома й Антосем до річки.</w:t>
      </w:r>
    </w:p>
    <w:p>
      <w:r>
        <w:br/>
        <w:t>Начальник станції був невдоволений і не розумів Прісиної поведінки. Та взялася рука за руку з Ганнусею і перед тим, як сказати що, так дивилась на неї, ніби прохала дозволу говорити.</w:t>
      </w:r>
    </w:p>
    <w:p>
      <w:r>
        <w:br/>
        <w:t>Мовчки подивились вони на холоднувату просторінь річки та на легенький місток, що місяць перекинув між Двома берегами.</w:t>
      </w:r>
    </w:p>
    <w:p>
      <w:r>
        <w:br/>
        <w:t>Коли вернулися назад до барака, сестра Пріся попрощалась, щоб разом з Ганнусею іти до кімнати.</w:t>
      </w:r>
    </w:p>
    <w:p>
      <w:r>
        <w:br/>
        <w:t>— Сестро Прісю,— сказав тоді начальник станції.— Мені треба дещо сказати вам наодинці.</w:t>
      </w:r>
    </w:p>
    <w:p>
      <w:r>
        <w:br/>
        <w:t>Пріся щільніше притулилась до Ганнусі, хотіла щось одмовити, а потім швидко подалася геть, зовсім звісившись на Ганнусину руку.</w:t>
      </w:r>
    </w:p>
    <w:p>
      <w:r>
        <w:br/>
        <w:t>— Чого ж мені боляче? — питала вона.— Я ж сама хотіла й розбила...</w:t>
      </w:r>
    </w:p>
    <w:p>
      <w:r>
        <w:br/>
        <w:t>— Це мине,— сказала Ганнуся.</w:t>
      </w:r>
    </w:p>
    <w:p>
      <w:r>
        <w:br/>
        <w:t>— Прісю, оце все? — гукнув їй навздогін начальник станції.</w:t>
      </w:r>
    </w:p>
    <w:p>
      <w:r>
        <w:br/>
        <w:t>Йому ніхто не відповів.</w:t>
      </w:r>
    </w:p>
    <w:p>
      <w:r>
        <w:br/>
        <w:t>Він тоді сів на велосипеда й посунув на станцію. На платформі, як звичайно, гуляла ліхтарникова дочка; вона привіталась з ним, і він хитнув їй головою. В кімнаті він запалив світло й знайшов свою записну книжку. Довго він вдивлявся у написані там слова:</w:t>
      </w:r>
    </w:p>
    <w:p>
      <w:r>
        <w:br/>
        <w:t>"Квітня 3-го дня. Вночі Пріся й я..."</w:t>
      </w:r>
    </w:p>
    <w:p>
      <w:r>
        <w:br/>
        <w:t>Одну хвилю серце йому підкотилось до горла, і він схопився, щоб бігти з цією книжкою до барака та крикнути там:</w:t>
      </w:r>
    </w:p>
    <w:p>
      <w:r>
        <w:br/>
        <w:t>— Пріся моя! Ось документ!</w:t>
      </w:r>
    </w:p>
    <w:p>
      <w:r>
        <w:br/>
        <w:t>Та він заховав книжку; він зрозумів, що кохання промчало повз його, як потяг, і зникло ген, як і всі потяги, що проходили коло його станції.</w:t>
      </w:r>
    </w:p>
    <w:p>
      <w:r>
        <w:br/>
        <w:t>Сестра Ганнуся чергувала під Великдень, як і напророкувала колись Пріся. До церкви з медичного персоналу не пішов ніхто. Притомлена Пріся спала, бо останній час по охоті чергувала по двоє діб вряд то за Ганнусю, що блукала скрізь з сином, то за Одарку Калинівну, що замикалась у кімнаті. Лікар робив цигарки, бо дедалі то курив їх більше, а фершала зовсім не було в бараці: він добув у лікаря двомісячну відпустку, ніби з приводу гострого недокрів’я, і зовсім перебрався на Загірню косу.</w:t>
      </w:r>
    </w:p>
    <w:p>
      <w:r>
        <w:br/>
        <w:t>Одарка Калинівна теж лишилася вдома.</w:t>
      </w:r>
    </w:p>
    <w:p>
      <w:r>
        <w:br/>
        <w:t>— Чого маю я йти до церкви? — гадала вона.— Адже ж Великий Наречений прийде сам до мене в кімнату.</w:t>
      </w:r>
    </w:p>
    <w:p>
      <w:r>
        <w:br/>
        <w:t>Лікар уже налагодився спати, коли його покликано в барак до хворого. Він узув черевики і пішов; коло ліжка сестра Ганнуся марно силкувалась заспокоїти хворого.</w:t>
      </w:r>
    </w:p>
    <w:p>
      <w:r>
        <w:br/>
        <w:t>— А! — крикнув хворий, забачивши лікаря. — Ось і він. Я тут мучусь, спрага мене пече... Полекшіть мої муки! Ви ж лікар!</w:t>
      </w:r>
    </w:p>
    <w:p>
      <w:r>
        <w:br/>
        <w:t>Лікар сів біля нього на дзиґлику й байдуже подивився на записану температуру.</w:t>
      </w:r>
    </w:p>
    <w:p>
      <w:r>
        <w:br/>
        <w:t>— Нащо ж мене везли з дому до барака? — питав хворий. — Всі думали: тут учений лікар пособить. Краще б я дома помер...</w:t>
      </w:r>
    </w:p>
    <w:p>
      <w:r>
        <w:br/>
        <w:t>Хворий кричав. Слова його ляскали по мурах і гинули між ними.</w:t>
      </w:r>
    </w:p>
    <w:p>
      <w:r>
        <w:br/>
        <w:t>— О, якби я видужав, хоч на годину! Порізав би всіх лікарів. Я б умився їхньою розумною кров’ю. Я б помацав рукою їхній учений мозок...</w:t>
      </w:r>
    </w:p>
    <w:p>
      <w:r>
        <w:br/>
        <w:t>Раптом він упав на подушки та, протягаючи руки до лікаря, зашепотів:</w:t>
      </w:r>
    </w:p>
    <w:p>
      <w:r>
        <w:br/>
        <w:t>— Дайте чогось, щоб не пекло хвилину, благаю вас... я руки ваші цілуватиму... нема сил терпіти... дайте...</w:t>
      </w:r>
    </w:p>
    <w:p>
      <w:r>
        <w:br/>
        <w:t>Лікар піднявся.</w:t>
      </w:r>
    </w:p>
    <w:p>
      <w:r>
        <w:br/>
        <w:t>— Морфію... десять крапель,— мляво промовив він і посунув до себе в кімнату. Роздягнувшись, він закурив.</w:t>
      </w:r>
    </w:p>
    <w:p>
      <w:r>
        <w:br/>
        <w:t>— А що як не стане враз пошесті та хвороб? — запала йому в голову несподівана думка. — Як же я тоді?..</w:t>
      </w:r>
    </w:p>
    <w:p>
      <w:r>
        <w:br/>
        <w:t>Він засміявся. Дурниці. Пошесть завсіди буде, як не на Україні, то в Китаю або ще десь.</w:t>
      </w:r>
    </w:p>
    <w:p>
      <w:r>
        <w:br/>
        <w:t>Хворий у бараці солодко заснув. Сестра Ганнуся пройшла покоями — все було тихо. В бараці лишилась тільки одна покоївка, та й та була сердита, як гадюка, бо всі її подруги, бувши релігійні, подалися христосуватись до церкви, дарма що христосувались були щоночі і без Христа.</w:t>
      </w:r>
    </w:p>
    <w:p>
      <w:r>
        <w:br/>
        <w:t>Сестра Ганнуся вийшла на повітря і спинилась, схилившись на двері. Раптом з села залунали великодні дзвони.</w:t>
      </w:r>
    </w:p>
    <w:p>
      <w:r>
        <w:br/>
        <w:t>Але воскреслий Бог не прийшов у барак, і сестра Ганнуся стояла перед ним, як самотній дозорець на варті страждання.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епідемічному бараці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