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усьому хочеться дійти...</w:t>
      </w:r>
    </w:p>
    <w:p>
      <w:r>
        <w:br/>
        <w:t xml:space="preserve"> Борис Пастернак "В усьому хочеться дійти …"&lt;br /&gt;</w:t>
        <w:br/>
        <w:t>(переклад Володимира Туленка)</w:t>
      </w:r>
    </w:p>
    <w:p>
      <w:r>
        <w:br/>
        <w:t>В усьому хочеться дійти,&lt;br /&gt;</w:t>
        <w:br/>
        <w:t>До істин суті.&lt;br /&gt;</w:t>
        <w:br/>
        <w:t>В роботі, в пошуках мети,&lt;br /&gt;</w:t>
        <w:br/>
        <w:t>В сердечній смуті.</w:t>
      </w:r>
    </w:p>
    <w:p>
      <w:r>
        <w:br/>
        <w:t>До сутності минулих днів,&lt;br /&gt;</w:t>
        <w:br/>
        <w:t>До їх причини.&lt;br /&gt;</w:t>
        <w:br/>
        <w:t>До всіх підстав, до коренів,&lt;br /&gt;</w:t>
        <w:br/>
        <w:t>До серцевини.</w:t>
      </w:r>
    </w:p>
    <w:p>
      <w:r>
        <w:br/>
        <w:t>Постійно треба нить вхопить,&lt;br /&gt;</w:t>
        <w:br/>
        <w:t>Події, дати,&lt;br /&gt;</w:t>
        <w:br/>
        <w:t>Жить, думать, відчувать, любить,&lt;br /&gt;</w:t>
        <w:br/>
        <w:t>Світ відкривати.</w:t>
      </w:r>
    </w:p>
    <w:p>
      <w:r>
        <w:br/>
        <w:t>Якби ж то я лише зумів&lt;br /&gt;</w:t>
        <w:br/>
        <w:t>Та мав можливість,&lt;br /&gt;</w:t>
        <w:br/>
        <w:t>То склав би декілька рядків&lt;br /&gt;</w:t>
        <w:br/>
        <w:t>Про сильну пристрасть.</w:t>
      </w:r>
    </w:p>
    <w:p>
      <w:r>
        <w:br/>
        <w:t>Про беззаконня, гріх весь цей,&lt;br /&gt;</w:t>
        <w:br/>
        <w:t>Біги, погоні,&lt;br /&gt;</w:t>
        <w:br/>
        <w:t>Про ненавмисність похапцем,&lt;br /&gt;</w:t>
        <w:br/>
        <w:t>Лікті, долоні.</w:t>
      </w:r>
    </w:p>
    <w:p>
      <w:r>
        <w:br/>
        <w:t>Тоді б я відшукав би ген,&lt;br /&gt;</w:t>
        <w:br/>
        <w:t>З чого почалось,&lt;br /&gt;</w:t>
        <w:br/>
        <w:t>І повторив її імен&lt;br /&gt;</w:t>
        <w:br/>
        <w:t>Ініціали.</w:t>
      </w:r>
    </w:p>
    <w:p>
      <w:r>
        <w:br/>
        <w:t>Я б вірші розбивав як сад.&lt;br /&gt;</w:t>
        <w:br/>
        <w:t>Дригцем прожилок&lt;br /&gt;</w:t>
        <w:br/>
        <w:t>Розквітли б липи в них підряд,&lt;br /&gt;</w:t>
        <w:br/>
        <w:t>Ладком, спинились.</w:t>
      </w:r>
    </w:p>
    <w:p>
      <w:r>
        <w:br/>
        <w:t>Красу троянд я б в вірші вніс&lt;br /&gt;</w:t>
        <w:br/>
        <w:t>І подих м'яти,&lt;br /&gt;</w:t>
        <w:br/>
        <w:t>Луги, отави, сінокіс,&lt;br /&gt;</w:t>
        <w:br/>
        <w:t>Гроз перекати.</w:t>
      </w:r>
    </w:p>
    <w:p>
      <w:r>
        <w:br/>
        <w:t>Давно колись Шопен створив&lt;br /&gt;</w:t>
        <w:br/>
        <w:t>Оживше чудо,&lt;br /&gt;</w:t>
        <w:br/>
        <w:t>Фільварків, парків та могил&lt;br /&gt;</w:t>
        <w:br/>
        <w:t>Свої етюди.</w:t>
      </w:r>
    </w:p>
    <w:p>
      <w:r>
        <w:br/>
        <w:t>Досягнутого торжества&lt;br /&gt;</w:t>
        <w:br/>
        <w:t>Ця гра та мука —&lt;br /&gt;</w:t>
        <w:br/>
        <w:t>Натягнута, як тетива&lt;br /&gt;</w:t>
        <w:br/>
        <w:t>Тугого лука.</w:t>
      </w:r>
    </w:p>
    <w:p>
      <w:r>
        <w:br/>
        <w:t>*****</w:t>
      </w:r>
    </w:p>
    <w:p>
      <w:r>
        <w:br/>
        <w:t>Борис Пастернак "Во всем мне хочется дойти…"</w:t>
      </w:r>
    </w:p>
    <w:p>
      <w:r>
        <w:br/>
        <w:t>Во всем мне хочется дойти&lt;br /&gt;</w:t>
        <w:br/>
        <w:t>До самой сути.&lt;br /&gt;</w:t>
        <w:br/>
        <w:t>В работе, в поисках пути,&lt;br /&gt;</w:t>
        <w:br/>
        <w:t>В сердечной смуте.</w:t>
      </w:r>
    </w:p>
    <w:p>
      <w:r>
        <w:br/>
        <w:t>До сущности протекших дней,&lt;br /&gt;</w:t>
        <w:br/>
        <w:t>До их причины,&lt;br /&gt;</w:t>
        <w:br/>
        <w:t>До оснований, до корней,&lt;br /&gt;</w:t>
        <w:br/>
        <w:t>До сердцевины.</w:t>
      </w:r>
    </w:p>
    <w:p>
      <w:r>
        <w:br/>
        <w:t>Все время схватывая нить&lt;br /&gt;</w:t>
        <w:br/>
        <w:t>Судеб, событий,&lt;br /&gt;</w:t>
        <w:br/>
        <w:t>Жить, думать, чувствовать, любить,&lt;br /&gt;</w:t>
        <w:br/>
        <w:t>Свершать открытья.</w:t>
      </w:r>
    </w:p>
    <w:p>
      <w:r>
        <w:br/>
        <w:t>О, если бы я только мог&lt;br /&gt;</w:t>
        <w:br/>
        <w:t>Хотя отчасти,&lt;br /&gt;</w:t>
        <w:br/>
        <w:t>Я написал бы восемь строк&lt;br /&gt;</w:t>
        <w:br/>
        <w:t>О свойствах страсти.</w:t>
      </w:r>
    </w:p>
    <w:p>
      <w:r>
        <w:br/>
        <w:t>О беззаконьях, о грехах,&lt;br /&gt;</w:t>
        <w:br/>
        <w:t>Бегах, погонях,&lt;br /&gt;</w:t>
        <w:br/>
        <w:t>Нечаянностях впопыхах,&lt;br /&gt;</w:t>
        <w:br/>
        <w:t>Локтях, ладонях.</w:t>
      </w:r>
    </w:p>
    <w:p>
      <w:r>
        <w:br/>
        <w:t>Я вывел бы ее закон,&lt;br /&gt;</w:t>
        <w:br/>
        <w:t>Ее начало,&lt;br /&gt;</w:t>
        <w:br/>
        <w:t>И повторял ее имен&lt;br /&gt;</w:t>
        <w:br/>
        <w:t>Инициалы.</w:t>
      </w:r>
    </w:p>
    <w:p>
      <w:r>
        <w:br/>
        <w:t>Я б разбивал стихи, как сад.&lt;br /&gt;</w:t>
        <w:br/>
        <w:t>Всей дрожью жилок&lt;br /&gt;</w:t>
        <w:br/>
        <w:t>Цвели бы липы в них подряд,&lt;br /&gt;</w:t>
        <w:br/>
        <w:t>Гуськом, в затылок.</w:t>
      </w:r>
    </w:p>
    <w:p>
      <w:r>
        <w:br/>
        <w:t>В стихи б я внес дыханье роз,&lt;br /&gt;</w:t>
        <w:br/>
        <w:t>Дыханье мяты,&lt;br /&gt;</w:t>
        <w:br/>
        <w:t>Луга, осоку, сенокос,&lt;br /&gt;</w:t>
        <w:br/>
        <w:t>Грозы раскаты.</w:t>
      </w:r>
    </w:p>
    <w:p>
      <w:r>
        <w:br/>
        <w:t>Так некогда Шопен вложил&lt;br /&gt;</w:t>
        <w:br/>
        <w:t>Живое чудо&lt;br /&gt;</w:t>
        <w:br/>
        <w:t>Фольварков, парков, рощ, могил&lt;br /&gt;</w:t>
        <w:br/>
        <w:t>В свои этюды.</w:t>
      </w:r>
    </w:p>
    <w:p>
      <w:r>
        <w:br/>
        <w:t>Достигнутого торжества&lt;br /&gt;</w:t>
        <w:br/>
        <w:t>Игра и мука&lt;br /&gt;</w:t>
        <w:br/>
        <w:t>Натянутая тетива&lt;br /&gt;</w:t>
        <w:br/>
        <w:t>Тугого лука.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усьому хочеться дійти...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