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Вандея</w:t>
      </w:r>
    </w:p>
    <w:p>
      <w:r>
        <w:br/>
        <w:t xml:space="preserve"> Лю Мартиновській</w:t>
      </w:r>
    </w:p>
    <w:p>
      <w:r>
        <w:br/>
        <w:t>То не сонце затріпало крилами&lt;br /&gt;</w:t>
        <w:br/>
        <w:t>І упало в пісок золотий…&lt;br /&gt;</w:t>
        <w:br/>
        <w:t>Гей, і правду сказати несила мі,&lt;br /&gt;</w:t>
        <w:br/>
        <w:t>А збрехати…&lt;br /&gt;</w:t>
        <w:br/>
        <w:t>А ти…</w:t>
      </w:r>
    </w:p>
    <w:p>
      <w:r>
        <w:br/>
        <w:t>І</w:t>
      </w:r>
    </w:p>
    <w:p>
      <w:r>
        <w:br/>
        <w:t>На зорі прокричали когути…&lt;br /&gt;</w:t>
        <w:br/>
        <w:t>На зорі проскакали ми.&lt;br /&gt;</w:t>
        <w:br/>
        <w:t>На підмо…&lt;br /&gt;</w:t>
        <w:br/>
        <w:t>на підмо…&lt;br /&gt;</w:t>
        <w:br/>
        <w:t>на підмогу йти!&lt;br /&gt;</w:t>
        <w:br/>
        <w:t>Коню мій, коню!&lt;br /&gt;</w:t>
        <w:br/>
        <w:t>Стреми!.</w:t>
      </w:r>
    </w:p>
    <w:p>
      <w:r>
        <w:br/>
        <w:t>На зорі десь кричали, никали&lt;br /&gt;</w:t>
        <w:br/>
        <w:t>І сміяли…&lt;br /&gt;</w:t>
        <w:br/>
        <w:t>О, гей, мовчіть!&lt;br /&gt;</w:t>
        <w:br/>
        <w:t>Там десь сонце, проколоте піками,&lt;br /&gt;</w:t>
        <w:br/>
        <w:t>Умирає на синім мечі.</w:t>
      </w:r>
    </w:p>
    <w:p>
      <w:r>
        <w:br/>
        <w:t>Ой, не сонце ж то! — серце птицею!&lt;br /&gt;</w:t>
        <w:br/>
        <w:t>І не крик то — чаїне "киги"…&lt;br /&gt;</w:t>
        <w:br/>
        <w:t>Коню мій, — капотить крівавицею,&lt;br /&gt;</w:t>
        <w:br/>
        <w:t>Капотить на холодні сніги…</w:t>
      </w:r>
    </w:p>
    <w:p>
      <w:r>
        <w:br/>
        <w:t>То вона — під'яремна, розп'ята —&lt;br /&gt;</w:t>
        <w:br/>
        <w:t>То любов,&lt;br /&gt;</w:t>
        <w:br/>
        <w:t>Моя перша любов…&lt;br /&gt;</w:t>
        <w:br/>
        <w:t>Гей, мовчіть там, кого не прип'ято!&lt;br /&gt;</w:t>
        <w:br/>
        <w:t>Друзі, агов!!</w:t>
      </w:r>
    </w:p>
    <w:p>
      <w:r>
        <w:br/>
      </w:r>
    </w:p>
    <w:p>
      <w:r>
        <w:br/>
      </w:r>
    </w:p>
    <w:p>
      <w:r>
        <w:br/>
        <w:t>Попереду відтяті артерії,&lt;br /&gt;</w:t>
        <w:br/>
        <w:t>А позаду:&lt;br /&gt;</w:t>
        <w:br/>
        <w:t>липка імла.&lt;br /&gt;</w:t>
        <w:br/>
        <w:t>Мої друзі, і дикі прерії,&lt;br /&gt;</w:t>
        <w:br/>
        <w:t>Й синій піт з неживого чола…</w:t>
      </w:r>
    </w:p>
    <w:p>
      <w:r>
        <w:br/>
        <w:t>Є безумні і є заплакані,&lt;br /&gt;</w:t>
        <w:br/>
        <w:t>Але то не за свій живіт, —&lt;br /&gt;</w:t>
        <w:br/>
        <w:t>Нам рвучко страшною атакою&lt;br /&gt;</w:t>
        <w:br/>
        <w:t>Перекинути б навзнак світ.</w:t>
      </w:r>
    </w:p>
    <w:p>
      <w:r>
        <w:br/>
        <w:t>Перекинути світ облудливий,&lt;br /&gt;</w:t>
        <w:br/>
        <w:t>Розірвати оброть віків…&lt;br /&gt;</w:t>
        <w:br/>
        <w:t>Ми законні створіння, люди ми!&lt;br /&gt;</w:t>
        <w:br/>
        <w:t>Хоч не люди у нас батьки.</w:t>
      </w:r>
    </w:p>
    <w:p>
      <w:r>
        <w:br/>
        <w:t>Ми безумні на грізній виставі;&lt;br /&gt;</w:t>
        <w:br/>
        <w:t>Без запросин прийшли на ню…&lt;br /&gt;</w:t>
        <w:br/>
        <w:t>Проти в с і х — тільки серце розхристане,&lt;br /&gt;</w:t>
        <w:br/>
        <w:t>Проти криці — всього лиш юнь.</w:t>
      </w:r>
    </w:p>
    <w:p>
      <w:r>
        <w:br/>
        <w:t>Є прохмурі і є заплакані…&lt;br /&gt;</w:t>
        <w:br/>
        <w:t>Але то не за свій живіт. —&lt;br /&gt;</w:t>
        <w:br/>
        <w:t>І в атаку!.&lt;br /&gt;</w:t>
        <w:br/>
        <w:t>В атаку!.&lt;br /&gt;</w:t>
        <w:br/>
        <w:t>Атакою&lt;br /&gt;</w:t>
        <w:br/>
        <w:t>Перекинути навзнак світ.</w:t>
      </w:r>
    </w:p>
    <w:p>
      <w:r>
        <w:br/>
        <w:t>Поламати мечі п'ятирицею&lt;br /&gt;</w:t>
        <w:br/>
        <w:t>(Не для слави, не ради звитяг)&lt;br /&gt;</w:t>
        <w:br/>
        <w:t>І поставить над цею в 'я з н и ц е ю&lt;br /&gt;</w:t>
        <w:br/>
        <w:t>Малиновий, кривавий стяг.</w:t>
      </w:r>
    </w:p>
    <w:p>
      <w:r>
        <w:br/>
        <w:t>В свою кров його фарбить будемо.&lt;br /&gt;</w:t>
        <w:br/>
        <w:t>З своїх серць сплетемо вінки…&lt;br /&gt;</w:t>
        <w:br/>
        <w:t>У атаку!!&lt;br /&gt;</w:t>
        <w:br/>
        <w:t>В атаку!!</w:t>
      </w:r>
    </w:p>
    <w:p>
      <w:r>
        <w:br/>
        <w:t>Люди ми.&lt;br /&gt;</w:t>
        <w:br/>
        <w:t>Хоч не люди у нас батьки.</w:t>
      </w:r>
    </w:p>
    <w:p>
      <w:r>
        <w:br/>
        <w:t>Присягали на тінь Ревашельову, —&lt;br /&gt;</w:t>
        <w:br/>
        <w:t>Так. Несіть, донесуть до кінця&lt;br /&gt;</w:t>
        <w:br/>
        <w:t>Під старою брудною шинелею&lt;br /&gt;</w:t>
        <w:br/>
        <w:t>На любов і на смерть серця.</w:t>
      </w:r>
    </w:p>
    <w:p>
      <w:r>
        <w:br/>
        <w:t>Поклянлись на мозоль порепаний,&lt;br /&gt;</w:t>
        <w:br/>
        <w:t>Поклялись — так рушайте в путь.&lt;br /&gt;</w:t>
        <w:br/>
        <w:t>Щоб юність на колір креповий&lt;br /&gt;</w:t>
        <w:br/>
        <w:t>Без вагання за нюх обернуть.</w:t>
      </w:r>
    </w:p>
    <w:p>
      <w:r>
        <w:br/>
        <w:t>Щоб планета — єдина матінка&lt;br /&gt;</w:t>
        <w:br/>
        <w:t>І єдиний закон — любов!.&lt;br /&gt;</w:t>
        <w:br/>
        <w:t>Осб оце в нас мета одна тільки,&lt;br /&gt;</w:t>
        <w:br/>
        <w:t>Ось для цього юнацька кров.</w:t>
      </w:r>
    </w:p>
    <w:p>
      <w:r>
        <w:br/>
        <w:t>Через душі, крізь темінь Крезову&lt;br /&gt;</w:t>
        <w:br/>
        <w:t>Нумо, раз! Непокірний мій…&lt;br /&gt;</w:t>
        <w:br/>
        <w:t>То струмить її кров по лезові,&lt;br /&gt;</w:t>
        <w:br/>
        <w:t>То сльозина в куточку вій…</w:t>
      </w:r>
    </w:p>
    <w:p>
      <w:r>
        <w:br/>
        <w:t>На зорі прокричаи когути.&lt;br /&gt;</w:t>
        <w:br/>
        <w:t>На зорі проскакали ми.&lt;br /&gt;</w:t>
        <w:br/>
        <w:t>На підмо…&lt;br /&gt;</w:t>
        <w:br/>
        <w:t>На підмо…&lt;br /&gt;</w:t>
        <w:br/>
        <w:t>На підмогу йти!&lt;br /&gt;</w:t>
        <w:br/>
        <w:t>Коню, стреми!.</w:t>
      </w:r>
    </w:p>
    <w:p>
      <w:r>
        <w:br/>
        <w:t>ІІ</w:t>
      </w:r>
    </w:p>
    <w:p>
      <w:r>
        <w:br/>
        <w:t>У шпиталі, обмотана марлею,&lt;br /&gt;</w:t>
        <w:br/>
        <w:t>На тобі — не твоя голова…&lt;br /&gt;</w:t>
        <w:br/>
        <w:t>Десь далеко-далеко армія&lt;br /&gt;</w:t>
        <w:br/>
        <w:t>І так близько —&lt;br /&gt;</w:t>
        <w:br/>
        <w:t>розбита брова.</w:t>
      </w:r>
    </w:p>
    <w:p>
      <w:r>
        <w:br/>
        <w:t>І здавались чужими тепер ми, —&lt;br /&gt;</w:t>
        <w:br/>
        <w:t>Ні привіту,&lt;br /&gt;</w:t>
        <w:br/>
        <w:t>ні сліз,&lt;br /&gt;</w:t>
        <w:br/>
        <w:t>ні думок&lt;br /&gt;</w:t>
        <w:br/>
        <w:t>Там, де очі ясніли озерами,&lt;br /&gt;</w:t>
        <w:br/>
        <w:t>Там, де брови були, як шнурок.</w:t>
      </w:r>
    </w:p>
    <w:p>
      <w:r>
        <w:br/>
        <w:t>Вчора ще,&lt;br /&gt;</w:t>
        <w:br/>
        <w:t>до лафету прикована,&lt;br /&gt;</w:t>
        <w:br/>
        <w:t>Доливаючи кров'ю шолом,&lt;br /&gt;</w:t>
        <w:br/>
        <w:t>За останній, за бій ризикований&lt;br /&gt;</w:t>
        <w:br/>
        <w:t>Тріпотіла безбровим чолом.</w:t>
      </w:r>
    </w:p>
    <w:p>
      <w:r>
        <w:br/>
        <w:t>Тріпотіла… Просила і кликала…&lt;br /&gt;</w:t>
        <w:br/>
        <w:t>Обіцяла л ю б о в і п р и в і т:&lt;br /&gt;</w:t>
        <w:br/>
        <w:t>"Будьте с м і л и м и!&lt;br /&gt;</w:t>
        <w:br/>
        <w:t>Будьте в е л и к и м и!&lt;br /&gt;</w:t>
        <w:br/>
        <w:t>У п е р е д!!&lt;br /&gt;</w:t>
        <w:br/>
        <w:t>А н а з а д — і повік!."</w:t>
      </w:r>
    </w:p>
    <w:p>
      <w:r>
        <w:br/>
        <w:t>Пелюстками опали зів'ялені&lt;br /&gt;</w:t>
        <w:br/>
        <w:t>Довгі вії до серця не в лад.&lt;br /&gt;</w:t>
        <w:br/>
        <w:t>Десь горять бриґантини запалені…&lt;br /&gt;</w:t>
        <w:br/>
        <w:t>Нам повік не дістатись назад.</w:t>
      </w:r>
    </w:p>
    <w:p>
      <w:r>
        <w:br/>
        <w:t>Не дістатись…&lt;br /&gt;</w:t>
        <w:br/>
        <w:t>Хороша! Омріяна! —&lt;br /&gt;</w:t>
        <w:br/>
        <w:t>П е р е м о г а!! Ти чуєш це, Лю?!&lt;br /&gt;</w:t>
        <w:br/>
        <w:t>Я люблю тебе, димом овіяну,&lt;br /&gt;</w:t>
        <w:br/>
        <w:t>І шість ран на тобі люблю.</w:t>
      </w:r>
    </w:p>
    <w:p>
      <w:r>
        <w:br/>
        <w:t>Караваном грімливим, осяяним&lt;br /&gt;</w:t>
        <w:br/>
        <w:t>Вирушати нам в край новий…&lt;br /&gt;</w:t>
        <w:br/>
        <w:t>А над ким та й над ким же то зграями&lt;br /&gt;</w:t>
        <w:br/>
        <w:t>Воронння припада й шумить?</w:t>
      </w:r>
    </w:p>
    <w:p>
      <w:r>
        <w:br/>
        <w:t>То була не любов — прелюдія.&lt;br /&gt;</w:t>
        <w:br/>
        <w:t>Ось тепер ми дійшли до мети!.&lt;br /&gt;</w:t>
        <w:br/>
        <w:t>Гей, ніколи Твоїм я не буду,&lt;br /&gt;</w:t>
        <w:br/>
        <w:t>Як не будеш моєю і Ти.</w:t>
      </w:r>
    </w:p>
    <w:p>
      <w:r>
        <w:br/>
        <w:t>І чужі, і далекі тепера ми…&lt;br /&gt;</w:t>
        <w:br/>
        <w:t>Ні привіту, ні сліз, ні думок.&lt;br /&gt;</w:t>
        <w:br/>
        <w:t>Там, де очі ясніли озерами,&lt;br /&gt;</w:t>
        <w:br/>
        <w:t>Там, де брови були, як шнурок.</w:t>
      </w:r>
    </w:p>
    <w:p>
      <w:r>
        <w:br/>
        <w:t>Поєдналось з старим сьогодняшнє:&lt;br /&gt;</w:t>
        <w:br/>
        <w:t>(Ну, а що я собі зроблю?)&lt;br /&gt;</w:t>
        <w:br/>
        <w:t>Я люблю тебе юну, соняшу&lt;br /&gt;</w:t>
        <w:br/>
        <w:t>І шість ран на тобі люблю.</w:t>
      </w:r>
    </w:p>
    <w:p>
      <w:r>
        <w:br/>
        <w:t>Пам'ятаю: просила, кликала, —&lt;br /&gt;</w:t>
        <w:br/>
        <w:t>Обіцяла любов і привіт…&lt;br /&gt;</w:t>
        <w:br/>
        <w:t>Ось того я жадання не викинув&lt;br /&gt;</w:t>
        <w:br/>
        <w:t>Перекинути навзнак світ.</w:t>
      </w:r>
    </w:p>
    <w:p>
      <w:r>
        <w:br/>
        <w:t>ІІІ</w:t>
      </w:r>
    </w:p>
    <w:p>
      <w:r>
        <w:br/>
        <w:t>Дикий вихор… Корогви і шоломи…&lt;br /&gt;</w:t>
        <w:br/>
        <w:t>Чорний стяг… А за ним голубий…&lt;br /&gt;</w:t>
        <w:br/>
        <w:t>Та червоний не зрадим ніколи ми…&lt;br /&gt;</w:t>
        <w:br/>
        <w:t>Навіть в цей семикутний бій.</w:t>
      </w:r>
    </w:p>
    <w:p>
      <w:r>
        <w:br/>
        <w:t>Коливається світ у аґонії…&lt;br /&gt;</w:t>
        <w:br/>
        <w:t>Поспішає умерти живий…&lt;br /&gt;</w:t>
        <w:br/>
        <w:t>Хтось у рани свої ж незагоєні&lt;br /&gt;</w:t>
        <w:br/>
        <w:t>Ятаган наставляє свій…</w:t>
      </w:r>
    </w:p>
    <w:p>
      <w:r>
        <w:br/>
        <w:t>Хто сказав: переможено? Хто-бо то?!&lt;br /&gt;</w:t>
        <w:br/>
        <w:t>Хто початок прийняв за кінець?!&lt;br /&gt;</w:t>
        <w:br/>
        <w:t>Не одну перемогу чоботом&lt;br /&gt;</w:t>
        <w:br/>
        <w:t>Роздушило оте… крив'яне.</w:t>
      </w:r>
    </w:p>
    <w:p>
      <w:r>
        <w:br/>
        <w:t>Хто тут свій і хто ворог і де іти, —&lt;br /&gt;</w:t>
        <w:br/>
        <w:t>Чи по зорях, а чи по шликах?.&lt;br /&gt;</w:t>
        <w:br/>
        <w:t>Ех, Вандея,&lt;br /&gt;</w:t>
        <w:br/>
        <w:t>Вандея,&lt;br /&gt;</w:t>
        <w:br/>
        <w:t>Вандея ти&lt;br /&gt;</w:t>
        <w:br/>
        <w:t>У рудих, у брудних сіряках!</w:t>
      </w:r>
    </w:p>
    <w:p>
      <w:r>
        <w:br/>
        <w:t>Закрутилась баґнетом годована&lt;br /&gt;</w:t>
        <w:br/>
        <w:t>(Бачу, й досі вони стремлять)…&lt;br /&gt;</w:t>
        <w:br/>
        <w:t>Твої діти без ліку мордовані&lt;br /&gt;</w:t>
        <w:br/>
        <w:t>І зґвалтована тричі земля.</w:t>
      </w:r>
    </w:p>
    <w:p>
      <w:r>
        <w:br/>
        <w:t>Закрутилась в пожежі без пам'яти,&lt;br /&gt;</w:t>
        <w:br/>
        <w:t>Розгубилась і що… і куди…&lt;br /&gt;</w:t>
        <w:br/>
        <w:t>А чи справді на молоха з нами йти,&lt;br /&gt;</w:t>
        <w:br/>
        <w:t>А чи нас на рожно посадить.</w:t>
      </w:r>
    </w:p>
    <w:p>
      <w:r>
        <w:br/>
        <w:t>Та й недаром віками крутила нас.&lt;br /&gt;</w:t>
        <w:br/>
        <w:t>Закрутили в останню мить:&lt;br /&gt;</w:t>
        <w:br/>
        <w:t>Гей, насунула міць неосилена,&lt;br /&gt;</w:t>
        <w:br/>
        <w:t>У рейтузах на нас стремить.</w:t>
      </w:r>
    </w:p>
    <w:p>
      <w:r>
        <w:br/>
        <w:t>То не гунни, не скити, не половці, —&lt;br /&gt;</w:t>
        <w:br/>
        <w:t>То новий "золотий Тамерлан"…&lt;br /&gt;</w:t>
        <w:br/>
        <w:t>На твоїх на полях, на околицях&lt;br /&gt;</w:t>
        <w:br/>
        <w:t>Напосіли ворони орла…</w:t>
      </w:r>
    </w:p>
    <w:p>
      <w:r>
        <w:br/>
        <w:t>Твої діти живими обскубані,&lt;br /&gt;</w:t>
        <w:br/>
        <w:t>А батьки позбулися очей…&lt;br /&gt;</w:t>
        <w:br/>
        <w:t>Ех, Вандея,&lt;br /&gt;</w:t>
        <w:br/>
        <w:t>Вандея ти рубана&lt;br /&gt;</w:t>
        <w:br/>
        <w:t>Під чужим і гербом, і мечем.</w:t>
      </w:r>
    </w:p>
    <w:p>
      <w:r>
        <w:br/>
        <w:t>Дикий вихор. Корогви і шоломи…&lt;br /&gt;</w:t>
        <w:br/>
        <w:t>Чорний стяг, а за ним голубий…&lt;br /&gt;</w:t>
        <w:br/>
        <w:t>Та червоний не зрадим ніколи ми,&lt;br /&gt;</w:t>
        <w:br/>
        <w:t>Навіть в цей семикутний бій.</w:t>
      </w:r>
    </w:p>
    <w:p>
      <w:r>
        <w:br/>
        <w:t>IV</w:t>
      </w:r>
    </w:p>
    <w:p>
      <w:r>
        <w:br/>
        <w:t>І пройшли, пронесли не подолані&lt;br /&gt;</w:t>
        <w:br/>
        <w:t>І встромили на чорнім шпилі.&lt;br /&gt;</w:t>
        <w:br/>
        <w:t>Не один на коліна оволений,&lt;br /&gt;</w:t>
        <w:br/>
        <w:t>Не один припадав до землі!&lt;br /&gt;</w:t>
        <w:br/>
        <w:t>"Ми підем… Ми підем… Тільки де іти?&lt;br /&gt;</w:t>
        <w:br/>
        <w:t>І кого за любов розстрілять?!"&lt;br /&gt;</w:t>
        <w:br/>
        <w:t>Е-ех… "Вандея" ти —&lt;br /&gt;</w:t>
        <w:br/>
        <w:t>Сама сміла і буйна земля.</w:t>
      </w:r>
    </w:p>
    <w:p>
      <w:r>
        <w:br/>
        <w:t>V</w:t>
      </w:r>
    </w:p>
    <w:p>
      <w:r>
        <w:br/>
        <w:t>Скільки нас у цьому семикутньому&lt;br /&gt;</w:t>
        <w:br/>
        <w:t>Полоскалось в крові і в сльозах…&lt;br /&gt;</w:t>
        <w:br/>
        <w:t>Одиниці дійшли до майбутнього —&lt;br /&gt;</w:t>
        <w:br/>
        <w:t>Тисячі не вернулись назад.</w:t>
      </w:r>
    </w:p>
    <w:p>
      <w:r>
        <w:br/>
        <w:t>Бо була в них мета одна тілько&lt;br /&gt;</w:t>
        <w:br/>
        <w:t>І єдиний кінечний шлях:&lt;br /&gt;</w:t>
        <w:br/>
        <w:t>Щоб планета всім — рідна матінка,&lt;br /&gt;</w:t>
        <w:br/>
        <w:t>Щоб любов — на твоїх полях…</w:t>
      </w:r>
    </w:p>
    <w:p>
      <w:r>
        <w:br/>
        <w:t>Ось за це, за любов порепану&lt;br /&gt;</w:t>
        <w:br/>
        <w:t>Свою юнь — злотопіняву юнь —&lt;br /&gt;</w:t>
        <w:br/>
        <w:t>Без вагання на колір креповий,&lt;br /&gt;</w:t>
        <w:br/>
        <w:t>На кістки&lt;br /&gt;</w:t>
        <w:br/>
        <w:t>обернули за ню.</w:t>
      </w:r>
    </w:p>
    <w:p>
      <w:r>
        <w:br/>
        <w:t>Не було, не було незабутнього…&lt;br /&gt;</w:t>
        <w:br/>
        <w:t>Хто насподі —&lt;br /&gt;</w:t>
        <w:br/>
        <w:t>не буде над…&lt;br /&gt;</w:t>
        <w:br/>
        <w:t>Одиниці дійшли до майбутнього,&lt;br /&gt;</w:t>
        <w:br/>
        <w:t>Тисячі не вернулись назад…</w:t>
      </w:r>
    </w:p>
    <w:p>
      <w:r>
        <w:br/>
        <w:t>Хай і д е!. Вона знає, де іти.&lt;br /&gt;</w:t>
        <w:br/>
        <w:t>Хай не ронить сльозу з очей…&lt;br /&gt;</w:t>
        <w:br/>
        <w:t>Ех, Вандея…&lt;br /&gt;</w:t>
        <w:br/>
        <w:t>Вандея…&lt;br /&gt;</w:t>
        <w:br/>
        <w:t>Вандея ти&lt;br /&gt;</w:t>
        <w:br/>
        <w:t>Під чужим&lt;br /&gt;</w:t>
        <w:br/>
        <w:t>і гербом,&lt;br /&gt;</w:t>
        <w:br/>
        <w:t>і мечем.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Вандея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