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Ведмідь</w:t>
      </w:r>
    </w:p>
    <w:p>
      <w:r>
        <w:br/>
        <w:t xml:space="preserve"> &lt;p&gt;I</w:t>
      </w:r>
    </w:p>
    <w:p>
      <w:r>
        <w:br/>
        <w:t>Ведмiдь у нас на Вкраїнi, крiм як у зоологiчних парках, нiде не водиться, через те не так уже й страшно по наших лiсах вальдшнепа, чи зайця, чи лисицю полювати.</w:t>
      </w:r>
    </w:p>
    <w:p>
      <w:r>
        <w:br/>
        <w:t>Були б ведмедi, — довелося б багатьом мисливцям рушницi попродати, бо нашi охотники люди тихi, сумирнi й поетично нiжнi, а ведмiдь — звiр великий i реве: може перелякати.</w:t>
      </w:r>
    </w:p>
    <w:p>
      <w:r>
        <w:br/>
        <w:t>Один мiй приятель, дуже пристрасний охотник, коли ми, пам'ятаю, колись дiстали таку телеграму аж iз Вологодської областi — "Назнали й обклали аж три ведмежих барлоги зггг приїздiть негайно..." — довго вдивлявся у ту телеграму й каже:</w:t>
      </w:r>
    </w:p>
    <w:p>
      <w:r>
        <w:br/>
        <w:t>— Ти як знаіш, а я не поїду... Я — на бекасика люблю, бекасик — пташка сумирнепька, — вона не реве i скальпiв iз людини не здiймаі. А ведмiдь — воно дуже велике й дуже буре, а снiгу там багато: не втечеш! Не поїду я!</w:t>
      </w:r>
    </w:p>
    <w:p>
      <w:r>
        <w:br/>
        <w:t>Не поїхали ми вдвох.</w:t>
      </w:r>
    </w:p>
    <w:p>
      <w:r>
        <w:br/>
        <w:t>Ведмедi бувають бурi, i сiрi, i бiлi...</w:t>
      </w:r>
    </w:p>
    <w:p>
      <w:r>
        <w:br/>
        <w:t>Бурi — ревуть по лiсах, починаючи з Брянщини..;</w:t>
      </w:r>
    </w:p>
    <w:p>
      <w:r>
        <w:br/>
        <w:t>Сiрi звуться — "грiзлi", вони, спасибi їм, водяться досi-, далеко.</w:t>
      </w:r>
    </w:p>
    <w:p>
      <w:r>
        <w:br/>
        <w:t>А бiлi — тi у полярних морях та океанах, i далеко до них їхати, i холодно.</w:t>
      </w:r>
    </w:p>
    <w:p>
      <w:r>
        <w:br/>
        <w:t>Ну, а проте для кожного мисливця забити ведмедя — то вже така для нього честь i така йому з того слава, що хоч теоретично, а хочеться.</w:t>
      </w:r>
    </w:p>
    <w:p>
      <w:r>
        <w:br/>
        <w:t>Ви ж самi подумайте: по-перше — прекрасна ведмежа шинка i знамените ведмеже м'ясо, а по-друге — ведмежа шкура...</w:t>
      </w:r>
    </w:p>
    <w:p>
      <w:r>
        <w:br/>
        <w:t>Лежить таке велике-велике та волохате ведмеже хутро у вас у кабiнетi перед канапою. . Ви сидите на канапi, а перед вами приятелi сидять.</w:t>
      </w:r>
    </w:p>
    <w:p>
      <w:r>
        <w:br/>
        <w:t>Ви їм кажете:</w:t>
      </w:r>
    </w:p>
    <w:p>
      <w:r>
        <w:br/>
        <w:t>— Оцього ведмедя сам убив!</w:t>
      </w:r>
    </w:p>
    <w:p>
      <w:r>
        <w:br/>
        <w:t>Приятелi вашi, як i взагалi в таких випадках усi приятелi, подивляться один на одного i обов'язково котрийсь iз них кахикне.</w:t>
      </w:r>
    </w:p>
    <w:p>
      <w:r>
        <w:br/>
        <w:t>Не звертайте на це "кахи" нiякої уваги й розкажiть їм, як ви спочатку, коли ведмiдь вискочив iз барлоги, вдарили його жаканiвською кулею, але тiльки поранили, а вiн, розлючений, як стрибоне до вас, а ви не розгубились, вхопили рогатину, добре вперлись у снiг i взяли лютого звiра на рогатину, i як у вас рогатина — трiсь! — а ви хапаіте другу рогатину i прямо ведмедевi в груди! Аж тут друга рогатина — трiсь! Ви тодi-за третю! Звiр уже дихаі прямiсiнько вам в обличчя... Третя рогатина...</w:t>
      </w:r>
    </w:p>
    <w:p>
      <w:r>
        <w:br/>
        <w:t>Але тут дружина:</w:t>
      </w:r>
    </w:p>
    <w:p>
      <w:r>
        <w:br/>
        <w:t>— Жалуйте, товаришi, до столу! Чайку поп'імо! А коли ви вийдете з кабiнету, ваш найближчий друг каже вашiй дружинi:</w:t>
      </w:r>
    </w:p>
    <w:p>
      <w:r>
        <w:br/>
        <w:t>— Спасибi, хазяічко, що покликали, а то б довелося вашому чоловiковi й за четверту рогатину хвататись! Чого тiльки не перетерпить людина за правду?!</w:t>
      </w:r>
    </w:p>
    <w:p>
      <w:r>
        <w:br/>
        <w:t>II</w:t>
      </w:r>
    </w:p>
    <w:p>
      <w:r>
        <w:br/>
        <w:t>Добрий мiй знайомий, тов. С., хоч сам вiн i не мисливець, розповiв менi дуже iнтересний спосiб полювати ведмедя.</w:t>
      </w:r>
    </w:p>
    <w:p>
      <w:r>
        <w:br/>
        <w:t>Сам я нiколи до того про такий спосiб здобути ведмеже хутро й цiлу торбу ведмежого м'яса не чув, але спосiб цей, на мою думку, вартий всiлякої уваги, тим паче, що вiн зовсiм безпечний, i мисливець у всякiм разi тут своїм життям не ризикуі.</w:t>
      </w:r>
    </w:p>
    <w:p>
      <w:r>
        <w:br/>
        <w:t>Виявляіться, що дорослi ведмедi дуже пристраснi математики.</w:t>
      </w:r>
    </w:p>
    <w:p>
      <w:r>
        <w:br/>
        <w:t>Ви назнаіте мiсце, де ведмiдь полюі, чи просто годуіться, берете великий аркуш дикту, пишете на тому диктовi великими лiтерами таку математичну формулу:</w:t>
      </w:r>
    </w:p>
    <w:p>
      <w:r>
        <w:br/>
        <w:t>2Х2=5</w:t>
      </w:r>
    </w:p>
    <w:p>
      <w:r>
        <w:br/>
        <w:t>Написавши цю формулу, берете молоток i цвяхом прибиваіте до ясенка чи до дуба на тiй стежцi, де ведмедь подорожуі. Прибивати треба не дуже високо та й не дуже низько, а так, щоб ведмiдь ту математичну формулу побачив.</w:t>
      </w:r>
    </w:p>
    <w:p>
      <w:r>
        <w:br/>
        <w:t>Прибивати краще опiвднi, коли ведмiдь одпочиваі. А як вийде вiн увечерi полювати, щоб вiн її вже уздрiв.</w:t>
      </w:r>
    </w:p>
    <w:p>
      <w:r>
        <w:br/>
        <w:t>Прибили.</w:t>
      </w:r>
    </w:p>
    <w:p>
      <w:r>
        <w:br/>
        <w:t>Зразу ж бiжiть додому, запрягайте коня в гарбу й їдьте до того математичного мiсця. Тiльки ж не пiд'їздiть до нього близько, заховайте коня з пiдводою десь у ярку чи за скиртою соломи, а самi бiжiть у лiс, вилазьте поблизу прибитої формули на дуба й чекайте нишком.</w:t>
      </w:r>
    </w:p>
    <w:p>
      <w:r>
        <w:br/>
        <w:t>Ось iде ведмiдь.</w:t>
      </w:r>
    </w:p>
    <w:p>
      <w:r>
        <w:br/>
        <w:t>Трiщить лiщина, падають з неї галузки, i взагалi шум.</w:t>
      </w:r>
    </w:p>
    <w:p>
      <w:r>
        <w:br/>
        <w:t>Ви не бiйтесь i спокiйно собi чекайте.</w:t>
      </w:r>
    </w:p>
    <w:p>
      <w:r>
        <w:br/>
        <w:t>Наткнувся, нарештi, ведмiдь на дикт з математичною формулою. Досвiдченi в такiм на ведмедя полюваннi люди розповiдають, що, коли вiн побачить 2Х2 =5, з ним починаі коїтись щось неймовiрне.</w:t>
      </w:r>
    </w:p>
    <w:p>
      <w:r>
        <w:br/>
        <w:t>Вiн то ступне назад, вдивляючись у числа, то знову до них пiдступить, протираі лапою очi, дивиться, дивиться i, пересвiдчившись, що таки справдi написано 2Х2 =5, хватаіться лапами за голову й починаі ту голову ламати.</w:t>
      </w:r>
    </w:p>
    <w:p>
      <w:r>
        <w:br/>
        <w:t>Ламаі, ламаі, ламаі... Ви сидите — i нiчичирк! Аж ось голова ведмежа трiскаі й ламаіться.</w:t>
      </w:r>
    </w:p>
    <w:p>
      <w:r>
        <w:br/>
        <w:t>Ви злазите з дуба, пiдходите до ведмедя, — а вiн уже мертвий, упокоївся з поламки голови над невiрною математичною формулою.</w:t>
      </w:r>
    </w:p>
    <w:p>
      <w:r>
        <w:br/>
        <w:t>Ви бiжiть по пiдводу, пiд'їздiть, навалюйте ведмедя на гарбу, урочисто везiть додому. Дехто з мисливцiв, щоб не видати секрету цього способу полювання на ведмедя, потiм б'і його кинджалом у серце.</w:t>
      </w:r>
    </w:p>
    <w:p>
      <w:r>
        <w:br/>
        <w:t>— Наткнувся, — мовляв, — у лiсi на ведмедя, вiн на мене накинувся, я не розгубився, схопився з ним у страшному герцi, — i звалив його ударом кинджала прямо в серце! Ось, дивiться!</w:t>
      </w:r>
    </w:p>
    <w:p>
      <w:r>
        <w:br/>
        <w:t>I покаже ще й кинджал у ведмежiй кровi.</w:t>
      </w:r>
    </w:p>
    <w:p>
      <w:r>
        <w:br/>
        <w:t>А по-нашому — це нечесно: як здобув, так i розповiдай! Завжди додержуйся стародавньої охотницької традицiї: говори завжди правду, i тiльки правду!</w:t>
      </w:r>
    </w:p>
    <w:p>
      <w:r>
        <w:br/>
        <w:t>Ще раз говорю, що вищеописаного способу полювати ведмедя я не перевiряв, але всi, хто його знаі, кажуть, що вiн дуже добутливий.</w:t>
      </w:r>
    </w:p>
    <w:p>
      <w:r>
        <w:br/>
        <w:t>Спробуйте, товаришi охотники!</w:t>
      </w:r>
    </w:p>
    <w:p>
      <w:r>
        <w:br/>
        <w:t>Дикт не так дорого коштуі, а ведмеже хутро — коштовна рiч.</w:t>
      </w:r>
    </w:p>
    <w:p>
      <w:r>
        <w:br/>
        <w:t>Та й м'ясо не дешеве.</w:t>
      </w:r>
    </w:p>
    <w:p>
      <w:r>
        <w:br/>
        <w:t>III</w:t>
      </w:r>
    </w:p>
    <w:p>
      <w:r>
        <w:br/>
        <w:t>Ще був один непоганий спосiб придбати ведмеже хутро, але тепер навряд чи можна його здiйснити, бо грунтовно змiнилося на нашiй Батькiвщинi життя.</w:t>
      </w:r>
    </w:p>
    <w:p>
      <w:r>
        <w:br/>
        <w:t>Як знаімо за старих, дореволюцiйних часiв цигани-мандрiвники ходили по базарах та по ярмарках i водили за собою приручених i навчених рiзним нехитрим штукам ведмедiв:</w:t>
      </w:r>
    </w:p>
    <w:p>
      <w:r>
        <w:br/>
        <w:t>— А покажи, Миша, як п'яний дядько з корчми йде!</w:t>
      </w:r>
    </w:p>
    <w:p>
      <w:r>
        <w:br/>
        <w:t>— А покажи, Миша, як п'яна баба танцюі!</w:t>
      </w:r>
    </w:p>
    <w:p>
      <w:r>
        <w:br/>
        <w:t>Миша показуі, бо в Мишi в нiздрях залiзне кiльце, i як його за те кiльце сiпають, Мишi дуже боляче...</w:t>
      </w:r>
    </w:p>
    <w:p>
      <w:r>
        <w:br/>
        <w:t>Тепер цигани ведмедiв у нас не водять. Тепер цигани культурно по колгоспах господарюють та талановито грають на сценi свого циганського театру в Москвi — "Ромен".</w:t>
      </w:r>
    </w:p>
    <w:p>
      <w:r>
        <w:br/>
        <w:t>Так от i трапилася така охотницька за старих часiв пригода.</w:t>
      </w:r>
    </w:p>
    <w:p>
      <w:r>
        <w:br/>
        <w:t>Але хай за мене про неї розповiсть учасник тої пригоди, хай розповiсть так, як вiн менi колись розповiдав...</w:t>
      </w:r>
    </w:p>
    <w:p>
      <w:r>
        <w:br/>
        <w:t>..."У вереснi мiсяцi дiло було, якраз на другу пречисту.</w:t>
      </w:r>
    </w:p>
    <w:p>
      <w:r>
        <w:br/>
        <w:t>— Полювали ми з Трохимом Свиридовичем та Семеном Петровичем вальдшнепiв бiля Кленової. А в Кленовiй на другу пречисту величезний щороку ярмарок з'їздивси. Як iшли ми через Кленову, бачили пiд слободою чималенький циганський табiр з кiньми, возами, ведмедями й дiтьми. Ведмедiв було два,</w:t>
      </w:r>
    </w:p>
    <w:p>
      <w:r>
        <w:br/>
        <w:t>— i чималеньких. Ярмарок нас не цiкавив, бо виїхали ми з мiста виключно, щоб пополювати. Ну, полюімо! Я зайця стукнув, пару вальдшнепiв. Приятелi теж дечого пiдстрелили. Надвечiр зiйшлися перекусити. Сiли на узлiссi — трапезуімо. Довгенько трапезували. Уже й сонце за Гулеву гору сховалося, а ми трапезуімо. Уже Трохим Свиридович "Зiбралися всi бурлаки" двинув, а ми все трапезуімо. Трохим Свиридович було як потрапезуі, то спiваі, спiваі, аж заливаіться. Проспiвали вже й "Зiбралися" i "Реве та стогне" i "Гиля-гиля". Пiд "Кину кужiль на полицю, сама пiду на вулицю" Трохим Свиридович навприсядки пiшов. Уже й потанцювали, а проте все ще трапезуімо. Трохим Свиридович хотiв пiд "Кучерява Катерина чiплялася до Мартина" вдруге навприсядки вдарити. Не вдарив —упав! Упав та головою на ягдташ з вальдшнепами. Витяг вальдшнепа з сiтки, дивився, дивився на нього та й каже:</w:t>
      </w:r>
    </w:p>
    <w:p>
      <w:r>
        <w:br/>
        <w:t>— Пт-та-ташечко! Люб-б-б-ая! За що ти мерррртвая? Хiба ж ти з-в-в-вiр? Хiба ти мед-вед-мед-мiдь?! А потiм як iсхопиться:</w:t>
      </w:r>
    </w:p>
    <w:p>
      <w:r>
        <w:br/>
        <w:t>— Мед-вед-ведя хочу! Хлопцi, — кричить, — давай медвеля полювати! За мною!</w:t>
      </w:r>
    </w:p>
    <w:p>
      <w:r>
        <w:br/>
        <w:t>Ми за ним!</w:t>
      </w:r>
    </w:p>
    <w:p>
      <w:r>
        <w:br/>
        <w:t>Я вже докладно не дуже й пам'ятаю, та й тодi воно менi не дуже затямилося, що саме було. Пам'ятаю, що кругом кричать цигани, ведмiдь мене кусаі, я ведмедя кусаю. Хтось мене за ноги, пам'ятаю, тягне, я когось за щось, пам'ятаю, тягну.</w:t>
      </w:r>
    </w:p>
    <w:p>
      <w:r>
        <w:br/>
        <w:t>Прокинувся — темно. Лапнув праворуч — наткнувся па вуса Трохима Свиридовича! Лапнув лiворуч — нiби борода Семека Петровича.</w:t>
      </w:r>
    </w:p>
    <w:p>
      <w:r>
        <w:br/>
        <w:t>— А де ж, — думаю собi, — ведмедi?</w:t>
      </w:r>
    </w:p>
    <w:p>
      <w:r>
        <w:br/>
        <w:t>А так якась проти нiби дiрка i трохи свiтиться.</w:t>
      </w:r>
    </w:p>
    <w:p>
      <w:r>
        <w:br/>
        <w:t>Я до дiрки, стоїть людина, пиката й вусата. Я її й питаю:</w:t>
      </w:r>
    </w:p>
    <w:p>
      <w:r>
        <w:br/>
        <w:t>— Ми, часом, не в барлозi?</w:t>
      </w:r>
    </w:p>
    <w:p>
      <w:r>
        <w:br/>
        <w:t>А вона менi:</w:t>
      </w:r>
    </w:p>
    <w:p>
      <w:r>
        <w:br/>
        <w:t>— Я тобi дам барлiг! Я тобi дам такий барлiг, що ведмедем зеревеш! Хлiв станового пристава за барлiг маіш?!</w:t>
      </w:r>
    </w:p>
    <w:p>
      <w:r>
        <w:br/>
        <w:t>Тодi я все зрозумiв! За все життя оце один тiльки раз на ведмедя й полював.</w:t>
      </w:r>
    </w:p>
    <w:p>
      <w:r>
        <w:br/>
        <w:t>— Iнтересно! Тiльки дуже дорого, — з сумом додав учасник тої пригоди...."</w:t>
      </w:r>
    </w:p>
    <w:p>
      <w:r>
        <w:br/>
        <w:t>* * *</w:t>
      </w:r>
    </w:p>
    <w:p>
      <w:r>
        <w:br/>
        <w:t>Тепер так на ведмедя полювати вже не вдасться: нема ярмаркових тепер, слава богу, ведмедiв...</w:t>
      </w:r>
    </w:p>
    <w:p>
      <w:r>
        <w:br/>
        <w:t>Хiба, може, в зоологiчному парку? Але нi: не варт! У всякiм разi, не рекомендую!</w:t>
      </w:r>
    </w:p>
    <w:p>
      <w:r>
        <w:br/>
        <w:t>IV</w:t>
      </w:r>
    </w:p>
    <w:p>
      <w:r>
        <w:br/>
        <w:t>А приімно все-таки лежати на канапi, вкритiй ведмежою шкурою, й посмiхатися:</w:t>
      </w:r>
    </w:p>
    <w:p>
      <w:r>
        <w:br/>
        <w:t>— Сам убив! Їй-бо, сам!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