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Весняний акорд</w:t>
      </w:r>
    </w:p>
    <w:p>
      <w:r>
        <w:br/>
        <w:t xml:space="preserve"> &lt;p&gt;Моя хата.</w:t>
      </w:r>
    </w:p>
    <w:p>
      <w:r>
        <w:br/>
        <w:t>Наокруги обсадив її мій дід липами і смереками, дослідні — перевезений спомин з гір, а вид з неї — се далека препишна рівнина.</w:t>
      </w:r>
    </w:p>
    <w:p>
      <w:r>
        <w:br/>
        <w:t>Так, мабуть, розлягається степ, подібно як оця рівнина наша.</w:t>
      </w:r>
    </w:p>
    <w:p>
      <w:r>
        <w:br/>
        <w:t>Десь далеко добачує моє око сільські хати.</w:t>
      </w:r>
    </w:p>
    <w:p>
      <w:r>
        <w:br/>
        <w:t>Давно, давно, як був я ще дитиною, пишалась на тій рівнині дубина-ліс. Відтак — мов сьогодні бачу се, ставала вона чимраз об'ємистіша і рідшала. А коли я знов вернувся в оці сторони і моє волосся посивіло — вона, як предки мої, в землю ніби позападавшися, позникала. Осталась лиш гола рівнина.</w:t>
      </w:r>
    </w:p>
    <w:p>
      <w:r>
        <w:br/>
        <w:t>До того знов ще розказують, що колись, ще за часів наймолодшої дубини, бився тут Собіський з турками, і тут і там остались з тої давнини могили-спомини.</w:t>
      </w:r>
    </w:p>
    <w:p>
      <w:r>
        <w:br/>
        <w:t>Тепер, як кажу, рівнина пригадує степ...</w:t>
      </w:r>
    </w:p>
    <w:p>
      <w:r>
        <w:br/>
        <w:t>Саме тепер весна; поля зазеленіли. Десь під небосхилом розходиться спів жайворонка. Я уявляю собі його срібно-прозорими перлинами, що, кидані невідомою рукою в повітрі... тут або там сиплються і доходять звуком своїм до наших ушей.</w:t>
      </w:r>
    </w:p>
    <w:p>
      <w:r>
        <w:br/>
        <w:t>Полями, зеленою рівниною в'ється доріжка.</w:t>
      </w:r>
    </w:p>
    <w:p>
      <w:r>
        <w:br/>
        <w:t>Я її своїм оком здалека не розрізняю — але вона є.</w:t>
      </w:r>
    </w:p>
    <w:p>
      <w:r>
        <w:br/>
        <w:t>Приміром, зараз добачаю і можу вже розрізнити: іде здалека, ніби пливе проти моєї хати, чоловік, а за ним жінка. Десь за півгодини вони будуть мою хату трохи оподалік минати.</w:t>
      </w:r>
    </w:p>
    <w:p>
      <w:r>
        <w:br/>
        <w:t>Надворі припікає; він в киптарі, а вона в чорнім сердаці і червоній хустці. Днина ярмаркова.</w:t>
      </w:r>
    </w:p>
    <w:p>
      <w:r>
        <w:br/>
        <w:t>Десь далі звідси, ще на годину ходу,— вони будуть там, на ярмарку.</w:t>
      </w:r>
    </w:p>
    <w:p>
      <w:r>
        <w:br/>
        <w:t>Чого?</w:t>
      </w:r>
    </w:p>
    <w:p>
      <w:r>
        <w:br/>
        <w:t>Не мають нічого на продаж...</w:t>
      </w:r>
    </w:p>
    <w:p>
      <w:r>
        <w:br/>
        <w:t>Але... майже самі не знають... а ідуть...</w:t>
      </w:r>
    </w:p>
    <w:p>
      <w:r>
        <w:br/>
        <w:t>Переважно тому, що ярмаркова днина, що можна буде з сим і тим побачитися, поговорить, напитися — пливуть вони тою рівниною, повного розгону і сили.</w:t>
      </w:r>
    </w:p>
    <w:p>
      <w:r>
        <w:br/>
        <w:t>"Взяла-сь з собою кілька яєць?" — ніби чую, кличе чоловік до жінки, не обзираючись.</w:t>
      </w:r>
    </w:p>
    <w:p>
      <w:r>
        <w:br/>
        <w:t>Він все іде вперед, а вона, як велить звичай, кілька кроків в покорі за ним і несе в своїй барвній трайстрині[1] тих "кілька яєць". І пливуть далі в тій рівнині, над ними небосхил, під ними земля... зелень. А робітна днина приманчива, пишна аж кричить: "Не губіть часу, творіть що!"</w:t>
      </w:r>
    </w:p>
    <w:p>
      <w:r>
        <w:br/>
        <w:t>Їм байдуже.</w:t>
      </w:r>
    </w:p>
    <w:p>
      <w:r>
        <w:br/>
        <w:t>Так щотижня. До того свята неділя, дні минають мов переливаються, а вони однакові.</w:t>
      </w:r>
    </w:p>
    <w:p>
      <w:r>
        <w:br/>
        <w:t>Дома діти самі без надзору. Праця жде творчих рук, а вони ідуть-тонуть: зразу в тій рівнині, а далі, як їх око вже не добачує — на ярмарку і в корчмі. Вертаються вони аж пізнім вечором або іноді вночі.</w:t>
      </w:r>
    </w:p>
    <w:p>
      <w:r>
        <w:br/>
        <w:t>Час з ними. Ні хвилини не жде.</w:t>
      </w:r>
    </w:p>
    <w:p>
      <w:r>
        <w:br/>
        <w:t>Через той день і ніч, що мов закриває за собою все сотворене,— і те, що жде ще творення,— щось рухається вперед... Ниви знов о відтінок зазеленілись дужче; пупці на деревині порозпускались більше, трави попідростали... все тихцем, і все більше, дальше, все мов за невидимим планом, укладом — застою не знає. Лиш мужик однаковий. Який був учора, такий і нині, таке і завтра жде його.</w:t>
      </w:r>
    </w:p>
    <w:p>
      <w:r>
        <w:br/>
        <w:t>З праці підіймається на нього убійча рука?</w:t>
      </w:r>
    </w:p>
    <w:p>
      <w:r>
        <w:br/>
        <w:t>З землі тої пишної, зеленої, плодовитої?</w:t>
      </w:r>
    </w:p>
    <w:p>
      <w:r>
        <w:br/>
        <w:t>Ні.</w:t>
      </w:r>
    </w:p>
    <w:p>
      <w:r>
        <w:br/>
        <w:t>З нього самого. З його нутра вона виростає. З тої гущавини недбалості і байдужості, в котрій росте і не розвивається він. З нього самого. Він боїться поступу. Не ясною свідомістю, якою розрізняє хліб, а більше інстинктом. З поступу сягає щось за його традицією, в котрій знаходить він також несвідомо опору, І хоче його винищити — перетворити. Він се відчуває, неясно, інстинктом — і шукає помочі.</w:t>
      </w:r>
    </w:p>
    <w:p>
      <w:r>
        <w:br/>
        <w:t>Що йому її подасть?</w:t>
      </w:r>
    </w:p>
    <w:p>
      <w:r>
        <w:br/>
        <w:t>Він не знає.</w:t>
      </w:r>
    </w:p>
    <w:p>
      <w:r>
        <w:br/>
        <w:t>Наука?</w:t>
      </w:r>
    </w:p>
    <w:p>
      <w:r>
        <w:br/>
        <w:t>Ні.</w:t>
      </w:r>
    </w:p>
    <w:p>
      <w:r>
        <w:br/>
        <w:t>Йому від неї страшно.</w:t>
      </w:r>
    </w:p>
    <w:p>
      <w:r>
        <w:br/>
        <w:t>Вона трудна. Інстинкт здержує. Перетворить щось з його і його дітей, що будуть соромитись його грубої одіжі. Вона — ні.</w:t>
      </w:r>
    </w:p>
    <w:p>
      <w:r>
        <w:br/>
        <w:t>Боги?</w:t>
      </w:r>
    </w:p>
    <w:p>
      <w:r>
        <w:br/>
        <w:t>Може.</w:t>
      </w:r>
    </w:p>
    <w:p>
      <w:r>
        <w:br/>
        <w:t>В них криється сила, котру його простий розум не розрізняє, а чуття одобряє. Він знає лише своє матеріальне існування,— а більше нічого. Тонші підземні їх хідники і шляхи куди провадять — добрі чи лихі вони,— він не знає.</w:t>
      </w:r>
    </w:p>
    <w:p>
      <w:r>
        <w:br/>
        <w:t>Так, як є, йому добре.</w:t>
      </w:r>
    </w:p>
    <w:p>
      <w:r>
        <w:br/>
        <w:t>Він — природа. Враз з нею він розвивається, процвітає, плодить... в'яне, скидає осіннє листя... далі гасне... він природа...</w:t>
      </w:r>
    </w:p>
    <w:p>
      <w:r>
        <w:br/>
        <w:t>. . . . . . . . . . .</w:t>
      </w:r>
    </w:p>
    <w:p>
      <w:r>
        <w:br/>
        <w:t>Звисока, з синявого небосхилу, котяться воздухом жайворонкові перлоньки, губляться...</w:t>
      </w:r>
    </w:p>
    <w:p>
      <w:r>
        <w:br/>
        <w:t>Всюди навкруги сила.</w:t>
      </w:r>
    </w:p>
    <w:p>
      <w:r>
        <w:br/>
        <w:t>Ох, як добре. Парно...</w:t>
      </w:r>
    </w:p>
    <w:p>
      <w:r>
        <w:br/>
        <w:t>Розкішно жити. І тим, що богові піддаються, і тим, що науці поклоняються... Їм всім весна процвітає. Кожне творить. Там велике матеріальне... там духовне... а всюди вона є — існує — стремиться...</w:t>
      </w:r>
    </w:p>
    <w:p>
      <w:r>
        <w:br/>
        <w:t>Де початок її?</w:t>
      </w:r>
    </w:p>
    <w:p>
      <w:r>
        <w:br/>
        <w:t>Ніхто не знає. На одно й вийшло б.</w:t>
      </w:r>
    </w:p>
    <w:p>
      <w:r>
        <w:br/>
        <w:t>Коли полуднє її, кінець? Також невідомо.</w:t>
      </w:r>
    </w:p>
    <w:p>
      <w:r>
        <w:br/>
        <w:t>Так добре. Вона однакова.</w:t>
      </w:r>
    </w:p>
    <w:p>
      <w:r>
        <w:br/>
        <w:t>Вона сліпа, могутня, велика — вічна...</w:t>
      </w:r>
    </w:p>
    <w:p>
      <w:r>
        <w:br/>
        <w:t>. . . . . . . . . . .</w:t>
      </w:r>
    </w:p>
    <w:p>
      <w:r>
        <w:br/>
        <w:t>Жайворонки, співайте!</w:t>
      </w:r>
    </w:p>
    <w:p>
      <w:r>
        <w:br/>
        <w:t>[1919 (?)]</w:t>
      </w:r>
    </w:p>
    <w:p>
      <w:r>
        <w:br/>
        <w:t>[1] Т р а й с т р и н а — торбина.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Весняний акорд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