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Віяло мадам Полетики</w:t>
      </w:r>
    </w:p>
    <w:p>
      <w:r>
        <w:br/>
        <w:t xml:space="preserve"> Ідалія Полетика,&lt;br /&gt;</w:t>
        <w:br/>
        <w:t>прославилася бабонька,&lt;br /&gt;</w:t>
        <w:br/>
        <w:t>цькувала собі генія, знічев'я, просто так.&lt;br /&gt;</w:t>
        <w:br/>
        <w:t>Тепер в музеях Пушкіна&lt;br /&gt;</w:t>
        <w:br/>
        <w:t>зі стін очима кліпає,&lt;br /&gt;</w:t>
        <w:br/>
        <w:t>за віяло ховається, коли екскурсовод&lt;br /&gt;</w:t>
        <w:br/>
        <w:t>ні-ні та й скаже: — Ось вона,&lt;br /&gt;</w:t>
        <w:br/>
        <w:t>та сама світська дамочка,&lt;br /&gt;</w:t>
        <w:br/>
        <w:t>котра цькувала генія. Нікчемна, а й вона&lt;br /&gt;</w:t>
        <w:br/>
        <w:t>отрути жменьку вкинула, де наклепи варилися,&lt;br /&gt;</w:t>
        <w:br/>
        <w:t>і є в його загибелі також її вина.&lt;br /&gt;</w:t>
        <w:br/>
        <w:t>Куди ж тепер їй дітися?&lt;br /&gt;</w:t>
        <w:br/>
        <w:t>Безсмертя річ безвихідна.&lt;br /&gt;</w:t>
        <w:br/>
        <w:t>Всі погляди спиняються на ній, на ній, на ній!&lt;br /&gt;</w:t>
        <w:br/>
        <w:t>А що, мадам Полетико?&lt;br /&gt;</w:t>
        <w:br/>
        <w:t>Позиція невигідна.&lt;br /&gt;</w:t>
        <w:br/>
        <w:t>Тепер сиди у рамочці, прилюдно червоній.&lt;br /&gt;</w:t>
        <w:br/>
        <w:t>Він щедрий, незлопам'ятний,&lt;br /&gt;</w:t>
        <w:br/>
        <w:t>він виві тебе з ницості.&lt;br /&gt;</w:t>
        <w:br/>
        <w:t>Без нього, без убитого, ну ким би ти була?&lt;br /&gt;</w:t>
        <w:br/>
        <w:t>А так усі розплутують по вузлику, по ниточці,&lt;br /&gt;</w:t>
        <w:br/>
        <w:t>вже років сто розплутують усе, що ти плела.&lt;br /&gt;</w:t>
        <w:br/>
        <w:t>В Дантеса були крильця — сріблясті еполетики.&lt;br /&gt;</w:t>
        <w:br/>
        <w:t>Він пурхав, ти звивалася — як жевжик і змія.&lt;br /&gt;</w:t>
        <w:br/>
        <w:t>Воно, звичайно, бувши&lt;br /&gt;</w:t>
        <w:br/>
        <w:t>дружиною Полетики,&lt;br /&gt;</w:t>
        <w:br/>
        <w:t>годилось би залишити достойніше ім'я.&lt;br /&gt;</w:t>
        <w:br/>
        <w:t>Ідалія, вродливиця, і очі з поволокою,&lt;br /&gt;</w:t>
        <w:br/>
        <w:t>дитя розпусти графської, рождене без вінця.&lt;br /&gt;</w:t>
        <w:br/>
        <w:t>Як ви цькували генія!&lt;br /&gt;</w:t>
        <w:br/>
        <w:t>Безжалісно, толокою.&lt;br /&gt;</w:t>
        <w:br/>
        <w:t>Чого ж тепер ти віялом прикрила півлиця?&lt;br /&gt;</w:t>
        <w:br/>
        <w:t>Ідалія, сучасниця,&lt;br /&gt;</w:t>
        <w:br/>
        <w:t>ну, як тобі сичалося?&lt;br /&gt;</w:t>
        <w:br/>
        <w:t>Звідкіль взялося віяло, бо наче ж не було.&lt;br /&gt;</w:t>
        <w:br/>
        <w:t>Чи ти ото прикрилася, щоб совість не пручалася,&lt;br /&gt;</w:t>
        <w:br/>
        <w:t>щоб люди не побачили роздвоєне жало?&lt;br /&gt;</w:t>
        <w:br/>
        <w:t>А треба ж було думати,&lt;br /&gt;</w:t>
        <w:br/>
        <w:t>царі, Дантеси, Дубельти,&lt;br /&gt;</w:t>
        <w:br/>
        <w:t>Ідалія Полетика, і всі на одну масть!&lt;br /&gt;</w:t>
        <w:br/>
        <w:t>То небезпечно — генія цькувати.&lt;br /&gt;</w:t>
        <w:br/>
        <w:t>Він у безсмерті страшно вам воздасть.&lt;br /&gt;</w:t>
        <w:br/>
        <w:t>***&lt;br /&gt;</w:t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Віяло мадам Полетики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