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Вишневи усмішки реконструктивні</w:t>
      </w:r>
    </w:p>
    <w:p>
      <w:r>
        <w:br/>
        <w:t xml:space="preserve"> &lt;p&gt;ПРО "СУПЕРФОСФАТ", ПРО "МИЛО", ПРО "БІЛУ НЕДІЛЮ", ПРО "ВЕЛИЧЕЗНЕ ОДІЯЛО" І ПРО ВСЯКІ ТАКІ ІНШІ ЧУДЕРНАЦЬКІДУРУНДАЦЬКІ РЕЧІ</w:t>
      </w:r>
    </w:p>
    <w:p>
      <w:r>
        <w:br/>
        <w:t>Дозвольте невеличке "переднє слово", чудозапитання:</w:t>
      </w:r>
    </w:p>
    <w:p>
      <w:r>
        <w:br/>
        <w:t>— Знову усмішки?! Та помилуйте! І даю відповідь:</w:t>
      </w:r>
    </w:p>
    <w:p>
      <w:r>
        <w:br/>
        <w:t>— Так! Усмішки! І навіть обов'язково! Не мислюбо інакше переробки всього нашого "медлительного" життя на нове, бадьоре й сміливе, як не з добрим гумором, не з радістю! Чого плакати? Нове життя будувати з сльозами?! Ідіть ви к чорту з своїми сльозами! Мені нове життя усміхається! І я йому усміхаюсь! Через те й усмішки!</w:t>
      </w:r>
    </w:p>
    <w:p>
      <w:r>
        <w:br/>
        <w:t>* * *</w:t>
      </w:r>
    </w:p>
    <w:p>
      <w:r>
        <w:br/>
        <w:t>А тепер почнемо.</w:t>
      </w:r>
    </w:p>
    <w:p>
      <w:r>
        <w:br/>
        <w:t>Насамперед не можу не подякувати Барвінківському (Ізюмщина) штабові культурного походу за те, що він запросив нас, письменників, узяти в культпоході участь.</w:t>
      </w:r>
    </w:p>
    <w:p>
      <w:r>
        <w:br/>
        <w:t>Скільки нового! Скільки незнаного!</w:t>
      </w:r>
    </w:p>
    <w:p>
      <w:r>
        <w:br/>
        <w:t>Спасибі! Велике спасибі!</w:t>
      </w:r>
    </w:p>
    <w:p>
      <w:r>
        <w:br/>
        <w:t>Таке завбільшки спасибі, як ті "одіяла", що їх шиють десь там у Барвінковому спеціально для "колехтиву", для "комуни". Аж на цілих сімдесят п'ять чоловік одіяло!</w:t>
      </w:r>
    </w:p>
    <w:p>
      <w:r>
        <w:br/>
        <w:t>— Ото, значить, як ізженуть усіх нас до колехтиву, покладуть рядочком сімдесят п'ять чоловіка, — отак чоловік, а отак жінка, — укриють отим одіялом, вдарять у гудок — спи! А потім вдарять у тудок — уставай!</w:t>
      </w:r>
    </w:p>
    <w:p>
      <w:r>
        <w:br/>
        <w:t>Я дуже добивався у товаришів з культштабу:</w:t>
      </w:r>
    </w:p>
    <w:p>
      <w:r>
        <w:br/>
        <w:t>— Та покажіть же, будь ласка, хоч одним оком глянути, яке воно, оте одіяло?</w:t>
      </w:r>
    </w:p>
    <w:p>
      <w:r>
        <w:br/>
        <w:t>— Е, — кажуть, — не покажемо! От як уже пошиємо, колективи повкриваємо, тоді пожалуйте! Ми й вас укриємо.</w:t>
      </w:r>
    </w:p>
    <w:p>
      <w:r>
        <w:br/>
        <w:t>— А все ж таки, питаю, звідки ж ото ви до таких одіял додумалися?</w:t>
      </w:r>
    </w:p>
    <w:p>
      <w:r>
        <w:br/>
        <w:t>— То ви не в нас, — кажуть, — питайте. То отам, біля церкви, або на базарі, або в отих двориках, де в ямах під гноєм сотнями пудів пшеницю викопували…</w:t>
      </w:r>
    </w:p>
    <w:p>
      <w:r>
        <w:br/>
        <w:t>— Іч як! Непогано вигадано! От тільки незручно буде вилазити зпід того одіяла, як, кажу, вночі потребується! Сімдесят п'ять чоловіка тривожити доведеться!</w:t>
      </w:r>
    </w:p>
    <w:p>
      <w:r>
        <w:br/>
        <w:t>— Заборонять уночі вилазити! Як у гудок ударять — тоді вилазь!</w:t>
      </w:r>
    </w:p>
    <w:p>
      <w:r>
        <w:br/>
        <w:t>— Ну й "строгості" пішли!</w:t>
      </w:r>
    </w:p>
    <w:p>
      <w:r>
        <w:br/>
        <w:t>— А ти думав?</w:t>
      </w:r>
    </w:p>
    <w:p>
      <w:r>
        <w:br/>
        <w:t>* * *</w:t>
      </w:r>
    </w:p>
    <w:p>
      <w:r>
        <w:br/>
        <w:t>Район суцільної колективізації…</w:t>
      </w:r>
    </w:p>
    <w:p>
      <w:r>
        <w:br/>
        <w:t>А в районі ж у тім і "експертники", і "десятипроцентники", і попи, і паламарі, і дяки* і мельники, і олійники, і крамарі, і "коровники", і монахи, і ворожки, і спекулянти.</w:t>
      </w:r>
    </w:p>
    <w:p>
      <w:r>
        <w:br/>
        <w:t>Букет!!!</w:t>
      </w:r>
    </w:p>
    <w:p>
      <w:r>
        <w:br/>
        <w:t>Так не буде вам одіял на сімдесят п'ять чоловіка?!</w:t>
      </w:r>
    </w:p>
    <w:p>
      <w:r>
        <w:br/>
        <w:t>Не на сімдесят п'ять вигадають, а на сімсот п'ятдесят…</w:t>
      </w:r>
    </w:p>
    <w:p>
      <w:r>
        <w:br/>
        <w:t>І від церкви до церкви, від базару до базару, від крамниці до крамниці пливе "одіяло на сімдесят п'ять чоловіка", плизе "суперфосфат", пливе "мило", а за ними слідком чимчикує "біла неділя".</w:t>
      </w:r>
    </w:p>
    <w:p>
      <w:r>
        <w:br/>
        <w:t>А все це вкриває таємниче: "Снилося мені…"</w:t>
      </w:r>
    </w:p>
    <w:p>
      <w:r>
        <w:br/>
        <w:t>* * *</w:t>
      </w:r>
    </w:p>
    <w:p>
      <w:r>
        <w:br/>
        <w:t>— Драстуйте!</w:t>
      </w:r>
    </w:p>
    <w:p>
      <w:r>
        <w:br/>
        <w:t>— Драстуйте!</w:t>
      </w:r>
    </w:p>
    <w:p>
      <w:r>
        <w:br/>
        <w:t>— Чули?</w:t>
      </w:r>
    </w:p>
    <w:p>
      <w:r>
        <w:br/>
        <w:t>— Що таке?</w:t>
      </w:r>
    </w:p>
    <w:p>
      <w:r>
        <w:br/>
        <w:t>— Чули, що з старими в колехтиві робитимуть?</w:t>
      </w:r>
    </w:p>
    <w:p>
      <w:r>
        <w:br/>
        <w:t>— А що?</w:t>
      </w:r>
    </w:p>
    <w:p>
      <w:r>
        <w:br/>
        <w:t>— На суперфосфат перетиратимуть!</w:t>
      </w:r>
    </w:p>
    <w:p>
      <w:r>
        <w:br/>
        <w:t>— Та ну?!</w:t>
      </w:r>
    </w:p>
    <w:p>
      <w:r>
        <w:br/>
        <w:t>— Їй же богу! Декрета оце такого видано, машини такі понакуповувано, як которий старий, так його в барабан, крутне, терне, — а в лантусі вже з нього суперфосфат…</w:t>
      </w:r>
    </w:p>
    <w:p>
      <w:r>
        <w:br/>
        <w:t>* * *</w:t>
      </w:r>
    </w:p>
    <w:p>
      <w:r>
        <w:br/>
        <w:t>— Драстуйте!</w:t>
      </w:r>
    </w:p>
    <w:p>
      <w:r>
        <w:br/>
        <w:t>— Драстуйте!</w:t>
      </w:r>
    </w:p>
    <w:p>
      <w:r>
        <w:br/>
        <w:t>— Чули?</w:t>
      </w:r>
    </w:p>
    <w:p>
      <w:r>
        <w:br/>
        <w:t>— Що таке?</w:t>
      </w:r>
    </w:p>
    <w:p>
      <w:r>
        <w:br/>
        <w:t>— Чули, що з старими в колехтиві робитимуть?</w:t>
      </w:r>
    </w:p>
    <w:p>
      <w:r>
        <w:br/>
        <w:t>— А що?</w:t>
      </w:r>
    </w:p>
    <w:p>
      <w:r>
        <w:br/>
        <w:t>— На мило переварюватимуть!</w:t>
      </w:r>
    </w:p>
    <w:p>
      <w:r>
        <w:br/>
        <w:t>— Та ну?</w:t>
      </w:r>
    </w:p>
    <w:p>
      <w:r>
        <w:br/>
        <w:t>— Казанів таких понаставляють, і як котрий старий, зразу його в казан — і кипить! А потім на миловарню!</w:t>
      </w:r>
    </w:p>
    <w:p>
      <w:r>
        <w:br/>
        <w:t>* * *</w:t>
      </w:r>
    </w:p>
    <w:p>
      <w:r>
        <w:br/>
        <w:t>— І прийде, голубочко, незабаром "біла неділя". Тоді все полотно із скринь повибирають та в одне місце позвозять, так тоді ж уже, голубочко, все в селі від того полотна біле буде, біле! А ми з вами, голубочко, чорними сльозами в ту "білу неділю" умиватимемось!</w:t>
      </w:r>
    </w:p>
    <w:p>
      <w:r>
        <w:br/>
        <w:t>* * *</w:t>
      </w:r>
    </w:p>
    <w:p>
      <w:r>
        <w:br/>
        <w:t>— Снилося мені! Снилося мені, голубочко, що прийшла до мене богородиця, вся в сіянії… Стала ж вона, матінка, наді мною та як не заплаче: "Ой не йди ж ти, не йди, Меланіє, в ту комуніюГТа ні йко'ночки ж там, ні лампадика!.." Прокинулася я, а від мене щось біле в сяєві у вікно тільки — мельк! Плакала вже я, плакала та молилася.</w:t>
      </w:r>
    </w:p>
    <w:p>
      <w:r>
        <w:br/>
        <w:t>* * *</w:t>
      </w:r>
    </w:p>
    <w:p>
      <w:r>
        <w:br/>
        <w:t>Од церкви до церкви, від базару до базару, від крамниці до крамниці пливуть "одіяла" з "милом", з "суперфосфатом", з "білими неділями"…</w:t>
      </w:r>
    </w:p>
    <w:p>
      <w:r>
        <w:br/>
        <w:t>Пливуть ярками, городами, глухими стежками, чіпляючись за ряси, за чорні хустки, за старечі плечі, за ями для пшениці, за патенти…</w:t>
      </w:r>
    </w:p>
    <w:p>
      <w:r>
        <w:br/>
        <w:t>А ланами пшеничними вітер степовий розносить паростки нового життя…</w:t>
      </w:r>
    </w:p>
    <w:p>
      <w:r>
        <w:br/>
        <w:t>Падають ті паростки на наймитсько-бідняцько-середняцькі поля і встають від них "Червоні маяки", "Живі річки", "Нове життя", "Червоні прогреси", "Червоні Жовтні" — сози, колективи, комуни.</w:t>
      </w:r>
    </w:p>
    <w:p>
      <w:r>
        <w:br/>
        <w:t>І не закриєш їх ніякими "одіялами", не перетреш їх ні на які "суперфосфати", не перелякаєш їх ніяким "милом"…</w:t>
      </w:r>
    </w:p>
    <w:p>
      <w:r>
        <w:br/>
        <w:t>А сниться їм не богородиця в "сіянії", а великі зернові фабрики…</w:t>
      </w:r>
    </w:p>
    <w:p>
      <w:r>
        <w:br/>
        <w:t>ГОЛОВА</w:t>
      </w:r>
    </w:p>
    <w:p>
      <w:r>
        <w:br/>
        <w:t>Бачу ось уже третього голову сільської Ради…</w:t>
      </w:r>
    </w:p>
    <w:p>
      <w:r>
        <w:br/>
        <w:t>Бачу я їх у періоди суцільної колективізації всього району (а значить, і його сільради), якраз після хлібозаготовчої кампанії, і в час гарячкової підготівлі до весняної сівби.</w:t>
      </w:r>
    </w:p>
    <w:p>
      <w:r>
        <w:br/>
        <w:t>І мені так хотілося підійти до кожного з них, обняти його за голову й стиснути його скроню, бо боявся я, що отот трісне його скроня, а хазяїн її впаде на підлогу й благально простогне:</w:t>
      </w:r>
    </w:p>
    <w:p>
      <w:r>
        <w:br/>
        <w:t>— Товариші! Не можна ж так! Я ж сам!</w:t>
      </w:r>
    </w:p>
    <w:p>
      <w:r>
        <w:br/>
        <w:t>Сільрада… Адміністративний і громадський, і культурний центр шістнадцятьох селищ. Населених, як офіціально говориться, "пунктів"… "Пункти" ті є за 7, за 10 кілометрів від сільського й адміністративного, і громадського, і культурного центру…</w:t>
      </w:r>
    </w:p>
    <w:p>
      <w:r>
        <w:br/>
        <w:t>Давайте перерахуємо, про які такі і ударні, і неударні кампанії,— та й не про кампанії, а про роботу, — повинен щоденно, щохвилини й щосекунди дбати й думати голова сільської Ради.</w:t>
      </w:r>
    </w:p>
    <w:p>
      <w:r>
        <w:br/>
        <w:t>1. Хлібозаготівля.</w:t>
      </w:r>
    </w:p>
    <w:p>
      <w:r>
        <w:br/>
        <w:t>2. Засівна кампанія.</w:t>
      </w:r>
    </w:p>
    <w:p>
      <w:r>
        <w:br/>
        <w:t>3. Колективізація.</w:t>
      </w:r>
    </w:p>
    <w:p>
      <w:r>
        <w:br/>
        <w:t>4. Знищення глитая як класу.</w:t>
      </w:r>
    </w:p>
    <w:p>
      <w:r>
        <w:br/>
        <w:t>5. Кооперація.</w:t>
      </w:r>
    </w:p>
    <w:p>
      <w:r>
        <w:br/>
        <w:t>6. Культробота.</w:t>
      </w:r>
    </w:p>
    <w:p>
      <w:r>
        <w:br/>
        <w:t>7. Освіта.</w:t>
      </w:r>
    </w:p>
    <w:p>
      <w:r>
        <w:br/>
        <w:t>8. Охорона здоров'я.</w:t>
      </w:r>
    </w:p>
    <w:p>
      <w:r>
        <w:br/>
        <w:t>9. Адміністративні справи.</w:t>
      </w:r>
    </w:p>
    <w:p>
      <w:r>
        <w:br/>
        <w:t>10. Побутові справи…</w:t>
      </w:r>
    </w:p>
    <w:p>
      <w:r>
        <w:br/>
        <w:t>Це — коротко… Це — побіжно… На всі ці кампанії і не кампанії є певні директиви з центру. Ах, товариші!</w:t>
      </w:r>
    </w:p>
    <w:p>
      <w:r>
        <w:br/>
        <w:t>Директиви?! Так — директиви…</w:t>
      </w:r>
    </w:p>
    <w:p>
      <w:r>
        <w:br/>
        <w:t>А коли ця директива доходить до Петра, до Івана, до Мелашки, до Баньки — в кожнім окремім конкретнім випадку повинен вирішити так чи інакше голова сільради.</w:t>
      </w:r>
    </w:p>
    <w:p>
      <w:r>
        <w:br/>
        <w:t>А на президії хто ж ці питання ставить?</w:t>
      </w:r>
    </w:p>
    <w:p>
      <w:r>
        <w:br/>
        <w:t>Голова.</w:t>
      </w:r>
    </w:p>
    <w:p>
      <w:r>
        <w:br/>
        <w:t>А коли неправильно вирішить президія ту чи іншу справу, хто відповідає? Голова.</w:t>
      </w:r>
    </w:p>
    <w:p>
      <w:r>
        <w:br/>
        <w:t>І щодня, і щоночі в сільраду телефонограми:</w:t>
      </w:r>
    </w:p>
    <w:p>
      <w:r>
        <w:br/>
        <w:t>— Скільки заготовлено?</w:t>
      </w:r>
    </w:p>
    <w:p>
      <w:r>
        <w:br/>
        <w:t>— Скільки протруєно?</w:t>
      </w:r>
    </w:p>
    <w:p>
      <w:r>
        <w:br/>
        <w:t>— Скільки прочищено?</w:t>
      </w:r>
    </w:p>
    <w:p>
      <w:r>
        <w:br/>
        <w:t>— Скільки колективізовано?</w:t>
      </w:r>
    </w:p>
    <w:p>
      <w:r>
        <w:br/>
        <w:t>— Доставить за такою формою…</w:t>
      </w:r>
    </w:p>
    <w:p>
      <w:r>
        <w:br/>
        <w:t>— Надіслати за такою формою…</w:t>
      </w:r>
    </w:p>
    <w:p>
      <w:r>
        <w:br/>
        <w:t>— Чому мало законтрактовано?</w:t>
      </w:r>
    </w:p>
    <w:p>
      <w:r>
        <w:br/>
        <w:t>* * *</w:t>
      </w:r>
    </w:p>
    <w:p>
      <w:r>
        <w:br/>
        <w:t>І щодня, щохвилини:</w:t>
      </w:r>
    </w:p>
    <w:p>
      <w:r>
        <w:br/>
        <w:t>— Товаришу голово! Іване Степановичу! Як з кіньми? Як з коровами? Як із свиньми?</w:t>
      </w:r>
    </w:p>
    <w:p>
      <w:r>
        <w:br/>
        <w:t>— А отой приховав!</w:t>
      </w:r>
    </w:p>
    <w:p>
      <w:r>
        <w:br/>
        <w:t>— А отой затаїв!</w:t>
      </w:r>
    </w:p>
    <w:p>
      <w:r>
        <w:br/>
        <w:t>— А на мене багато!</w:t>
      </w:r>
    </w:p>
    <w:p>
      <w:r>
        <w:br/>
        <w:t>— А на того мало!</w:t>
      </w:r>
    </w:p>
    <w:p>
      <w:r>
        <w:br/>
        <w:t>* * *</w:t>
      </w:r>
    </w:p>
    <w:p>
      <w:r>
        <w:br/>
        <w:t>— Де голова сільради?</w:t>
      </w:r>
    </w:p>
    <w:p>
      <w:r>
        <w:br/>
        <w:t>— Я!</w:t>
      </w:r>
    </w:p>
    <w:p>
      <w:r>
        <w:br/>
        <w:t>— Яв справі хлібозаготівель!</w:t>
      </w:r>
    </w:p>
    <w:p>
      <w:r>
        <w:br/>
        <w:t>— Дуже радий!</w:t>
      </w:r>
    </w:p>
    <w:p>
      <w:r>
        <w:br/>
        <w:t>— Квартиру! А як з харчами? А як з… А як з…?</w:t>
      </w:r>
    </w:p>
    <w:p>
      <w:r>
        <w:br/>
        <w:t>* * *</w:t>
      </w:r>
    </w:p>
    <w:p>
      <w:r>
        <w:br/>
        <w:t>— Товаришу голово!</w:t>
      </w:r>
    </w:p>
    <w:p>
      <w:r>
        <w:br/>
        <w:t>— Я!</w:t>
      </w:r>
    </w:p>
    <w:p>
      <w:r>
        <w:br/>
        <w:t>— Яв справі колективізації!</w:t>
      </w:r>
    </w:p>
    <w:p>
      <w:r>
        <w:br/>
        <w:t>— Дуже радий!</w:t>
      </w:r>
    </w:p>
    <w:p>
      <w:r>
        <w:br/>
        <w:t>— Квартиру! А як…?</w:t>
      </w:r>
    </w:p>
    <w:p>
      <w:r>
        <w:br/>
        <w:t>— Товаришу голово!</w:t>
      </w:r>
    </w:p>
    <w:p>
      <w:r>
        <w:br/>
        <w:t>— Я!</w:t>
      </w:r>
    </w:p>
    <w:p>
      <w:r>
        <w:br/>
        <w:t>— Яв справі м'ясозаготівлі!</w:t>
      </w:r>
    </w:p>
    <w:p>
      <w:r>
        <w:br/>
        <w:t>— Дуже радий!</w:t>
      </w:r>
    </w:p>
    <w:p>
      <w:r>
        <w:br/>
        <w:t>— Квартиру! А як…?</w:t>
      </w:r>
    </w:p>
    <w:p>
      <w:r>
        <w:br/>
        <w:t>* * *</w:t>
      </w:r>
    </w:p>
    <w:p>
      <w:r>
        <w:br/>
        <w:t>Їхали ми, мабуть, чи не в найдальший "населений пункт" сільраді.</w:t>
      </w:r>
    </w:p>
    <w:p>
      <w:r>
        <w:br/>
        <w:t>Їхали через села, через селища, через хутори. Голова сільради розповідав:</w:t>
      </w:r>
    </w:p>
    <w:p>
      <w:r>
        <w:br/>
        <w:t>— Оце тут бідняки.</w:t>
      </w:r>
    </w:p>
    <w:p>
      <w:r>
        <w:br/>
        <w:t>— А отут середняки.</w:t>
      </w:r>
    </w:p>
    <w:p>
      <w:r>
        <w:br/>
        <w:t>— А ото куркулі.</w:t>
      </w:r>
    </w:p>
    <w:p>
      <w:r>
        <w:br/>
        <w:t>— В отого під підлогою одкопали півтораста пудів пшениці!</w:t>
      </w:r>
    </w:p>
    <w:p>
      <w:r>
        <w:br/>
        <w:t>— А ото лютий ворог жизе!</w:t>
      </w:r>
    </w:p>
    <w:p>
      <w:r>
        <w:br/>
        <w:t>— А оцей хороший хлопець! Наш!</w:t>
      </w:r>
    </w:p>
    <w:p>
      <w:r>
        <w:br/>
        <w:t>Ми проїхали штук із п'ять "населених пунктів".</w:t>
      </w:r>
    </w:p>
    <w:p>
      <w:r>
        <w:br/>
        <w:t>І хоч про який би двір ви поспитали в голови сільради — він вам скаже, чий той двір, хто хазяїн, скільки в нього землі, скільки в нього худоби, яка в нього родина, скільки він сплатив податку, скільки здав зерна, якого здав зерна, чи є в нього насіння на сівбу, і т. д., і т. ін.</w:t>
      </w:r>
    </w:p>
    <w:p>
      <w:r>
        <w:br/>
        <w:t>Працює голова в цій сільраді шостий місяць… Під його "головуванням" шістнадцять "населених пунктів".</w:t>
      </w:r>
    </w:p>
    <w:p>
      <w:r>
        <w:br/>
        <w:t>Як по-вашому, скільки разів йому за ці шість місяців довелося побувати біля кожного двору, побалакати з кожним хазяїном, щоб про всіх знати, що, як і до чого?</w:t>
      </w:r>
    </w:p>
    <w:p>
      <w:r>
        <w:br/>
        <w:t>А от він знає…</w:t>
      </w:r>
    </w:p>
    <w:p>
      <w:r>
        <w:br/>
        <w:t>* * *</w:t>
      </w:r>
    </w:p>
    <w:p>
      <w:r>
        <w:br/>
        <w:t>Пізно ввечері прийшов голова додому.</w:t>
      </w:r>
    </w:p>
    <w:p>
      <w:r>
        <w:br/>
        <w:t>— Оце підвечеряю та ще до сільради подамся, бо на завтра треба відомості там поскладати…</w:t>
      </w:r>
    </w:p>
    <w:p>
      <w:r>
        <w:br/>
        <w:t>Подивився на нас, на письменників, і всміхнувся.</w:t>
      </w:r>
    </w:p>
    <w:p>
      <w:r>
        <w:br/>
        <w:t>— Чого ви? — питаємо.</w:t>
      </w:r>
    </w:p>
    <w:p>
      <w:r>
        <w:br/>
        <w:t>— Аж чудно якось! Ви аж із самого центру, із столиці — і не начальство! А чудно, їйбогу! А то ж, ну повірите, хоч хто б сюди приїхав — усі начальство! Фокусник якийсь до сельбуду приб'ється, і той "начальство"!</w:t>
      </w:r>
    </w:p>
    <w:p>
      <w:r>
        <w:br/>
        <w:t>— Про культуру, — мовляв, — не дбаєте… Та я й у Посередрабис, а й у Цекарабис!</w:t>
      </w:r>
    </w:p>
    <w:p>
      <w:r>
        <w:br/>
        <w:t>І думаєш:</w:t>
      </w:r>
    </w:p>
    <w:p>
      <w:r>
        <w:br/>
        <w:t>"Хоч ти й у Посередрабис, хоч ти й у Збокурабис! Дай ти мені спокій хоч на хвилину…"</w:t>
      </w:r>
    </w:p>
    <w:p>
      <w:r>
        <w:br/>
        <w:t>— А як живеться?</w:t>
      </w:r>
    </w:p>
    <w:p>
      <w:r>
        <w:br/>
        <w:t>— Тридцять шість карбованців на місяць, як льоду!</w:t>
      </w:r>
    </w:p>
    <w:p>
      <w:r>
        <w:br/>
        <w:t>— Н-да!</w:t>
      </w:r>
    </w:p>
    <w:p>
      <w:r>
        <w:br/>
        <w:t>Великої, навіть величезної ваги набрала тепер сільрада на селі.</w:t>
      </w:r>
    </w:p>
    <w:p>
      <w:r>
        <w:br/>
        <w:t>Великої ваги набрав і голова сільради, і велику, навіть величезну роботу він виконує…</w:t>
      </w:r>
    </w:p>
    <w:p>
      <w:r>
        <w:br/>
        <w:t>А велика робота вимагає й великої на себе уваги…</w:t>
      </w:r>
    </w:p>
    <w:p>
      <w:r>
        <w:br/>
        <w:t>А людина, що провадить ту велику роботу, вимагає й до себе великої уваги…</w:t>
      </w:r>
    </w:p>
    <w:p>
      <w:r>
        <w:br/>
        <w:t>І не тільки запитаннями телефоном, чи поштою, чи телеграфом:</w:t>
      </w:r>
    </w:p>
    <w:p>
      <w:r>
        <w:br/>
        <w:t>— Що зроблено? Чому не зроблено? А й такими приблизно запитаннями:</w:t>
      </w:r>
    </w:p>
    <w:p>
      <w:r>
        <w:br/>
        <w:t>— Як, товаришу, живеться? Чи сьогодні обідали? Чи чоботи цілі?</w:t>
      </w:r>
    </w:p>
    <w:p>
      <w:r>
        <w:br/>
        <w:t>Такі запитання не заважатимуть великій роботі, а навіть — навпаки.</w:t>
      </w:r>
    </w:p>
    <w:p>
      <w:r>
        <w:br/>
        <w:t>БАБА САСОЇХА</w:t>
      </w:r>
    </w:p>
    <w:p>
      <w:r>
        <w:br/>
        <w:t>Барвінківському районові колись бог подарував був одно село. З того часу і зветься те село Богодарівкою. Править воно тепер за сільський центр, а вся, що під ним територія, зветься Богодарівською сільрадою.</w:t>
      </w:r>
    </w:p>
    <w:p>
      <w:r>
        <w:br/>
        <w:t>Це недалечко від Барвінкового — кілометрів, може, з десяток.</w:t>
      </w:r>
    </w:p>
    <w:p>
      <w:r>
        <w:br/>
        <w:t>Богодарівська сільрада, незважаючи на свою таку "революційну" назву, — хороша сільрада. Вона й революційна, вона й податки сплатила, вона й хлібозаготівлі виконала, вона й насіння на весняну сівбу як слід зібрала, вона й кооперацію збудувала, у неї й школа пристойна, вона й з богами не панькається.</w:t>
      </w:r>
    </w:p>
    <w:p>
      <w:r>
        <w:br/>
        <w:t>Та непогана сільрада — й квит!</w:t>
      </w:r>
    </w:p>
    <w:p>
      <w:r>
        <w:br/>
        <w:t>І от є в тій Богодарівській сільраді село Ялканка.</w:t>
      </w:r>
    </w:p>
    <w:p>
      <w:r>
        <w:br/>
        <w:t>І село невеличке, і від сільради недалечко, і живуть в тім селі бідняки з середняками, а от, не при хаті згадуючи, виявилося, що хтось узяв та й ізглазив село Ялканку.</w:t>
      </w:r>
    </w:p>
    <w:p>
      <w:r>
        <w:br/>
        <w:t>Усі села в Богодарівській сільраді йдуть у колективи, ті скорше, ті повільніше. Одні з захопленням, другі — з чуханням…</w:t>
      </w:r>
    </w:p>
    <w:p>
      <w:r>
        <w:br/>
        <w:t>А Ялканка — ну, ніяк!</w:t>
      </w:r>
    </w:p>
    <w:p>
      <w:r>
        <w:br/>
        <w:t>— Не треба нам колективу, не треба нам созу, не треба нам комуни!</w:t>
      </w:r>
    </w:p>
    <w:p>
      <w:r>
        <w:br/>
        <w:t>Їм і те, й друге, й третє.</w:t>
      </w:r>
    </w:p>
    <w:p>
      <w:r>
        <w:br/>
        <w:t>— Та доки ж ви будете на своїх отих шматтях плужками землю дряпати?</w:t>
      </w:r>
    </w:p>
    <w:p>
      <w:r>
        <w:br/>
        <w:t>— Та жили ж колись!</w:t>
      </w:r>
    </w:p>
    <w:p>
      <w:r>
        <w:br/>
        <w:t>— Та як же ж ви жили?</w:t>
      </w:r>
    </w:p>
    <w:p>
      <w:r>
        <w:br/>
        <w:t>— Та жили ж!</w:t>
      </w:r>
    </w:p>
    <w:p>
      <w:r>
        <w:br/>
        <w:t>— Та не жили ж, а ниділи! То на пана горбилися, а тепер на оті смужки та на межі, а злидні ж по хатах навприсядки жарять!</w:t>
      </w:r>
    </w:p>
    <w:p>
      <w:r>
        <w:br/>
        <w:t>Ніщо не бере! Та ще краще.</w:t>
      </w:r>
    </w:p>
    <w:p>
      <w:r>
        <w:br/>
        <w:t>І Богодарівка, і всі інші ближчі з Богодарівкою села, всі вони сказали богові:</w:t>
      </w:r>
    </w:p>
    <w:p>
      <w:r>
        <w:br/>
        <w:t>— Будь здоров, боже! Царствуй там, де ти царствуєш, а на землі будемо ми! І без тебе будемо, і без церков! Церкви нам здадуться на щось підходящіше: чи на сельбуд, чи на школу.</w:t>
      </w:r>
    </w:p>
    <w:p>
      <w:r>
        <w:br/>
        <w:t>А Ялканка — що ж би ви гадали? Та ніяк!</w:t>
      </w:r>
    </w:p>
    <w:p>
      <w:r>
        <w:br/>
        <w:t>— Не можемо без бога, не можемо без церкви, не можемо без батюшки, не можемо і без матушки…</w:t>
      </w:r>
    </w:p>
    <w:p>
      <w:r>
        <w:br/>
        <w:t>Кому ж ми, мовляв, паляниці носитимемо, кому пшеницю одсипатимємо, як не буде в нас та ні батюшки, та ні матушки?..</w:t>
      </w:r>
    </w:p>
    <w:p>
      <w:r>
        <w:br/>
        <w:t>І бігає Ялканка з двора в двір, збирає підписи, щоб хоч невеличкого собі бога, з церквою, з попом, з дяком, з паламарем залишити.</w:t>
      </w:r>
    </w:p>
    <w:p>
      <w:r>
        <w:br/>
        <w:t>Зурочили Ялканку. Але хто?</w:t>
      </w:r>
    </w:p>
    <w:p>
      <w:r>
        <w:br/>
        <w:t>Хто махнув чорним рукавом на бідняцькосередняцьке село Ялканку?</w:t>
      </w:r>
    </w:p>
    <w:p>
      <w:r>
        <w:br/>
        <w:t>Хто його чорною кішкою наполохав? Знаєте хто? Баба Сасоїха!</w:t>
      </w:r>
    </w:p>
    <w:p>
      <w:r>
        <w:br/>
        <w:t>Коли були ми в селі Богодарівці, летіла сорока. Я й запитав:</w:t>
      </w:r>
    </w:p>
    <w:p>
      <w:r>
        <w:br/>
        <w:t>— Сорокобілобоко! А хто зглазив село Ялканку? А сорока мені потихеньку:</w:t>
      </w:r>
    </w:p>
    <w:p>
      <w:r>
        <w:br/>
        <w:t>— Кррр! Баба Сасоїха.</w:t>
      </w:r>
    </w:p>
    <w:p>
      <w:r>
        <w:br/>
        <w:t>І розповіла мені сорокабілобока такої чудасії, що й досі мене аж на кольки бере.</w:t>
      </w:r>
    </w:p>
    <w:p>
      <w:r>
        <w:br/>
        <w:t>Живе собі в селі Ялканці баба Сасоїха.</w:t>
      </w:r>
    </w:p>
    <w:p>
      <w:r>
        <w:br/>
        <w:t>Дуже богові вгодна і дуже преподобна ялканська баба Сасоїха.</w:t>
      </w:r>
    </w:p>
    <w:p>
      <w:r>
        <w:br/>
        <w:t>Коли інші села збираються, щоб обговорити та порадитись, як до нового життя, до колективного, стежку протоптати, баба Сасоїха війне спідницею — і вся Ялканка біжить до церкви за бабою Сасоїхою.</w:t>
      </w:r>
    </w:p>
    <w:p>
      <w:r>
        <w:br/>
        <w:t>Як тільки села візьмуться, щоб з церков щось корисне для людей зробити, — біжать од баби Сасоїхи з підписним листом по селу Ялкакці.</w:t>
      </w:r>
    </w:p>
    <w:p>
      <w:r>
        <w:br/>
        <w:t>— Підписуйтесь, православні! Та не можемо;х ми без церкви, та не можемо ж ми без батюшечки з матушечкою!</w:t>
      </w:r>
    </w:p>
    <w:p>
      <w:r>
        <w:br/>
        <w:t>І йде Ялканка за бабою Сасоїхою!</w:t>
      </w:r>
    </w:p>
    <w:p>
      <w:r>
        <w:br/>
        <w:t>У інших селах за проводирів уважають Леніна, Маркса, Енгельса, Петровського, Чубаря, а в селі Ялханці — "вождь" баба Сасоїха.</w:t>
      </w:r>
    </w:p>
    <w:p>
      <w:r>
        <w:br/>
        <w:t>Отака Ялканка! Отаке село є в Богодарівській сільраді, Барвінківського району на Ізюмщині.</w:t>
      </w:r>
    </w:p>
    <w:p>
      <w:r>
        <w:br/>
        <w:t>А скільки ж їх, бабів Сасоїх, у нас на Україні на Радянській! Це ж вони:</w:t>
      </w:r>
    </w:p>
    <w:p>
      <w:r>
        <w:br/>
        <w:t>— Та не йдіть у ту камунію! Та ж знаєте, людоньки добрі що? Та забиратимуть у вас діточок ваших манісіньких — і в кінські ясла. Як тільки вилупиться немовляточко, так і в ясла! І буде ж воно, голісіньке, в січці та в полові перекидатися!</w:t>
      </w:r>
    </w:p>
    <w:p>
      <w:r>
        <w:br/>
        <w:t>Це ж вони:</w:t>
      </w:r>
    </w:p>
    <w:p>
      <w:r>
        <w:br/>
        <w:t>— І правильно ж, правильно сказано у святій біблії. І зберуть народ докупи, як овець, а тоді налетять зверху рапланами з бомбами — і на порох! І ходитиме богородиця по тому поросі та гіркогірко плакатиме!</w:t>
      </w:r>
    </w:p>
    <w:p>
      <w:r>
        <w:br/>
        <w:t>А як виїздили ми з села Богодарівки, летіла за нами сорокабілобока, підлетіла до мене та тихенько на вухо:</w:t>
      </w:r>
    </w:p>
    <w:p>
      <w:r>
        <w:br/>
        <w:t>— Кррр! Кррр! А чи не придивлялися ви, товаришу, до баби Сасоїхи? Чи не виглядає в неї зза коміра чи зпід спідниці таке собі товстртовсте червоне обличчя, що "кашляло" колись десятин на півтораста? А мо, те лице в камілавці та в рясі?</w:t>
      </w:r>
    </w:p>
    <w:p>
      <w:r>
        <w:br/>
        <w:t>— Придивлялися, кажу, сорокобілобоко! Хай ще сільрада з районом придивиться! Бо коли б не довелося перейменувати село Ялканку на село Сасойку!</w:t>
      </w:r>
    </w:p>
    <w:p>
      <w:r>
        <w:br/>
        <w:t>І будуть тоді скрізь колективи імені Маркса, і Леніна, і Шевченка, і Петровського, і Чубаря, а посередині лежатиме село Сасойка…</w:t>
      </w:r>
    </w:p>
    <w:p>
      <w:r>
        <w:br/>
        <w:t>І питатимуть прохожі й проїжджі:</w:t>
      </w:r>
    </w:p>
    <w:p>
      <w:r>
        <w:br/>
        <w:t>— Хто ж у вас вождь, бувші ялканці?</w:t>
      </w:r>
    </w:p>
    <w:p>
      <w:r>
        <w:br/>
        <w:t>— У нас вождь — баба Сасоїха! Весело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Вишневи усмішки реконструктивні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