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Водяничок</w:t>
      </w:r>
    </w:p>
    <w:p>
      <w:r>
        <w:br/>
        <w:t xml:space="preserve"> ПЕРША ЧАСТИНА</w:t>
      </w:r>
    </w:p>
    <w:p>
      <w:r>
        <w:br/>
        <w:t>Шаліла буря цілу ніч,&lt;br /&gt;</w:t>
        <w:br/>
        <w:t>І рано-досвіта з вудками&lt;br /&gt;</w:t>
        <w:br/>
        <w:t>Ішов рибалка чимскоріш,&lt;br /&gt;</w:t>
        <w:br/>
        <w:t>Не йшов — летів вперед думками.</w:t>
      </w:r>
    </w:p>
    <w:p>
      <w:r>
        <w:br/>
        <w:t>Ось і ріка!.. Ще крок, ще мить,&lt;br /&gt;</w:t>
        <w:br/>
        <w:t>І в воду вудку він закине...&lt;br /&gt;</w:t>
        <w:br/>
        <w:t>Коли ж це дивиться — лежить&lt;br /&gt;</w:t>
        <w:br/>
        <w:t>Водяничок, мала дитина.</w:t>
      </w:r>
    </w:p>
    <w:p>
      <w:r>
        <w:br/>
        <w:t>Це хвиля винесла її&lt;br /&gt;</w:t>
        <w:br/>
        <w:t>З води, з зеленої колиски,&lt;br /&gt;</w:t>
        <w:br/>
        <w:t>Поклала ніжно на землі&lt;br /&gt;</w:t>
        <w:br/>
        <w:t>І залишила тільки бризки.</w:t>
      </w:r>
    </w:p>
    <w:p>
      <w:r>
        <w:br/>
        <w:t>Лежало довго немовля&lt;br /&gt;</w:t>
        <w:br/>
        <w:t>І важко дихало з незвички...&lt;br /&gt;</w:t>
        <w:br/>
        <w:t>Нову колисочку земля&lt;br /&gt;</w:t>
        <w:br/>
        <w:t>Йому зробила із травички.</w:t>
      </w:r>
    </w:p>
    <w:p>
      <w:r>
        <w:br/>
        <w:t>Розсунулась заслона хмар —&lt;br /&gt;</w:t>
        <w:br/>
        <w:t>Брилянти-зорі засвітились,&lt;br /&gt;</w:t>
        <w:br/>
        <w:t>На зорі ті, на їхній чар&lt;br /&gt;</w:t>
        <w:br/>
        <w:t>Маленькі очі задивились.</w:t>
      </w:r>
    </w:p>
    <w:p>
      <w:r>
        <w:br/>
        <w:t>І так хотілося йому&lt;br /&gt;</w:t>
        <w:br/>
        <w:t>Набрать багато їх, багато,&lt;br /&gt;</w:t>
        <w:br/>
        <w:t>А потім кидати в пітьму,&lt;br /&gt;</w:t>
        <w:br/>
        <w:t>Щоб їх ловили мама й тато.</w:t>
      </w:r>
    </w:p>
    <w:p>
      <w:r>
        <w:br/>
        <w:t>Заплакав хлопчик, хоч без сліз.&lt;br /&gt;</w:t>
        <w:br/>
        <w:t>Іван на руки взяв дитину,&lt;br /&gt;</w:t>
        <w:br/>
        <w:t>Узяв малого і відніс&lt;br /&gt;</w:t>
        <w:br/>
        <w:t>В безпечне місце під калину.</w:t>
      </w:r>
    </w:p>
    <w:p>
      <w:r>
        <w:br/>
        <w:t>Маля, відчувши враз тепло,&lt;br /&gt;</w:t>
        <w:br/>
        <w:t>Немов до матері припало,&lt;br /&gt;</w:t>
        <w:br/>
        <w:t>За шию міцно обняло&lt;br /&gt;</w:t>
        <w:br/>
        <w:t>І так поволі задрімало.</w:t>
      </w:r>
    </w:p>
    <w:p>
      <w:r>
        <w:br/>
        <w:t>— "Ти що їси? Ти що гам-гам?&lt;br /&gt;</w:t>
        <w:br/>
        <w:t>Кушир чи жаб хапаєш в річці?&lt;br /&gt;</w:t>
        <w:br/>
        <w:t>Як хочеш — хліба й сала дам,&lt;br /&gt;</w:t>
        <w:br/>
        <w:t>Та страви ці не в вашій звичці.</w:t>
      </w:r>
    </w:p>
    <w:p>
      <w:r>
        <w:br/>
        <w:t>Я знаю: требба б молочка...&lt;br /&gt;</w:t>
        <w:br/>
        <w:t>Та де на березі узяти?&lt;br /&gt;</w:t>
        <w:br/>
        <w:t>Хіба що вдасться на гачка&lt;br /&gt;</w:t>
        <w:br/>
        <w:t>Корівку водяну піймати".</w:t>
      </w:r>
    </w:p>
    <w:p>
      <w:r>
        <w:br/>
        <w:t>Водяничок собі дрімав,&lt;br /&gt;</w:t>
        <w:br/>
        <w:t>Його крізь листя сонце гріло,&lt;br /&gt;</w:t>
        <w:br/>
        <w:t>Пташиний хор йому співав,'&lt;br /&gt;</w:t>
        <w:br/>
        <w:t>А листя казку шелестіло.</w:t>
      </w:r>
    </w:p>
    <w:p>
      <w:r>
        <w:br/>
        <w:t>Іван в'язати став вудки,&lt;br /&gt;</w:t>
        <w:br/>
        <w:t>Сховав приладдя все в торбину,&lt;br /&gt;</w:t>
        <w:br/>
        <w:t>Зітхнув... (Сумні були думки)&lt;br /&gt;</w:t>
        <w:br/>
        <w:t>На руки взяв малу дитину.</w:t>
      </w:r>
    </w:p>
    <w:p>
      <w:r>
        <w:br/>
        <w:t>І знов прокинулось мале,&lt;br /&gt;</w:t>
        <w:br/>
        <w:t>Либонь від голоду скривилось...&lt;br /&gt;</w:t>
        <w:br/>
        <w:t>Ідуть. Зозуля десь кує.&lt;br /&gt;</w:t>
        <w:br/>
        <w:t>Мале здивовано дивилось.</w:t>
      </w:r>
    </w:p>
    <w:p>
      <w:r>
        <w:br/>
        <w:t>II</w:t>
      </w:r>
    </w:p>
    <w:p>
      <w:r>
        <w:br/>
        <w:t>— Килино! Швидше йди сюди!&lt;br /&gt;</w:t>
        <w:br/>
        <w:t>Оглухла, що не чуєш?&lt;br /&gt;</w:t>
        <w:br/>
        <w:t>Та швидше, швидше бо іди!&lt;br /&gt;</w:t>
        <w:br/>
        <w:t>— Чого ти репетуєш?</w:t>
      </w:r>
    </w:p>
    <w:p>
      <w:r>
        <w:br/>
        <w:t>— Піймав велике щось?&lt;br /&gt;</w:t>
        <w:br/>
        <w:t>Знов коропа чи щуку?&lt;br /&gt;</w:t>
        <w:br/>
        <w:t>— Ні, краще щось взялось,&lt;br /&gt;</w:t>
        <w:br/>
        <w:t>Піймалось просто в руку.</w:t>
      </w:r>
    </w:p>
    <w:p>
      <w:r>
        <w:br/>
        <w:t>— Ану, Іване, покажи!&lt;br /&gt;</w:t>
        <w:br/>
        <w:t>— Дивись, яка рибина!&lt;br /&gt;</w:t>
        <w:br/>
        <w:t>Розкутать поможи!..&lt;br /&gt;</w:t>
        <w:br/>
        <w:t>— Та це ж... та це ж... дитина!</w:t>
      </w:r>
    </w:p>
    <w:p>
      <w:r>
        <w:br/>
        <w:t>Де взяв, кажи, її?&lt;br /&gt;</w:t>
        <w:br/>
        <w:t>Щоб все я зараз знала!&lt;br /&gt;</w:t>
        <w:br/>
        <w:t>— Лежала на землі!&lt;br /&gt;</w:t>
        <w:br/>
        <w:t>— Там, де ловлю, лежала.</w:t>
      </w:r>
    </w:p>
    <w:p>
      <w:r>
        <w:br/>
        <w:t>— Та це ж потвора, жабеня!&lt;br /&gt;</w:t>
        <w:br/>
        <w:t>Поглянь на пальці: як у качки...&lt;br /&gt;</w:t>
        <w:br/>
        <w:t>Та це ж — о, матінко моя! —&lt;br /&gt;</w:t>
        <w:br/>
        <w:t>З води щось вишкрябалось рачки.</w:t>
      </w:r>
    </w:p>
    <w:p>
      <w:r>
        <w:br/>
        <w:t>— Та це ж малий водяничок!&lt;br /&gt;</w:t>
        <w:br/>
        <w:t>Хіба відразу не пізнала?&lt;br /&gt;</w:t>
        <w:br/>
        <w:t>— Невже піймався на гачок?&lt;br /&gt;</w:t>
        <w:br/>
        <w:t>— Кажу ж: на березі лежало!</w:t>
      </w:r>
    </w:p>
    <w:p>
      <w:r>
        <w:br/>
        <w:t>— Іди мені і в воду кинь&lt;br /&gt;</w:t>
        <w:br/>
        <w:t>Цю погань! Нащо ніс додому?&lt;br /&gt;</w:t>
        <w:br/>
        <w:t>Ти наче змаливсь... Схаменись!&lt;br /&gt;</w:t>
        <w:br/>
        <w:t>Тобі й не соромно старому?</w:t>
      </w:r>
    </w:p>
    <w:p>
      <w:r>
        <w:br/>
        <w:t>— А я його не віднесу,&lt;br /&gt;</w:t>
        <w:br/>
        <w:t>Не кину в воду: хлопця шкода!&lt;br /&gt;</w:t>
        <w:br/>
        <w:t>Чи я шукаю в нім краси,&lt;br /&gt;</w:t>
        <w:br/>
        <w:t>Та й чи мені потрібна врода?</w:t>
      </w:r>
    </w:p>
    <w:p>
      <w:r>
        <w:br/>
        <w:t>Мені сподобалось воно,&lt;br /&gt;</w:t>
        <w:br/>
        <w:t>До серця враз чогось припало —&lt;br /&gt;</w:t>
        <w:br/>
        <w:t>Здається, знав його давно,&lt;br /&gt;</w:t>
        <w:br/>
        <w:t>А може, серце віщувало?</w:t>
      </w:r>
    </w:p>
    <w:p>
      <w:r>
        <w:br/>
        <w:t>— Дурниці! Йди із хати геть,&lt;br /&gt;</w:t>
        <w:br/>
        <w:t>Щоб я його не чула й духу!&lt;br /&gt;</w:t>
        <w:br/>
        <w:t>У воду кинь чи в очерет —&lt;br /&gt;</w:t>
        <w:br/>
        <w:t>Кажу тобі, і ти послухай!</w:t>
      </w:r>
    </w:p>
    <w:p>
      <w:r>
        <w:br/>
        <w:t>Багато б ще порад-доган&lt;br /&gt;</w:t>
        <w:br/>
        <w:t>Давала Йванові Килина,&lt;br /&gt;</w:t>
        <w:br/>
        <w:t>Та взяв тоді дитину Йван&lt;br /&gt;</w:t>
        <w:br/>
        <w:t>І швидко вийшов із хатини.</w:t>
      </w:r>
    </w:p>
    <w:p>
      <w:r>
        <w:br/>
        <w:t>III</w:t>
      </w:r>
    </w:p>
    <w:p>
      <w:r>
        <w:br/>
        <w:t>Не знав Іван, куди іти&lt;br /&gt;</w:t>
        <w:br/>
        <w:t>І що з дитиною робити:&lt;br /&gt;</w:t>
        <w:br/>
        <w:t>Або у річку віднести,&lt;br /&gt;</w:t>
        <w:br/>
        <w:t>Або на березі лишити.</w:t>
      </w:r>
    </w:p>
    <w:p>
      <w:r>
        <w:br/>
        <w:t>О, ні, того він не зробив!&lt;br /&gt;</w:t>
        <w:br/>
        <w:t>Дітей не мав, тому, як сина,&lt;br /&gt;</w:t>
        <w:br/>
        <w:t>Рибалка хлопця полюбив,&lt;br /&gt;</w:t>
        <w:br/>
        <w:t>Дарма, що він і не людина.</w:t>
      </w:r>
    </w:p>
    <w:p>
      <w:r>
        <w:br/>
        <w:t>Сходив Іван усе село,&lt;br /&gt;</w:t>
        <w:br/>
        <w:t>Не обминув, здається, й хати,&lt;br /&gt;</w:t>
        <w:br/>
        <w:t>Але охочих не було&lt;br /&gt;</w:t>
        <w:br/>
        <w:t>І на півдня малого взяти.</w:t>
      </w:r>
    </w:p>
    <w:p>
      <w:r>
        <w:br/>
        <w:t>"Піду,— подумав,— до вдови,&lt;br /&gt;</w:t>
        <w:br/>
        <w:t>Старенька добра, наче мати.&lt;br /&gt;</w:t>
        <w:br/>
        <w:t>Вклонюся нижче від трави&lt;br /&gt;</w:t>
        <w:br/>
        <w:t>І молока вблагаю дати".</w:t>
      </w:r>
    </w:p>
    <w:p>
      <w:r>
        <w:br/>
        <w:t>Прийшов, почав про се, про те,&lt;br /&gt;</w:t>
        <w:br/>
        <w:t>Що Бог дощу не посилає...&lt;br /&gt;</w:t>
        <w:br/>
        <w:t>— А що це, Йване, несете? —&lt;br /&gt;</w:t>
        <w:br/>
        <w:t>Бабуся з усміхом питає.</w:t>
      </w:r>
    </w:p>
    <w:p>
      <w:r>
        <w:br/>
        <w:t>Іван показує з плачем&lt;br /&gt;</w:t>
        <w:br/>
        <w:t>І розповів свою пригоду,&lt;br /&gt;</w:t>
        <w:br/>
        <w:t>Що він, мов пройнятий ножем,&lt;br /&gt;</w:t>
        <w:br/>
        <w:t>Несе мале, щоб кинуть в воду...</w:t>
      </w:r>
    </w:p>
    <w:p>
      <w:r>
        <w:br/>
        <w:t>— Лишіть мені! Хоч я стара,&lt;br /&gt;</w:t>
        <w:br/>
        <w:t>А ще зумію раду дати.&lt;br /&gt;</w:t>
        <w:br/>
        <w:t>Бажаю хлопцеві добра,&lt;br /&gt;</w:t>
        <w:br/>
        <w:t>То й стану наче рідна мати.</w:t>
      </w:r>
    </w:p>
    <w:p>
      <w:r>
        <w:br/>
        <w:t>Мале помалу підросте&lt;br /&gt;</w:t>
        <w:br/>
        <w:t>І, як не трапиться напасти,&lt;br /&gt;</w:t>
        <w:br/>
        <w:t>Робитиме то се, то те,&lt;br /&gt;</w:t>
        <w:br/>
        <w:t>То біля річки гуси пасти.</w:t>
      </w:r>
    </w:p>
    <w:p>
      <w:r>
        <w:br/>
        <w:t>Я знаю: витерпить мале,&lt;br /&gt;</w:t>
        <w:br/>
        <w:t>Почнуть над хлопцем насміхатись,&lt;br /&gt;</w:t>
        <w:br/>
        <w:t>Ще "каченям" прозвуть... Але&lt;br /&gt;</w:t>
        <w:br/>
        <w:t>Цього не слід йому боятись.</w:t>
      </w:r>
    </w:p>
    <w:p>
      <w:r>
        <w:br/>
        <w:t>Бува, сміються і з калік,&lt;br /&gt;</w:t>
        <w:br/>
        <w:t>А часом виросте з каліки&lt;br /&gt;</w:t>
        <w:br/>
        <w:t>Такий розумний чоловік,&lt;br /&gt;</w:t>
        <w:br/>
        <w:t>Що стихнуть всякі кпини й сміхи.</w:t>
      </w:r>
    </w:p>
    <w:p>
      <w:r>
        <w:br/>
        <w:t>— Отож здається і мені,&lt;br /&gt;</w:t>
        <w:br/>
        <w:t>Що з нього вийде щось цікаве...&lt;br /&gt;</w:t>
        <w:br/>
        <w:t>Не дурно хвилі весняні&lt;br /&gt;</w:t>
        <w:br/>
        <w:t>Хлоп'ятко винесли на трави.</w:t>
      </w:r>
    </w:p>
    <w:p>
      <w:r>
        <w:br/>
        <w:t>— Авжеж, Іване! Тільки ж&lt;br /&gt;</w:t>
        <w:br/>
        <w:t>цить,—&lt;br /&gt;</w:t>
        <w:br/>
        <w:t>Бабуся каже,— бач, скривилось:&lt;br /&gt;</w:t>
        <w:br/>
        <w:t>Глянь, як на тебе задивилось!</w:t>
      </w:r>
    </w:p>
    <w:p>
      <w:r>
        <w:br/>
        <w:t>Та ще й до тебе простигло&lt;br /&gt;</w:t>
        <w:br/>
        <w:t>Свої маленькі рученята —&lt;br /&gt;</w:t>
        <w:br/>
        <w:t>Воно, здається, прийняло&lt;br /&gt;</w:t>
        <w:br/>
        <w:t>Тебе за маму або тата.</w:t>
      </w:r>
    </w:p>
    <w:p>
      <w:r>
        <w:br/>
        <w:t>— Так з Богом! Дякую я вам&lt;br /&gt;</w:t>
        <w:br/>
        <w:t>За ваше добре серце й душу!&lt;br /&gt;</w:t>
        <w:br/>
        <w:t>Як Бог поможе, все віддам —&lt;br /&gt;</w:t>
        <w:br/>
        <w:t>Що б не було, віддати мушу!"</w:t>
      </w:r>
    </w:p>
    <w:p>
      <w:r>
        <w:br/>
        <w:t>Стара до печі відійшла,&lt;br /&gt;</w:t>
        <w:br/>
        <w:t>Іван постояв ще хвилину&lt;br /&gt;</w:t>
        <w:br/>
        <w:t>І з серцем, сповненим тепла,&lt;br /&gt;</w:t>
        <w:br/>
        <w:t>Пішов, покинувши дитину.</w:t>
      </w:r>
    </w:p>
    <w:p>
      <w:r>
        <w:br/>
        <w:t>IV</w:t>
      </w:r>
    </w:p>
    <w:p>
      <w:r>
        <w:br/>
        <w:t>Росте маленьке "Жабеня" —&lt;br /&gt;</w:t>
        <w:br/>
        <w:t>Так хлопці вже його прозвали!&lt;br /&gt;</w:t>
        <w:br/>
        <w:t>Іван відвідує щодня,&lt;br /&gt;</w:t>
        <w:br/>
        <w:t>Обидва справжні друзі стали.</w:t>
      </w:r>
    </w:p>
    <w:p>
      <w:r>
        <w:br/>
        <w:t>Вже квітень радісний прийшов,&lt;br /&gt;</w:t>
        <w:br/>
        <w:t>Земля прибралась килимами...&lt;br /&gt;</w:t>
        <w:br/>
        <w:t>Іван збирається на влов,&lt;br /&gt;</w:t>
        <w:br/>
        <w:t>Ввесь вечір возиться з вудками.</w:t>
      </w:r>
    </w:p>
    <w:p>
      <w:r>
        <w:br/>
        <w:t>Ввесь день нав'язує гачки,&lt;br /&gt;</w:t>
        <w:br/>
        <w:t>Приладдя різне оглядає,&lt;br /&gt;</w:t>
        <w:br/>
        <w:t>В мішечку з мохом хробачки&lt;br /&gt;</w:t>
        <w:br/>
        <w:t>Від сонця, спеки в тінь ховає.</w:t>
      </w:r>
    </w:p>
    <w:p>
      <w:r>
        <w:br/>
        <w:t>Бере з собою й Жабеня&lt;br /&gt;</w:t>
        <w:br/>
        <w:t>(Само просилося узяти),&lt;br /&gt;</w:t>
        <w:br/>
        <w:t>Воно слухняне, як ягня,&lt;br /&gt;</w:t>
        <w:br/>
        <w:t>Не буде вловам заважати.</w:t>
      </w:r>
    </w:p>
    <w:p>
      <w:r>
        <w:br/>
        <w:t>І рано-вранці, за пітьми&lt;br /&gt;</w:t>
        <w:br/>
        <w:t>Ідуть вони удвох на річку,&lt;br /&gt;</w:t>
        <w:br/>
        <w:t>Збивають роси чобітьми,&lt;br /&gt;</w:t>
        <w:br/>
        <w:t>Толочуть нехотя травичку.</w:t>
      </w:r>
    </w:p>
    <w:p>
      <w:r>
        <w:br/>
        <w:t>Прийшли, ох, захопило дух!&lt;br /&gt;</w:t>
        <w:br/>
        <w:t>Один до другого моргають,&lt;br /&gt;</w:t>
        <w:br/>
        <w:t>Беруть вудки свої до рук&lt;br /&gt;</w:t>
        <w:br/>
        <w:t>І разом мовчки закидають.</w:t>
      </w:r>
    </w:p>
    <w:p>
      <w:r>
        <w:br/>
        <w:t>Ось десь почувсь пташиний крик —&lt;br /&gt;</w:t>
        <w:br/>
        <w:t>То темна ніч уже тікає...&lt;br /&gt;</w:t>
        <w:br/>
        <w:t>Цей крик збудив співців-музик,&lt;br /&gt;</w:t>
        <w:br/>
        <w:t>І ранок очі розкриває.</w:t>
      </w:r>
    </w:p>
    <w:p>
      <w:r>
        <w:br/>
        <w:t>Він спершу глянув на хмарки —&lt;br /&gt;</w:t>
        <w:br/>
        <w:t>І зайнялись хмарки, палають,&lt;br /&gt;</w:t>
        <w:br/>
        <w:t>Згоріли в полум'ї зірки,&lt;br /&gt;</w:t>
        <w:br/>
        <w:t>В блакиті жайворонки грають.</w:t>
      </w:r>
    </w:p>
    <w:p>
      <w:r>
        <w:br/>
        <w:t>Свій погляд ранок перевів&lt;br /&gt;</w:t>
        <w:br/>
        <w:t>На луг, туманом сірим вкритий,&lt;br /&gt;</w:t>
        <w:br/>
        <w:t>І скинув луг рядно й зацвів,&lt;br /&gt;</w:t>
        <w:br/>
        <w:t>Росою всипаний, облитий.</w:t>
      </w:r>
    </w:p>
    <w:p>
      <w:r>
        <w:br/>
        <w:t>Ячать десь білі лебеді,&lt;br /&gt;</w:t>
        <w:br/>
        <w:t>Качки знялися з криком, з шумом,&lt;br /&gt;</w:t>
        <w:br/>
        <w:t>Рибки виплескують в воді —&lt;br /&gt;</w:t>
        <w:br/>
        <w:t>Світ будиться із сну-задуми.</w:t>
      </w:r>
    </w:p>
    <w:p>
      <w:r>
        <w:br/>
        <w:t>Сидять рибалки край ріки,&lt;br /&gt;</w:t>
        <w:br/>
        <w:t>Ніхто і слова не промовить,&lt;br /&gt;</w:t>
        <w:br/>
        <w:t>Ось-ось короткий рух руки,&lt;br /&gt;</w:t>
        <w:br/>
        <w:t>Хтось підсікне і рибку вловить.</w:t>
      </w:r>
    </w:p>
    <w:p>
      <w:r>
        <w:br/>
        <w:t>І враз хтось буйний очерет&lt;br /&gt;</w:t>
        <w:br/>
        <w:t>Направо й ліво розгортає,&lt;br /&gt;</w:t>
        <w:br/>
        <w:t>Пускає бульби наперед&lt;br /&gt;</w:t>
        <w:br/>
        <w:t>І сам нарешті випливає.</w:t>
      </w:r>
    </w:p>
    <w:p>
      <w:r>
        <w:br/>
        <w:t>Зелений, в рясці, в куширі,&lt;br /&gt;</w:t>
        <w:br/>
        <w:t>З волоссям, наче осокою,&lt;br /&gt;</w:t>
        <w:br/>
        <w:t>З очима, наче ліхтарі,&lt;br /&gt;</w:t>
        <w:br/>
        <w:t>По самий пояс з бородою —</w:t>
      </w:r>
    </w:p>
    <w:p>
      <w:r>
        <w:br/>
        <w:t>Поволі вирнув Водяник&lt;br /&gt;</w:t>
        <w:br/>
        <w:t>І на рибалок пильно глянув.&lt;br /&gt;</w:t>
        <w:br/>
        <w:t>Іван уже до всього звик,&lt;br /&gt;</w:t>
        <w:br/>
        <w:t>Та тут і він із ляку зв'янув.</w:t>
      </w:r>
    </w:p>
    <w:p>
      <w:r>
        <w:br/>
        <w:t>Лише маленьке Жабеня&lt;br /&gt;</w:t>
        <w:br/>
        <w:t>Спокійно з вудкою сиділо,&lt;br /&gt;</w:t>
        <w:br/>
        <w:t>Неначе бачило щодня&lt;br /&gt;</w:t>
        <w:br/>
        <w:t>Водяника, коли вудило.</w:t>
      </w:r>
    </w:p>
    <w:p>
      <w:r>
        <w:br/>
        <w:t>— Так ти живий, правнучку мій!&lt;br /&gt;</w:t>
        <w:br/>
        <w:t>А я кісток твоїх шукаю&lt;br /&gt;</w:t>
        <w:br/>
        <w:t>На дні ріки, в траві густій,&lt;br /&gt;</w:t>
        <w:br/>
        <w:t>Сомам і ракам дорікаю.</w:t>
      </w:r>
    </w:p>
    <w:p>
      <w:r>
        <w:br/>
        <w:t>А ти на березі сидиш —&lt;br /&gt;</w:t>
        <w:br/>
        <w:t>Та ще й з людиною! — і вудиш.&lt;br /&gt;</w:t>
        <w:br/>
        <w:t>Ану, вставай та в річку — киш,&lt;br /&gt;</w:t>
        <w:br/>
        <w:t>І так, здається, битий будеш.</w:t>
      </w:r>
    </w:p>
    <w:p>
      <w:r>
        <w:br/>
        <w:t>Чому раніше не прийшов,&lt;br /&gt;</w:t>
        <w:br/>
        <w:t>Як тільки ти навчивсь ходити?&lt;br /&gt;</w:t>
        <w:br/>
        <w:t>Хіба тебе не звала кров&lt;br /&gt;</w:t>
        <w:br/>
        <w:t>З ріднею разом в річці жити?</w:t>
      </w:r>
    </w:p>
    <w:p>
      <w:r>
        <w:br/>
        <w:t>Дивилось мовчки Жабеня&lt;br /&gt;</w:t>
        <w:br/>
        <w:t>Чи, може, що сказать, не знало,&lt;br /&gt;</w:t>
        <w:br/>
        <w:t>Украй схвильоване із пня&lt;br /&gt;</w:t>
        <w:br/>
        <w:t>Вставало враз і знов сідало.</w:t>
      </w:r>
    </w:p>
    <w:p>
      <w:r>
        <w:br/>
        <w:t>З нещастя визволив Іван,&lt;br /&gt;</w:t>
        <w:br/>
        <w:t>Він вже отямився доволі&lt;br /&gt;</w:t>
        <w:br/>
        <w:t>І, гордо випроставши стан,&lt;br /&gt;</w:t>
        <w:br/>
        <w:t>Спитав поважно і поволі:</w:t>
      </w:r>
    </w:p>
    <w:p>
      <w:r>
        <w:br/>
        <w:t>— А хто ви будете такий?&lt;br /&gt;</w:t>
        <w:br/>
        <w:t>І чом до хлопця ви пристали?&lt;br /&gt;</w:t>
        <w:br/>
        <w:t>Дивіться, пане, щоб боки&lt;br /&gt;</w:t>
        <w:br/>
        <w:t>У вас, бува, не затріщали!</w:t>
      </w:r>
    </w:p>
    <w:p>
      <w:r>
        <w:br/>
        <w:t>— Я ж матері його казав,—&lt;br /&gt;</w:t>
        <w:br/>
        <w:t>Промимрив Водяник похмуро,—&lt;br /&gt;</w:t>
        <w:br/>
        <w:t>Привісь колиску до купав,&lt;br /&gt;</w:t>
        <w:br/>
        <w:t>Щоб не зірвали хвилі в бурю.</w:t>
      </w:r>
    </w:p>
    <w:p>
      <w:r>
        <w:br/>
        <w:t>Віддай! Дитина не твоя!&lt;br /&gt;</w:t>
        <w:br/>
        <w:t>Вона в селі у вас загине...&lt;br /&gt;</w:t>
        <w:br/>
        <w:t>— Я не віддам!&lt;br /&gt;</w:t>
        <w:br/>
        <w:t>Сказав же я,&lt;br /&gt;</w:t>
        <w:br/>
        <w:t>Та і хлоп'я мене не кине!</w:t>
      </w:r>
    </w:p>
    <w:p>
      <w:r>
        <w:br/>
        <w:t>До кого хочеш ти іти? —&lt;br /&gt;</w:t>
        <w:br/>
        <w:t>Спитав Іван у Жабеняти.&lt;br /&gt;</w:t>
        <w:br/>
        <w:t>Не завагалось простягти&lt;br /&gt;</w:t>
        <w:br/>
        <w:t>Воно до Йвана рученята.</w:t>
      </w:r>
    </w:p>
    <w:p>
      <w:r>
        <w:br/>
        <w:t>Розлютувався Водяник,&lt;br /&gt;</w:t>
        <w:br/>
        <w:t>Аж налилися кров'ю очі...&lt;br /&gt;</w:t>
        <w:br/>
        <w:t>Щось буркнув він і нагло зник,&lt;br /&gt;</w:t>
        <w:br/>
        <w:t>Вода по ньому лиш булькоче.</w:t>
      </w:r>
    </w:p>
    <w:p>
      <w:r>
        <w:br/>
        <w:t>V</w:t>
      </w:r>
    </w:p>
    <w:p>
      <w:r>
        <w:br/>
        <w:t>Повіяв вітер. Хвилі враз&lt;br /&gt;</w:t>
        <w:br/>
        <w:t>Об берег річки битись стали.&lt;br /&gt;</w:t>
        <w:br/>
        <w:t>Неждано буря піднялась,&lt;br /&gt;</w:t>
        <w:br/>
        <w:t>І чорні хмари позвисали.</w:t>
      </w:r>
    </w:p>
    <w:p>
      <w:r>
        <w:br/>
        <w:t>— Додому йдем! — сказав Іван&lt;br /&gt;</w:t>
        <w:br/>
        <w:t>І наспіх став вудки в'язати.—&lt;br /&gt;</w:t>
        <w:br/>
        <w:t>Це, певно, мститься дідуган,&lt;br /&gt;</w:t>
        <w:br/>
        <w:t>Що не хотів тебе віддати.</w:t>
      </w:r>
    </w:p>
    <w:p>
      <w:r>
        <w:br/>
        <w:t>Усе, здається, узяли?&lt;br /&gt;</w:t>
        <w:br/>
        <w:t>То поспішаймо — буде злива!&lt;br /&gt;</w:t>
        <w:br/>
        <w:t>— Неначе все,— сказав малий.&lt;br /&gt;</w:t>
        <w:br/>
        <w:t>За руку Йвана взяв квапливо.</w:t>
      </w:r>
    </w:p>
    <w:p>
      <w:r>
        <w:br/>
        <w:t>Аж зирк — ворушиться трава,</w:t>
      </w:r>
    </w:p>
    <w:p>
      <w:r>
        <w:br/>
        <w:t>І мов її тумани вкрили.&lt;br /&gt;</w:t>
        <w:br/>
        <w:t>Коли як залящить: ква-ква,&lt;br /&gt;</w:t>
        <w:br/>
        <w:t>І жаби стежку заступили.</w:t>
      </w:r>
    </w:p>
    <w:p>
      <w:r>
        <w:br/>
        <w:t>Іван на руки хлопця взяв,&lt;br /&gt;</w:t>
        <w:br/>
        <w:t>Та жаби так скакати стали,&lt;br /&gt;</w:t>
        <w:br/>
        <w:t>Що понад голову з-між трав,&lt;br /&gt;</w:t>
        <w:br/>
        <w:t>Немов м'ячі, перелітали.</w:t>
      </w:r>
    </w:p>
    <w:p>
      <w:r>
        <w:br/>
        <w:t>— На човен! Їдем на той бік!&lt;br /&gt;</w:t>
        <w:br/>
        <w:t>Та стільки жаб в човні сиділо&lt;br /&gt;</w:t>
        <w:br/>
        <w:t>(А човен ще до того й тік),&lt;br /&gt;</w:t>
        <w:br/>
        <w:t>Що за хвилину вже втопило.</w:t>
      </w:r>
    </w:p>
    <w:p>
      <w:r>
        <w:br/>
        <w:t>Іван подумав: "Вбрід іти?&lt;br /&gt;</w:t>
        <w:br/>
        <w:t>Та Водяник пійма за ноги!&lt;br /&gt;</w:t>
        <w:br/>
        <w:t>В очеретах сидять чорти,&lt;br /&gt;</w:t>
        <w:br/>
        <w:t>А в них і пазурі і роги...</w:t>
      </w:r>
    </w:p>
    <w:p>
      <w:r>
        <w:br/>
        <w:t>Вперед на жаб!" — рішає він,&lt;br /&gt;</w:t>
        <w:br/>
        <w:t>Знімає швидко капелюха&lt;br /&gt;</w:t>
        <w:br/>
        <w:t>І ним, мов роблячи уклін,&lt;br /&gt;</w:t>
        <w:br/>
        <w:t>Лупцює жаби та ропухи.</w:t>
      </w:r>
    </w:p>
    <w:p>
      <w:r>
        <w:br/>
        <w:t>Укрилась трупами трава...&lt;br /&gt;</w:t>
        <w:br/>
        <w:t>Зробив Іван з них справжню січку.&lt;br /&gt;</w:t>
        <w:br/>
        <w:t>Злякались жаби: ква-ква-ква!&lt;br /&gt;</w:t>
        <w:br/>
        <w:t>І геть шубовснули у річку.</w:t>
      </w:r>
    </w:p>
    <w:p>
      <w:r>
        <w:br/>
        <w:t>"Тепер тікай, тепер біжи!" —&lt;br /&gt;</w:t>
        <w:br/>
        <w:t>Подумав і побіг щосили,&lt;br /&gt;</w:t>
        <w:br/>
        <w:t>Та звідкись виповзли вужі&lt;br /&gt;</w:t>
        <w:br/>
        <w:t>І знов дорогу заступили.</w:t>
      </w:r>
    </w:p>
    <w:p>
      <w:r>
        <w:br/>
        <w:t>Тут капелюх вже не поміг,&lt;br /&gt;</w:t>
        <w:br/>
        <w:t>Вужі накинулись на Йвана,&lt;br /&gt;</w:t>
        <w:br/>
        <w:t>Пообліплялись коло ніг —&lt;br /&gt;</w:t>
        <w:br/>
        <w:t>Він бачить — справа тут погана.</w:t>
      </w:r>
    </w:p>
    <w:p>
      <w:r>
        <w:br/>
        <w:t>Рибалка став. Страшна вага&lt;br /&gt;</w:t>
        <w:br/>
        <w:t>В колоди обернула ноги.&lt;br /&gt;</w:t>
        <w:br/>
        <w:t>Він ледве встоїть на ногах,&lt;br /&gt;</w:t>
        <w:br/>
        <w:t>Втекти тепер немає змоги.</w:t>
      </w:r>
    </w:p>
    <w:p>
      <w:r>
        <w:br/>
        <w:t>Аж бачить — хмиз сухий лежить,&lt;br /&gt;</w:t>
        <w:br/>
        <w:t>Гілля сухого добрі купи...&lt;br /&gt;</w:t>
        <w:br/>
        <w:t>Чом він туди не побіжить?&lt;br /&gt;</w:t>
        <w:br/>
        <w:t>Та ж заважають ноги-ступи.</w:t>
      </w:r>
    </w:p>
    <w:p>
      <w:r>
        <w:br/>
        <w:t>Він ледве-ледь туди дійшов&lt;br /&gt;</w:t>
        <w:br/>
        <w:t>І тільки перевів дихання,&lt;br /&gt;</w:t>
        <w:br/>
        <w:t>Поліз в кишеню і знайшов,&lt;br /&gt;</w:t>
        <w:br/>
        <w:t>На щастя, сірничок останній.</w:t>
      </w:r>
    </w:p>
    <w:p>
      <w:r>
        <w:br/>
        <w:t>Виймає, світить сірника —&lt;br /&gt;</w:t>
        <w:br/>
        <w:t>І хмиз зайнявся, загорівся.&lt;br /&gt;</w:t>
        <w:br/>
        <w:t>До вогняного язика&lt;br /&gt;</w:t>
        <w:br/>
        <w:t>Іван ногами притулився.</w:t>
      </w:r>
    </w:p>
    <w:p>
      <w:r>
        <w:br/>
        <w:t>— Ану, язиче, полижи&lt;br /&gt;</w:t>
        <w:br/>
        <w:t>Як слід мої колоди-ноги! —&lt;br /&gt;</w:t>
        <w:br/>
        <w:t>Сказав Іван. Шкварчать вужі,&lt;br /&gt;</w:t>
        <w:br/>
        <w:t>А інших дим жене з дороги.</w:t>
      </w:r>
    </w:p>
    <w:p>
      <w:r>
        <w:br/>
        <w:t>Як стало тіло вже вогнем&lt;br /&gt;</w:t>
        <w:br/>
        <w:t>Пекти Іванові самому,&lt;br /&gt;</w:t>
        <w:br/>
        <w:t>Іван сказав:— Тепер ідем! —&lt;br /&gt;</w:t>
        <w:br/>
        <w:t>І рученята стис малому.</w:t>
      </w:r>
    </w:p>
    <w:p>
      <w:r>
        <w:br/>
        <w:t>Що сталось потім, розповім,&lt;br /&gt;</w:t>
        <w:br/>
        <w:t>Бо ось тепер стомивсь неначе...&lt;br /&gt;</w:t>
        <w:br/>
        <w:t>Іван — стрічавсь я вчора з ним,&lt;br /&gt;</w:t>
        <w:br/>
        <w:t>Та Жабеняти ще не бачив.</w:t>
      </w:r>
    </w:p>
    <w:p>
      <w:r>
        <w:br/>
        <w:t>ДРУГА ЧАСТИНА</w:t>
      </w:r>
    </w:p>
    <w:p>
      <w:r>
        <w:br/>
        <w:t>І</w:t>
      </w:r>
    </w:p>
    <w:p>
      <w:r>
        <w:br/>
        <w:t>Під ранок вже Іван не спав,&lt;br /&gt;</w:t>
        <w:br/>
        <w:t>Усе роздумував: чи стане&lt;br /&gt;</w:t>
        <w:br/>
        <w:t>Гачків на щук, на коропів&lt;br /&gt;</w:t>
        <w:br/>
        <w:t>І чи в селі він їх дістане.</w:t>
      </w:r>
    </w:p>
    <w:p>
      <w:r>
        <w:br/>
        <w:t>"А як же буде з Жабеням?&lt;br /&gt;</w:t>
        <w:br/>
        <w:t>Щоб знов не трапилось те саме!&lt;br /&gt;</w:t>
        <w:br/>
        <w:t>Я справлюсь з жабами й тепер,&lt;br /&gt;</w:t>
        <w:br/>
        <w:t>Але чи впораюсь з вужами?</w:t>
      </w:r>
    </w:p>
    <w:p>
      <w:r>
        <w:br/>
        <w:t>Чи буде хмиз десь поблизу&lt;br /&gt;</w:t>
        <w:br/>
        <w:t>Та і в якому буде стані?&lt;br /&gt;</w:t>
        <w:br/>
        <w:t>А що, як буде мокрий він,&lt;br /&gt;</w:t>
        <w:br/>
        <w:t>А що, як сил дійти не стане?"</w:t>
      </w:r>
    </w:p>
    <w:p>
      <w:r>
        <w:br/>
        <w:t>Такі думки вже не дадуть&lt;br /&gt;</w:t>
        <w:br/>
        <w:t>Коротку ніч як слід доспати,&lt;br /&gt;</w:t>
        <w:br/>
        <w:t>Та інші радісні летять&lt;br /&gt;</w:t>
        <w:br/>
        <w:t>З турбот Івана визволяти.</w:t>
      </w:r>
    </w:p>
    <w:p>
      <w:r>
        <w:br/>
        <w:t>З годину пішки відсіля,&lt;br /&gt;</w:t>
        <w:br/>
        <w:t>В долині тихій між горбками&lt;br /&gt;</w:t>
        <w:br/>
        <w:t>Синіє озеро здаля,&lt;br /&gt;</w:t>
        <w:br/>
        <w:t>Немов посріблене рибками.</w:t>
      </w:r>
    </w:p>
    <w:p>
      <w:r>
        <w:br/>
        <w:t>Туди вітри не залетять,&lt;br /&gt;</w:t>
        <w:br/>
        <w:t>Не розгойдають хвиль на ньому,&lt;br /&gt;</w:t>
        <w:br/>
        <w:t>На варті верб ряди стоять,&lt;br /&gt;</w:t>
        <w:br/>
        <w:t>Пильнують тишу нерухому.</w:t>
      </w:r>
    </w:p>
    <w:p>
      <w:r>
        <w:br/>
        <w:t>Нема людських стежок сюди&lt;br /&gt;</w:t>
        <w:br/>
        <w:t>Ні хлібороба, ні рибалки —&lt;br /&gt;</w:t>
        <w:br/>
        <w:t>І ждеш, що випливуть з води&lt;br /&gt;</w:t>
        <w:br/>
        <w:t>Вінками вквітчані русалки.</w:t>
      </w:r>
    </w:p>
    <w:p>
      <w:r>
        <w:br/>
        <w:t>Сюди у нічку весняну&lt;br /&gt;</w:t>
        <w:br/>
        <w:t>Летять думки рибалки Йвана —&lt;br /&gt;</w:t>
        <w:br/>
        <w:t>Недурно він не має сну,&lt;br /&gt;</w:t>
        <w:br/>
        <w:t>Недарма він не спить до рана.</w:t>
      </w:r>
    </w:p>
    <w:p>
      <w:r>
        <w:br/>
        <w:t>II</w:t>
      </w:r>
    </w:p>
    <w:p>
      <w:r>
        <w:br/>
        <w:t>— Вставай, маленьке Жабеня,&lt;br /&gt;</w:t>
        <w:br/>
        <w:t>Надворі вже сіріти стало! —&lt;br /&gt;</w:t>
        <w:br/>
        <w:t>Але будити хлопця став Іван,&lt;br /&gt;</w:t>
        <w:br/>
        <w:t>І Жабеня схопилось, встало.</w:t>
      </w:r>
    </w:p>
    <w:p>
      <w:r>
        <w:br/>
        <w:t>І ось вони полями йдуть —&lt;br /&gt;</w:t>
        <w:br/>
        <w:t>Веселий ранок їх вітає,&lt;br /&gt;</w:t>
        <w:br/>
        <w:t>Бджілки, прокинувшись, гудуть,&lt;br /&gt;</w:t>
        <w:br/>
        <w:t>На скрипці жайворонок грає.</w:t>
      </w:r>
    </w:p>
    <w:p>
      <w:r>
        <w:br/>
        <w:t>Овес, пшениця та жита&lt;br /&gt;</w:t>
        <w:br/>
        <w:t>Заслали поле килимами —&lt;br /&gt;</w:t>
        <w:br/>
        <w:t>На них ростуть волошки, мак,&lt;br /&gt;</w:t>
        <w:br/>
        <w:t>Ромен, дзвіночки з сокирками.</w:t>
      </w:r>
    </w:p>
    <w:p>
      <w:r>
        <w:br/>
        <w:t>Ось і дійшли. Під очерет&lt;br /&gt;</w:t>
        <w:br/>
        <w:t>Нечутно крадуться, сідають,&lt;br /&gt;</w:t>
        <w:br/>
        <w:t>Переглядаються без слів&lt;br /&gt;</w:t>
        <w:br/>
        <w:t>І тихо-тихо закидають.</w:t>
      </w:r>
    </w:p>
    <w:p>
      <w:r>
        <w:br/>
        <w:t>— Тягни!.. Тягни!.. Та засікай! —&lt;br /&gt;</w:t>
        <w:br/>
        <w:t>Іван схвильовано шепоче.&lt;br /&gt;</w:t>
        <w:br/>
        <w:t>— Ще рано! Важко відсікти,&lt;br /&gt;</w:t>
        <w:br/>
        <w:t>А вдруге взятися не схоче.</w:t>
      </w:r>
    </w:p>
    <w:p>
      <w:r>
        <w:br/>
        <w:t>— Таж поплавок уже в воді! —&lt;br /&gt;</w:t>
        <w:br/>
        <w:t>Кричить Іван напівсердито,&lt;br /&gt;</w:t>
        <w:br/>
        <w:t>Та вже вудилище щось гне&lt;br /&gt;</w:t>
        <w:br/>
        <w:t>І рве із рук несамовито.</w:t>
      </w:r>
    </w:p>
    <w:p>
      <w:r>
        <w:br/>
        <w:t>— Це короп! Знаю наперед!&lt;br /&gt;</w:t>
        <w:br/>
        <w:t>Дивись — далеко не пускати!&lt;br /&gt;</w:t>
        <w:br/>
        <w:t>Пильнуй, затягне в очерет,&lt;br /&gt;</w:t>
        <w:br/>
        <w:t>То як тоді його дістати?</w:t>
      </w:r>
    </w:p>
    <w:p>
      <w:r>
        <w:br/>
        <w:t>І довго ще вони удвох&lt;br /&gt;</w:t>
        <w:br/>
        <w:t>Завзято коропа "водили":&lt;br /&gt;</w:t>
        <w:br/>
        <w:t>Мале скакало Жабеня,&lt;br /&gt;</w:t>
        <w:br/>
        <w:t>Трусивсь Іван, немов без сили.</w:t>
      </w:r>
    </w:p>
    <w:p>
      <w:r>
        <w:br/>
        <w:t>Як смачно снідалося їм!&lt;br /&gt;</w:t>
        <w:br/>
        <w:t>Які були у них розмови!&lt;br /&gt;</w:t>
        <w:br/>
        <w:t>Це зрозуміє тільки той,&lt;br /&gt;</w:t>
        <w:br/>
        <w:t>Хто сам ходив на влови.</w:t>
      </w:r>
    </w:p>
    <w:p>
      <w:r>
        <w:br/>
        <w:t>III</w:t>
      </w:r>
    </w:p>
    <w:p>
      <w:r>
        <w:br/>
        <w:t>І знов, поснідавши, вони&lt;br /&gt;</w:t>
        <w:br/>
        <w:t>Вудки закинули й сховались.&lt;br /&gt;</w:t>
        <w:br/>
        <w:t>Хмарини квітами цвіли&lt;br /&gt;</w:t>
        <w:br/>
        <w:t>І в озері купались.</w:t>
      </w:r>
    </w:p>
    <w:p>
      <w:r>
        <w:br/>
        <w:t>В гаях зозулі голосні&lt;br /&gt;</w:t>
        <w:br/>
        <w:t>Невпинно голосили,&lt;br /&gt;</w:t>
        <w:br/>
        <w:t>Лунали дятлів молотки,&lt;br /&gt;</w:t>
        <w:br/>
        <w:t>Дерчав деркач щосили.</w:t>
      </w:r>
    </w:p>
    <w:p>
      <w:r>
        <w:br/>
        <w:t>Там, де Іван і Жабеня&lt;br /&gt;</w:t>
        <w:br/>
        <w:t>Сиділи за вудками,&lt;br /&gt;</w:t>
        <w:br/>
        <w:t>Сорока з довгим язиком&lt;br /&gt;</w:t>
        <w:br/>
        <w:t>Скакала між гілками..</w:t>
      </w:r>
    </w:p>
    <w:p>
      <w:r>
        <w:br/>
        <w:t>Обрид Іванові цей крик,&lt;br /&gt;</w:t>
        <w:br/>
        <w:t>Він грудку взяв і кинув...&lt;br /&gt;</w:t>
        <w:br/>
        <w:t>Заскрекотав крикливий птах,&lt;br /&gt;</w:t>
        <w:br/>
        <w:t>Щось буркнув і полинув.</w:t>
      </w:r>
    </w:p>
    <w:p>
      <w:r>
        <w:br/>
        <w:t>Коли стемніло вже кругом,&lt;br /&gt;</w:t>
        <w:br/>
        <w:t>Рибалки повертались,&lt;br /&gt;</w:t>
        <w:br/>
        <w:t>В сітках плотички, окунці,&lt;br /&gt;</w:t>
        <w:br/>
        <w:t>Линочки викидались.</w:t>
      </w:r>
    </w:p>
    <w:p>
      <w:r>
        <w:br/>
        <w:t>І тільки короп-дідуган&lt;br /&gt;</w:t>
        <w:br/>
        <w:t>Спав тихо й нерухомо...&lt;br /&gt;</w:t>
        <w:br/>
        <w:t>Пройшли луги, лісок і лан&lt;br /&gt;</w:t>
        <w:br/>
        <w:t>І ось вони вже вдома.</w:t>
      </w:r>
    </w:p>
    <w:p>
      <w:r>
        <w:br/>
        <w:t>IV</w:t>
      </w:r>
    </w:p>
    <w:p>
      <w:r>
        <w:br/>
        <w:t>Сорока швидко навпростець&lt;br /&gt;</w:t>
        <w:br/>
        <w:t>Летіла й скрекотала:&lt;br /&gt;</w:t>
        <w:br/>
        <w:t>— На мене кидали грудки&lt;br /&gt;</w:t>
        <w:br/>
        <w:t>За те, що розмовляла.</w:t>
      </w:r>
    </w:p>
    <w:p>
      <w:r>
        <w:br/>
        <w:t>Я їм аж стільки віддала&lt;br /&gt;</w:t>
        <w:br/>
        <w:t>Сорочої уваги&lt;br /&gt;</w:t>
        <w:br/>
        <w:t>І що ж цікавого знайшла?&lt;br /&gt;</w:t>
        <w:br/>
        <w:t>Ні діла, ні розваги!</w:t>
      </w:r>
    </w:p>
    <w:p>
      <w:r>
        <w:br/>
        <w:t>Сидять і витягнуть патик&lt;br /&gt;</w:t>
        <w:br/>
        <w:t>Або якусь травичку&lt;br /&gt;</w:t>
        <w:br/>
        <w:t>І рідко-рідко окунця&lt;br /&gt;</w:t>
        <w:br/>
        <w:t>Або якусь плотичку.</w:t>
      </w:r>
    </w:p>
    <w:p>
      <w:r>
        <w:br/>
        <w:t>Чи це не гаяння часу?&lt;br /&gt;</w:t>
        <w:br/>
        <w:t>Хіба роботи мало?&lt;br /&gt;</w:t>
        <w:br/>
        <w:t>Ну, я на кпини їх взяла,&lt;br /&gt;</w:t>
        <w:br/>
        <w:t>А що із кпин тих стало?</w:t>
      </w:r>
    </w:p>
    <w:p>
      <w:r>
        <w:br/>
        <w:t>За мить з самим Водяником&lt;br /&gt;</w:t>
        <w:br/>
        <w:t>Порозмовляти мушу,&lt;br /&gt;</w:t>
        <w:br/>
        <w:t>Йому всю правду розкажу,&lt;br /&gt;</w:t>
        <w:br/>
        <w:t>Усю розкрию душу.</w:t>
      </w:r>
    </w:p>
    <w:p>
      <w:r>
        <w:br/>
        <w:t>Та як я викличу його?&lt;br /&gt;</w:t>
        <w:br/>
        <w:t>Він все в багні брудному,&lt;br /&gt;</w:t>
        <w:br/>
        <w:t>А що тут діється кругом,&lt;br /&gt;</w:t>
        <w:br/>
        <w:t>Однаково старому.</w:t>
      </w:r>
    </w:p>
    <w:p>
      <w:r>
        <w:br/>
        <w:t>Усе щось робить у воді,&lt;br /&gt;</w:t>
        <w:br/>
        <w:t>Подумаєш — "порядки":&lt;br /&gt;</w:t>
        <w:br/>
        <w:t>Щоб рак на берег не поліз,&lt;br /&gt;</w:t>
        <w:br/>
        <w:t>Щоб пильнував нащадків.</w:t>
      </w:r>
    </w:p>
    <w:p>
      <w:r>
        <w:br/>
        <w:t>Щоб жаби день і ніч баньки&lt;br /&gt;</w:t>
        <w:br/>
        <w:t>На хмари витріщали,&lt;br /&gt;</w:t>
        <w:br/>
        <w:t>Щоб, як дурні, перед дощем&lt;br /&gt;</w:t>
        <w:br/>
        <w:t>Щосили верещали.</w:t>
      </w:r>
    </w:p>
    <w:p>
      <w:r>
        <w:br/>
        <w:t>А те, що вкрав хтось Жабеня&lt;br /&gt;</w:t>
        <w:br/>
        <w:t>І з ним на влови ходить,&lt;br /&gt;</w:t>
        <w:br/>
        <w:t>Йому однаково, дарма,&lt;br /&gt;</w:t>
        <w:br/>
        <w:t>Його це не обходить.</w:t>
      </w:r>
    </w:p>
    <w:p>
      <w:r>
        <w:br/>
        <w:t>Аж бачить, рибка на воді&lt;br /&gt;</w:t>
        <w:br/>
        <w:t>Пливе, плавцями руха;&lt;br /&gt;</w:t>
        <w:br/>
        <w:t>— Здорова, рибонько моя,&lt;br /&gt;</w:t>
        <w:br/>
        <w:t>Куди пливеш, послухай!</w:t>
      </w:r>
    </w:p>
    <w:p>
      <w:r>
        <w:br/>
        <w:t>Спускайсь на дно! Водяника&lt;br /&gt;</w:t>
        <w:br/>
        <w:t>Поклич мені негайно,&lt;br /&gt;</w:t>
        <w:br/>
        <w:t>А як недужий або спить,&lt;br /&gt;</w:t>
        <w:br/>
        <w:t>То сповісти, звичайно.</w:t>
      </w:r>
    </w:p>
    <w:p>
      <w:r>
        <w:br/>
        <w:t>Повітря рибка потягла&lt;br /&gt;</w:t>
        <w:br/>
        <w:t>І зникла в річці швидко —&lt;br /&gt;</w:t>
        <w:br/>
        <w:t>Аж чути ось Водяника,&lt;br /&gt;</w:t>
        <w:br/>
        <w:t>Уже і бульку видко.</w:t>
      </w:r>
    </w:p>
    <w:p>
      <w:r>
        <w:br/>
        <w:t>— Чого збудили ви мене?&lt;br /&gt;</w:t>
        <w:br/>
        <w:t>Яка ще там морока? —&lt;br /&gt;</w:t>
        <w:br/>
        <w:t>Бурчить сердито Водяник.&lt;br /&gt;</w:t>
        <w:br/>
        <w:t>На вухо скік сорока.</w:t>
      </w:r>
    </w:p>
    <w:p>
      <w:r>
        <w:br/>
        <w:t>Що шепотіла, з нас ніхто&lt;br /&gt;</w:t>
        <w:br/>
        <w:t>Не чув, хоч пильно слухав...&lt;br /&gt;</w:t>
        <w:br/>
        <w:t>Старий синів і зеленів,&lt;br /&gt;</w:t>
        <w:br/>
        <w:t>Потилицю все чухав.</w:t>
      </w:r>
    </w:p>
    <w:p>
      <w:r>
        <w:br/>
        <w:t>— Сороко, дякую тобі&lt;br /&gt;</w:t>
        <w:br/>
        <w:t>І дякувати буду,&lt;br /&gt;</w:t>
        <w:br/>
        <w:t>Сьогодні ти мені з очей&lt;br /&gt;</w:t>
        <w:br/>
        <w:t>Зняла немов полуду.</w:t>
      </w:r>
    </w:p>
    <w:p>
      <w:r>
        <w:br/>
        <w:t>Тепер я знаю, що зроблю,&lt;br /&gt;</w:t>
        <w:br/>
        <w:t>А що — пізніш побачиш.&lt;br /&gt;</w:t>
        <w:br/>
        <w:t>А ти, Іване,— присягну! —&lt;br /&gt;</w:t>
        <w:br/>
        <w:t>Чи згинеш, чи заплачеш.</w:t>
      </w:r>
    </w:p>
    <w:p>
      <w:r>
        <w:br/>
        <w:t>V</w:t>
      </w:r>
    </w:p>
    <w:p>
      <w:r>
        <w:br/>
        <w:t>Але загляньмо хоч на мить&lt;br /&gt;</w:t>
        <w:br/>
        <w:t>На річку в час північний:&lt;br /&gt;</w:t>
        <w:br/>
        <w:t>Над нею ніч, мов храм стоїть,&lt;br /&gt;</w:t>
        <w:br/>
        <w:t>Таємний і величний.</w:t>
      </w:r>
    </w:p>
    <w:p>
      <w:r>
        <w:br/>
        <w:t>Свічками безліч зір тремтить,&lt;br /&gt;</w:t>
        <w:br/>
        <w:t>Лампада-місяць світить,&lt;br /&gt;</w:t>
        <w:br/>
        <w:t>І дим з кадил землі летить&lt;br /&gt;</w:t>
        <w:br/>
        <w:t>Під баню з оксамиту.</w:t>
      </w:r>
    </w:p>
    <w:p>
      <w:r>
        <w:br/>
        <w:t>Не спить, замислилась земля,&lt;br /&gt;</w:t>
        <w:br/>
        <w:t>Злилася з небом наче,&lt;br /&gt;</w:t>
        <w:br/>
        <w:t>Але прислухайтесь здаля —&lt;br /&gt;</w:t>
        <w:br/>
        <w:t>Хтось, наче чайка, плаче.</w:t>
      </w:r>
    </w:p>
    <w:p>
      <w:r>
        <w:br/>
        <w:t>То вийшла, ніби тінь, з глибин&lt;br /&gt;</w:t>
        <w:br/>
        <w:t>Водяничкова мати.&lt;br /&gt;</w:t>
        <w:br/>
        <w:t>Здається їй, що прийде син&lt;br /&gt;</w:t>
        <w:br/>
        <w:t>Матусю викликати.</w:t>
      </w:r>
    </w:p>
    <w:p>
      <w:r>
        <w:br/>
        <w:t>Іде по березі вона,&lt;br /&gt;</w:t>
        <w:br/>
        <w:t>В траві, в кущах шукає,&lt;br /&gt;</w:t>
        <w:br/>
        <w:t>Як чайка квилить жалібна —&lt;br /&gt;</w:t>
        <w:br/>
        <w:t>А сина все немає.</w:t>
      </w:r>
    </w:p>
    <w:p>
      <w:r>
        <w:br/>
        <w:t>Якісь благання-молитви&lt;br /&gt;</w:t>
        <w:br/>
        <w:t>Складає серед ночі,&lt;br /&gt;</w:t>
        <w:br/>
        <w:t>Припавши ніжно до трави,&lt;br /&gt;</w:t>
        <w:br/>
        <w:t>В сльозах вона шепоче:</w:t>
      </w:r>
    </w:p>
    <w:p>
      <w:r>
        <w:br/>
        <w:t>— Ох, травонько, благаю я:&lt;br /&gt;</w:t>
        <w:br/>
        <w:t>Скажи мені, миленька,&lt;br /&gt;</w:t>
        <w:br/>
        <w:t>Чи не лежала тут моя&lt;br /&gt;</w:t>
        <w:br/>
        <w:t>Дитиночка маленька?</w:t>
      </w:r>
    </w:p>
    <w:p>
      <w:r>
        <w:br/>
        <w:t>Чи чула ти в пітьмі нічній,&lt;br /&gt;</w:t>
        <w:br/>
        <w:t>Як хтось маленький плаче,&lt;br /&gt;</w:t>
        <w:br/>
        <w:t>Чи не топтали килим твій&lt;br /&gt;</w:t>
        <w:br/>
        <w:t>Чиїсь ніжки дитячі?</w:t>
      </w:r>
    </w:p>
    <w:p>
      <w:r>
        <w:br/>
        <w:t>Ох, зоре, місяцю ясний,&lt;br /&gt;</w:t>
        <w:br/>
        <w:t>Вам все із неба видко:&lt;br /&gt;</w:t>
        <w:br/>
        <w:t>Скажіть, де спить синочок мій;&lt;br /&gt;</w:t>
        <w:br/>
        <w:t>Чи вернеться він швидко?</w:t>
      </w:r>
    </w:p>
    <w:p>
      <w:r>
        <w:br/>
        <w:t>Чи він лежить на куширі&lt;br /&gt;</w:t>
        <w:br/>
        <w:t>У річці чи ставочку,&lt;br /&gt;</w:t>
        <w:br/>
        <w:t>Чи в темнім лісі, чи в норі —&lt;br /&gt;</w:t>
        <w:br/>
        <w:t>О, бідний мій синочку!..</w:t>
      </w:r>
    </w:p>
    <w:p>
      <w:r>
        <w:br/>
        <w:t>Та все мовчало навкруги,&lt;br /&gt;</w:t>
        <w:br/>
        <w:t>Завмерли трави й лози,&lt;br /&gt;</w:t>
        <w:br/>
        <w:t>Лише крізь сон на береги&lt;br /&gt;</w:t>
        <w:br/>
        <w:t>Губили верби сльози.</w:t>
      </w:r>
    </w:p>
    <w:p>
      <w:r>
        <w:br/>
        <w:t>Вже й сліз нема... Встає вона&lt;br /&gt;</w:t>
        <w:br/>
        <w:t>І тихо йде у воду,&lt;br /&gt;</w:t>
        <w:br/>
        <w:t>А ранку пісня весняна&lt;br /&gt;</w:t>
        <w:br/>
        <w:t>Вітає вже природу.</w:t>
      </w:r>
    </w:p>
    <w:p>
      <w:r>
        <w:br/>
        <w:t>VI</w:t>
      </w:r>
    </w:p>
    <w:p>
      <w:r>
        <w:br/>
        <w:t>Маніфест:</w:t>
      </w:r>
    </w:p>
    <w:p>
      <w:r>
        <w:br/>
        <w:t>Я, Водяник число 107,&lt;br /&gt;</w:t>
        <w:br/>
        <w:t>Васал царя морського,&lt;br /&gt;</w:t>
        <w:br/>
        <w:t>Що дідом є моїм,&lt;br /&gt;</w:t>
        <w:br/>
        <w:t>Що рід веду від нього,</w:t>
      </w:r>
    </w:p>
    <w:p>
      <w:r>
        <w:br/>
        <w:t>Даю вам цей наказ,&lt;br /&gt;</w:t>
        <w:br/>
        <w:t>Мої раби й піддані,&lt;br /&gt;</w:t>
        <w:br/>
        <w:t>Щоб ви в тривожний час&lt;br /&gt;</w:t>
        <w:br/>
        <w:t>Були мені слухняні.</w:t>
      </w:r>
    </w:p>
    <w:p>
      <w:r>
        <w:br/>
        <w:t>Готуйтесь у похід,&lt;br /&gt;</w:t>
        <w:br/>
        <w:t>Відбудьте славні марші —&lt;br /&gt;</w:t>
        <w:br/>
        <w:t>Вам вклониться нарід&lt;br /&gt;</w:t>
        <w:br/>
        <w:t>І всі мужі найстарші.</w:t>
      </w:r>
    </w:p>
    <w:p>
      <w:r>
        <w:br/>
        <w:t>Чого й куди йдемо,&lt;br /&gt;</w:t>
        <w:br/>
        <w:t>Ніхто не мусить знати,&lt;br /&gt;</w:t>
        <w:br/>
        <w:t>На те ми й живемо,&lt;br /&gt;</w:t>
        <w:br/>
        <w:t>Щоб дурнями вмирати.</w:t>
      </w:r>
    </w:p>
    <w:p>
      <w:r>
        <w:br/>
        <w:t>Князь Водяник 107&lt;br /&gt;</w:t>
        <w:br/>
        <w:t>Усім, усім, усім!</w:t>
      </w:r>
    </w:p>
    <w:p>
      <w:r>
        <w:br/>
        <w:t>VII</w:t>
      </w:r>
    </w:p>
    <w:p>
      <w:r>
        <w:br/>
        <w:t>Неначе блискавки,&lt;br /&gt;</w:t>
        <w:br/>
        <w:t>Летять з наказом щуки...&lt;br /&gt;</w:t>
        <w:br/>
        <w:t>Щоб військо водяне&lt;br /&gt;</w:t>
        <w:br/>
        <w:t>Збиралось без принуки.</w:t>
      </w:r>
    </w:p>
    <w:p>
      <w:r>
        <w:br/>
        <w:t>Наказ — велика річ:&lt;br /&gt;</w:t>
        <w:br/>
        <w:t>Ледь світ готові лави.&lt;br /&gt;</w:t>
        <w:br/>
        <w:t>Всі просто рвуться в бій&lt;br /&gt;</w:t>
        <w:br/>
        <w:t>На полі честі й слави.</w:t>
      </w:r>
    </w:p>
    <w:p>
      <w:r>
        <w:br/>
        <w:t>Ось вийшов Водяник&lt;br /&gt;</w:t>
        <w:br/>
        <w:t>І гульк в шаплик з водою,&lt;br /&gt;</w:t>
        <w:br/>
        <w:t>Насилу він вмістивсь&lt;br /&gt;</w:t>
        <w:br/>
        <w:t>З своєю бородою.</w:t>
      </w:r>
    </w:p>
    <w:p>
      <w:r>
        <w:br/>
        <w:t>Як тільки підняли,&lt;br /&gt;</w:t>
        <w:br/>
        <w:t>Розлігся марш бравурний,&lt;br /&gt;</w:t>
        <w:br/>
        <w:t>І рушили в похід&lt;br /&gt;</w:t>
        <w:br/>
        <w:t>Веселі та безжурні.</w:t>
      </w:r>
    </w:p>
    <w:p>
      <w:r>
        <w:br/>
        <w:t>VIII</w:t>
      </w:r>
    </w:p>
    <w:p>
      <w:r>
        <w:br/>
        <w:t>А де ж Іван та Жабеня?&lt;br /&gt;</w:t>
        <w:br/>
        <w:t>Іван справляє бочку,&lt;br /&gt;</w:t>
        <w:br/>
        <w:t>А з дітьми Жабеня мале&lt;br /&gt;</w:t>
        <w:br/>
        <w:t>Купається в ставочку.</w:t>
      </w:r>
    </w:p>
    <w:p>
      <w:r>
        <w:br/>
        <w:t>Глибокий став, і мало хто&lt;br /&gt;</w:t>
        <w:br/>
        <w:t>Далеко відпливає.&lt;br /&gt;</w:t>
        <w:br/>
        <w:t>Ковбані там такі страшні,&lt;br /&gt;</w:t>
        <w:br/>
        <w:t>Що кожний обминає.</w:t>
      </w:r>
    </w:p>
    <w:p>
      <w:r>
        <w:br/>
        <w:t>Але сьогодні гарно так,&lt;br /&gt;</w:t>
        <w:br/>
        <w:t>І весело, і мило —&lt;br /&gt;</w:t>
        <w:br/>
        <w:t>Грицькові, синові вдови,&lt;br /&gt;</w:t>
        <w:br/>
        <w:t>Хвальнутись закортіло.</w:t>
      </w:r>
    </w:p>
    <w:p>
      <w:r>
        <w:br/>
        <w:t>Пливе, ковбаню переплив,&lt;br /&gt;</w:t>
        <w:br/>
        <w:t>Веселий голос чути...&lt;br /&gt;</w:t>
        <w:br/>
        <w:t>Та щось неначе сталось з ним,&lt;br /&gt;</w:t>
        <w:br/>
        <w:t>І він почав тонути.</w:t>
      </w:r>
    </w:p>
    <w:p>
      <w:r>
        <w:br/>
        <w:t>— Рятуй! Рятуйте! — розляглось,&lt;br /&gt;</w:t>
        <w:br/>
        <w:t>Махнув ще раз рукою,&lt;br /&gt;</w:t>
        <w:br/>
        <w:t>Немов прощаючись навік,&lt;br /&gt;</w:t>
        <w:br/>
        <w:t>І зникнув під водою.</w:t>
      </w:r>
    </w:p>
    <w:p>
      <w:r>
        <w:br/>
        <w:t>Було далеко Жабеня,&lt;br /&gt;</w:t>
        <w:br/>
        <w:t>Та бачило чи чуло&lt;br /&gt;</w:t>
        <w:br/>
        <w:t>І, в чім стояло, в чім було,&lt;br /&gt;</w:t>
        <w:br/>
        <w:t>В тім з берега стрибнуло.</w:t>
      </w:r>
    </w:p>
    <w:p>
      <w:r>
        <w:br/>
        <w:t>Мовчали хлопці, як німі,&lt;br /&gt;</w:t>
        <w:br/>
        <w:t>Стояли, як закляті...&lt;br /&gt;</w:t>
        <w:br/>
        <w:t>Нема ні сина удови,&lt;br /&gt;</w:t>
        <w:br/>
        <w:t>Не видно й Жабеняти.</w:t>
      </w:r>
    </w:p>
    <w:p>
      <w:r>
        <w:br/>
        <w:t>— Обидва згинули навік...—&lt;br /&gt;</w:t>
        <w:br/>
        <w:t>Промовив хтось з журбою,—&lt;br /&gt;</w:t>
        <w:br/>
        <w:t>Вони втонули, їм дарма —&lt;br /&gt;</w:t>
        <w:br/>
        <w:t>Що ж буде з удовою?</w:t>
      </w:r>
    </w:p>
    <w:p>
      <w:r>
        <w:br/>
        <w:t>Аж ось і мати вже біжить,&lt;br /&gt;</w:t>
        <w:br/>
        <w:t>Від когось там почула...&lt;br /&gt;</w:t>
        <w:br/>
        <w:t>Ламає руки, в груди б'є&lt;br /&gt;</w:t>
        <w:br/>
        <w:t>І впала, мов заснула.</w:t>
      </w:r>
    </w:p>
    <w:p>
      <w:r>
        <w:br/>
        <w:t>В цю мить ізвідкись Жабеня&lt;br /&gt;</w:t>
        <w:br/>
        <w:t>Поверх води взялося,&lt;br /&gt;</w:t>
        <w:br/>
        <w:t>Пливе щосили і Грицька&lt;br /&gt;</w:t>
        <w:br/>
        <w:t>Тримає за волосся.</w:t>
      </w:r>
    </w:p>
    <w:p>
      <w:r>
        <w:br/>
        <w:t>Уже на березі вони...&lt;br /&gt;</w:t>
        <w:br/>
        <w:t>Вже й люди позбігались,&lt;br /&gt;</w:t>
        <w:br/>
        <w:t>Прийшла до пам'яті вдова —&lt;br /&gt;</w:t>
        <w:br/>
        <w:t>Всі три живі остались.</w:t>
      </w:r>
    </w:p>
    <w:p>
      <w:r>
        <w:br/>
        <w:t>А Жабеня із рук до рук,&lt;br /&gt;</w:t>
        <w:br/>
        <w:t>Неначе м'яч, літало.&lt;br /&gt;</w:t>
        <w:br/>
        <w:t>Не полічити, скільки уст&lt;br /&gt;</w:t>
        <w:br/>
        <w:t>Його поцілувало!</w:t>
      </w:r>
    </w:p>
    <w:p>
      <w:r>
        <w:br/>
        <w:t>ЧАСТИНА ТРЕТЯ</w:t>
      </w:r>
    </w:p>
    <w:p>
      <w:r>
        <w:br/>
        <w:t>ХIII</w:t>
      </w:r>
    </w:p>
    <w:p>
      <w:r>
        <w:br/>
        <w:t>Не гріє сонечко,— пече,&lt;br /&gt;</w:t>
        <w:br/>
        <w:t>Все дужче припікає...&lt;br /&gt;</w:t>
        <w:br/>
        <w:t>"Води, води! Шаплик тече!" —&lt;br /&gt;</w:t>
        <w:br/>
        <w:t>Це Водяник гукає.&lt;br /&gt;</w:t>
        <w:br/>
        <w:t>Та взяти де тії води...&lt;br /&gt;</w:t>
        <w:br/>
        <w:t>У полі, без криниці&lt;br /&gt;</w:t>
        <w:br/>
        <w:t>"От так в похід тепер і йди!&lt;br /&gt;</w:t>
        <w:br/>
        <w:t>Водиченьки, водиці!.."&lt;br /&gt;</w:t>
        <w:br/>
        <w:t>Побігли врозтіч вояки.&lt;br /&gt;</w:t>
        <w:br/>
        <w:t>З калюжі хоч набрати...&lt;br /&gt;</w:t>
        <w:br/>
        <w:t>Ростуть у полі будяки,—&lt;br /&gt;</w:t>
        <w:br/>
        <w:t>Води ж ніде не знати.&lt;br /&gt;</w:t>
        <w:br/>
        <w:t>"Та ж гаряче! Вогнем пече!&lt;br /&gt;</w:t>
        <w:br/>
        <w:t>Ой гину, умираю!..&lt;br /&gt;</w:t>
        <w:br/>
        <w:t>Казав тобі: шаплик тече..."&lt;br /&gt;</w:t>
        <w:br/>
        <w:t>Хтось буркнув: "Це я знаю".&lt;br /&gt;</w:t>
        <w:br/>
        <w:t>І Водяник червоний став,&lt;br /&gt;</w:t>
        <w:br/>
        <w:t>Замаяв бородою,&lt;br /&gt;</w:t>
        <w:br/>
        <w:t>"Назад!" — щосили закричав,&lt;br /&gt;</w:t>
        <w:br/>
        <w:t>Махнувши булавою.&lt;br /&gt;</w:t>
        <w:br/>
        <w:t>І військо рушило назад.&lt;br /&gt;</w:t>
        <w:br/>
        <w:t>На крилах полетіло.&lt;br /&gt;</w:t>
        <w:br/>
        <w:t>І кожний був безмежно рад,&lt;br /&gt;</w:t>
        <w:br/>
        <w:t>Що так скінчилось діло.</w:t>
      </w:r>
    </w:p>
    <w:p>
      <w:r>
        <w:br/>
        <w:t>XIV</w:t>
      </w:r>
    </w:p>
    <w:p>
      <w:r>
        <w:br/>
        <w:t>Сидить в садочку Жабеня,&lt;br /&gt;</w:t>
        <w:br/>
        <w:t>Замислилось, схилилось...&lt;br /&gt;</w:t>
        <w:br/>
        <w:t>І дві сльозинки, як роса,&lt;br /&gt;</w:t>
        <w:br/>
        <w:t>По личку покотилось.&lt;br /&gt;</w:t>
        <w:br/>
        <w:t>Але мокисне жабеня&lt;br /&gt;</w:t>
        <w:br/>
        <w:t>Веселу мало вдачу:&lt;br /&gt;</w:t>
        <w:br/>
        <w:t>Вже чути й пісеньку його&lt;br /&gt;</w:t>
        <w:br/>
        <w:t>Простесеньку, дитячу:&lt;br /&gt;</w:t>
        <w:br/>
        <w:t>"Сумно, мені сумно...&lt;br /&gt;</w:t>
        <w:br/>
        <w:t>Серденько щемить..;&lt;br /&gt;</w:t>
        <w:br/>
        <w:t>На озера сині&lt;br /&gt;</w:t>
        <w:br/>
        <w:t>Думонька летить.&lt;br /&gt;</w:t>
        <w:br/>
        <w:t>Мокне в тих озерах&lt;br /&gt;</w:t>
        <w:br/>
        <w:t>Матінка моя...&lt;br /&gt;</w:t>
        <w:br/>
        <w:t>Люба, подивися,&lt;br /&gt;</w:t>
        <w:br/>
        <w:t>Як сумую я..."&lt;br /&gt;</w:t>
        <w:br/>
        <w:t>— А де ти, де ти, Жабеня? —&lt;br /&gt;</w:t>
        <w:br/>
        <w:t>Почувся голос з хати.—&lt;br /&gt;</w:t>
        <w:br/>
        <w:t>Пора обідати! — Його&lt;br /&gt;</w:t>
        <w:br/>
        <w:t>Не треба довго ждати...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Водяничок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