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Зозуля</w:t>
      </w:r>
    </w:p>
    <w:p>
      <w:r>
        <w:br/>
        <w:t xml:space="preserve"> Надумавсь Вовк, що жить йому погано:&lt;br /&gt;</w:t>
        <w:br/>
        <w:t>Не з’їсть, не засне до пуття,&lt;br /&gt;</w:t>
        <w:br/>
        <w:t>Що вік його минає марно,&lt;br /&gt;</w:t>
        <w:br/>
        <w:t>Що треба кращого шукать собі життя…&lt;br /&gt;</w:t>
        <w:br/>
        <w:t>Сидить він раз під дубом та й куняє,&lt;br /&gt;</w:t>
        <w:br/>
        <w:t>Ніхто його не розважає,-&lt;br /&gt;</w:t>
        <w:br/>
        <w:t>Аж чує — на вербі,&lt;br /&gt;</w:t>
        <w:br/>
        <w:t>Між листям десь, Зозуля закувала:&lt;br /&gt;</w:t>
        <w:br/>
        <w:t>— Ку-ку! Добривечір тобі!&lt;br /&gt;</w:t>
        <w:br/>
        <w:t>А що се, Вовчику, чи не журба напала?&lt;br /&gt;</w:t>
        <w:br/>
        <w:t>Чи, може, підтоптавсь?&lt;br /&gt;</w:t>
        <w:br/>
        <w:t>— Яке там підтоптавсь! — до неї Вовк озвавсь.-&lt;br /&gt;</w:t>
        <w:br/>
        <w:t>Тобі усе, паньматко, смішки!&lt;br /&gt;</w:t>
        <w:br/>
        <w:t>А декому ні кришки:&lt;br /&gt;</w:t>
        <w:br/>
        <w:t>Тут думка неабияка&lt;br /&gt;</w:t>
        <w:br/>
        <w:t>Морочить козака.&lt;br /&gt;</w:t>
        <w:br/>
        <w:t>— Скажи ж мені, нехай і я почую,-&lt;br /&gt;</w:t>
        <w:br/>
        <w:t>Зозуля каже,— що і як,&lt;br /&gt;</w:t>
        <w:br/>
        <w:t>Про що міркує неборак?&lt;br /&gt;</w:t>
        <w:br/>
        <w:t>— Прощайте,— от що!. Помандрую,-&lt;br /&gt;</w:t>
        <w:br/>
        <w:t>Мовляє Вовк,— покину вас усіх.&lt;br /&gt;</w:t>
        <w:br/>
        <w:t>— От тобі й на! Чи справді, чи на сміх? —&lt;br /&gt;</w:t>
        <w:br/>
        <w:t>Зозуля, сміючись, питає.-&lt;br /&gt;</w:t>
        <w:br/>
        <w:t>Вигадуєш ти, друже мій! —&lt;br /&gt;</w:t>
        <w:br/>
        <w:t>Розсердивсь Вовк та й каже їй:&lt;br /&gt;</w:t>
        <w:br/>
        <w:t>— Які там вигадки! Либонь, не знає,&lt;br /&gt;</w:t>
        <w:br/>
        <w:t>Як кожен біс мене ганяє,-&lt;br /&gt;</w:t>
        <w:br/>
        <w:t>Хотіли б навіть вбить!&lt;br /&gt;</w:t>
        <w:br/>
        <w:t>Ні, годі вже мені терпіть&lt;br /&gt;</w:t>
        <w:br/>
        <w:t>Таку лиху годину…&lt;br /&gt;</w:t>
        <w:br/>
        <w:t>Попхаюсь, серце, на Вкраїну,-&lt;br /&gt;</w:t>
        <w:br/>
        <w:t>Хороша, кажуть, сторона:&lt;br /&gt;</w:t>
        <w:br/>
        <w:t>Життя таке, що на!&lt;br /&gt;</w:t>
        <w:br/>
        <w:t>Там люди не страшні, шанують, привітають;&lt;br /&gt;</w:t>
        <w:br/>
        <w:t>Собаки там нікого не займають,-&lt;br /&gt;</w:t>
        <w:br/>
        <w:t>Живи як хоч, де хоч ходи,&lt;br /&gt;</w:t>
        <w:br/>
        <w:t>Не сподіваючись біди.&lt;br /&gt;</w:t>
        <w:br/>
        <w:t>— А Вовчі норови ти де подінеш? —&lt;br /&gt;</w:t>
        <w:br/>
        <w:t>Пита Зозуля.— Тут покинеш?&lt;br /&gt;</w:t>
        <w:br/>
        <w:t>— Бодай тебе, Зозуленько моя! —&lt;br /&gt;</w:t>
        <w:br/>
        <w:t>Сміється Вовк.— Вигадуєш дурниці…&lt;br /&gt;</w:t>
        <w:br/>
        <w:t>Хіба ж Вовки — Лисиці,&lt;br /&gt;</w:t>
        <w:br/>
        <w:t>І я, мов, і не я?.&lt;br /&gt;</w:t>
        <w:br/>
        <w:t>Був Вовком я і Вовком буду —&lt;br /&gt;</w:t>
        <w:br/>
        <w:t>Довіку і до суду!&lt;br /&gt;</w:t>
        <w:br/>
        <w:t>— Ой Вовче, Вовче, не хвались,-&lt;br /&gt;</w:t>
        <w:br/>
        <w:t>Промовила Зозуля,— стережись!&lt;br /&gt;</w:t>
        <w:br/>
        <w:t>Ось не мандруй ти здуру,&lt;br /&gt;</w:t>
        <w:br/>
        <w:t>Бо здіймуть з тебе шкуру.</w:t>
      </w:r>
    </w:p>
    <w:p>
      <w:r>
        <w:br/>
        <w:t>Не забувайте, земляки:&lt;br /&gt;</w:t>
        <w:br/>
        <w:t>Є й між людьми такі Вовки,-&lt;br /&gt;</w:t>
        <w:br/>
        <w:t>Про других — де тобі як виють,&lt;br /&gt;</w:t>
        <w:br/>
        <w:t>А самі ж лихо діють.&lt;br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