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Всесвіт є змінний...</w:t>
      </w:r>
    </w:p>
    <w:p>
      <w:r>
        <w:br/>
        <w:t xml:space="preserve"> Всесвіт є змінний, немов&lt;br /&gt;</w:t>
        <w:br/>
        <w:t>хмари несталі:&lt;br /&gt;</w:t>
        <w:br/>
        <w:t>гине довершене знов&lt;br /&gt;</w:t>
        <w:br/>
        <w:t>в часу проваллі.</w:t>
      </w:r>
    </w:p>
    <w:p>
      <w:r>
        <w:br/>
        <w:t>Попри всю змінність тривог,&lt;br /&gt;</w:t>
        <w:br/>
        <w:t>троп у безкрає,&lt;br /&gt;</w:t>
        <w:br/>
        <w:t>пісня почнеться,— вже бог&lt;br /&gt;</w:t>
        <w:br/>
        <w:t>ліру тримає.</w:t>
      </w:r>
    </w:p>
    <w:p>
      <w:r>
        <w:br/>
        <w:t>Є непізнанні жалі,&lt;br /&gt;</w:t>
        <w:br/>
        <w:t>смерті незнана є суть,&lt;br /&gt;</w:t>
        <w:br/>
        <w:t>марне бажання — збагнуть&lt;br /&gt;</w:t>
        <w:br/>
        <w:t>тайни любові.&lt;br /&gt;</w:t>
        <w:br/>
        <w:t>Тільки пісні на землі&lt;br /&gt;</w:t>
        <w:br/>
        <w:t>сяють, святкові.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Всесвіт є змінний...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