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зелених думок одного лиса</w:t>
      </w:r>
    </w:p>
    <w:p>
      <w:r>
        <w:br/>
        <w:t xml:space="preserve"> Я не людина, я рослина,&lt;br /&gt;</w:t>
        <w:br/>
        <w:t>а часом я мале листя,&lt;br /&gt;</w:t>
        <w:br/>
        <w:t>Співало дванадцять дівчаток: ой, стелися, хрещатий барвінку,&lt;br /&gt;</w:t>
        <w:br/>
        <w:t>і сонце в ріці веретеном зеленим крутилось…</w:t>
      </w:r>
    </w:p>
    <w:p>
      <w:r>
        <w:br/>
        <w:t>Написана єдина істина: рости!.</w:t>
      </w:r>
    </w:p>
    <w:p>
      <w:r>
        <w:br/>
        <w:t>Хвала усьому, що росте,&lt;br /&gt;</w:t>
        <w:br/>
        <w:t>хвала усьому, що існує!</w:t>
      </w:r>
    </w:p>
    <w:p>
      <w:r>
        <w:br/>
        <w:t>Живу, терплю й умру, як всі звірята.</w:t>
      </w:r>
    </w:p>
    <w:p>
      <w:r>
        <w:br/>
        <w:t>Звірята й зорі, люди і рослини —&lt;br /&gt;</w:t>
        <w:br/>
        <w:t>у всіх одна праматір,&lt;br /&gt;</w:t>
        <w:br/>
        <w:t>природа вічна, невичерпна і невтомна,&lt;br /&gt;</w:t>
        <w:br/>
        <w:t>хоч час крилатий з вітром лине…</w:t>
      </w:r>
    </w:p>
    <w:p>
      <w:r>
        <w:br/>
        <w:t>Шумить, мов мушля, море, — дзбан холодного напою,&lt;br /&gt;</w:t>
        <w:br/>
        <w:t>земля, мов мамут, зелені трави в сонці гріє й їжиться лісами.&lt;br /&gt;</w:t>
        <w:br/>
        <w:t>І сонце, що його він розчавив ногою,&lt;br /&gt;</w:t>
        <w:br/>
        <w:t>тепер лежить на нім, мов намогильний камінь.</w:t>
      </w:r>
    </w:p>
    <w:p>
      <w:r>
        <w:br/>
        <w:t>У черепі моїм пошлюбне ложе двох гадюк…&lt;br /&gt;</w:t>
        <w:br/>
        <w:t>Невже ж? Невже, кохана, нам не вічно жити?&lt;br /&gt;</w:t>
        <w:br/>
        <w:t>І де межа життя проходить в попіл смерті?&lt;br /&gt;</w:t>
        <w:br/>
        <w:t>Лежить на марах ночі день минулий…</w:t>
      </w:r>
    </w:p>
    <w:p>
      <w:r>
        <w:br/>
        <w:t>І ця балада так зродилась, як усміх місяця кривавий.</w:t>
      </w:r>
    </w:p>
    <w:p>
      <w:r>
        <w:br/>
        <w:t>І риби з моря моляться до риб із зодіаків.</w:t>
      </w:r>
    </w:p>
    <w:p>
      <w:r>
        <w:br/>
        <w:t>Ой, залюбились в твоїй дівчині&lt;br /&gt;</w:t>
        <w:br/>
        <w:t>і вітер юний і зорі сині.&lt;br /&gt;</w:t>
        <w:br/>
        <w:t>Вітер не віє, зорі не сяють,&lt;br /&gt;</w:t>
        <w:br/>
        <w:t>твою дівчину палко кохають.</w:t>
      </w:r>
    </w:p>
    <w:p>
      <w:r>
        <w:br/>
        <w:t>Вдивляючись в уста, як кличуть,&lt;br /&gt;</w:t>
        <w:br/>
        <w:t>в розсміяних очей огні,&lt;br /&gt;</w:t>
        <w:br/>
        <w:t>різьблять у пам'яті обличчя,&lt;br /&gt;</w:t>
        <w:br/>
        <w:t>щоб перелить його в пісні.</w:t>
      </w:r>
    </w:p>
    <w:p>
      <w:r>
        <w:br/>
        <w:t>Таємні тіні — квіти ночі,&lt;br /&gt;</w:t>
        <w:br/>
        <w:t>це душі білених дерев,&lt;br /&gt;</w:t>
        <w:br/>
        <w:t>до місяця летіти хочуть,&lt;br /&gt;</w:t>
        <w:br/>
        <w:t>та вітер їх не забере.</w:t>
      </w:r>
    </w:p>
    <w:p>
      <w:r>
        <w:br/>
        <w:t>Молитва ранку до останніх зір…</w:t>
      </w:r>
    </w:p>
    <w:p>
      <w:r>
        <w:br/>
        <w:t>Коріння тиші, врослі в глину ночі…</w:t>
      </w:r>
    </w:p>
    <w:p>
      <w:r>
        <w:br/>
        <w:t>П'ять крил зорі і змислів п'ять у людськім тілі,&lt;br /&gt;</w:t>
        <w:br/>
        <w:t>і ліжко — човен мрій, трагедій, сподівання.</w:t>
      </w:r>
    </w:p>
    <w:p>
      <w:r>
        <w:br/>
        <w:t>…І крейдою зорі накреслить білий знак на карті долі.&lt;br /&gt;</w:t>
        <w:br/>
        <w:t>І вечір молитовно склав долоні зір…&lt;br /&gt;</w:t>
        <w:br/>
        <w:t>Із квіту, мов слимак із мушлі, виповзає запах…</w:t>
      </w:r>
    </w:p>
    <w:p>
      <w:r>
        <w:br/>
        <w:t>Киплять сади під снігом квіття.&lt;br /&gt;</w:t>
        <w:br/>
        <w:t>Коса дороги в куряві розплетена лежить.</w:t>
      </w:r>
    </w:p>
    <w:p>
      <w:r>
        <w:br/>
        <w:t>І ніч підкови зір в долонях казки губить.</w:t>
      </w:r>
    </w:p>
    <w:p>
      <w:r>
        <w:br/>
        <w:t>В лісній абетці дивні букви,&lt;br /&gt;</w:t>
        <w:br/>
        <w:t>наприклад, жолудь значить: у.&lt;br /&gt;</w:t>
        <w:br/>
        <w:t>У діалекті дятлів стукіт&lt;br /&gt;</w:t>
        <w:br/>
        <w:t>передає фонему цю.</w:t>
      </w:r>
    </w:p>
    <w:p>
      <w:r>
        <w:br/>
        <w:t>О смутку молодий, о радосте струнка!</w:t>
      </w:r>
    </w:p>
    <w:p>
      <w:r>
        <w:br/>
        <w:t>Сестра Антонича — лисиця…</w:t>
      </w:r>
    </w:p>
    <w:p>
      <w:r>
        <w:br/>
        <w:t>До Тебе, Батьківщино — земле вічна,&lt;br /&gt;</w:t>
        <w:br/>
        <w:t>ведуть усі стежки й усі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зелених думок одного лиса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