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Заспів</w:t>
      </w:r>
    </w:p>
    <w:p>
      <w:r>
        <w:br/>
        <w:t xml:space="preserve"> Заспіваю вам не пісню&lt;br /&gt;</w:t>
        <w:br/>
        <w:t>Про стару старовину,&lt;br /&gt;</w:t>
        <w:br/>
        <w:t>Розкажу я вам не казку,&lt;br /&gt;</w:t>
        <w:br/>
        <w:t>А бувальщину одну.</w:t>
      </w:r>
    </w:p>
    <w:p>
      <w:r>
        <w:br/>
        <w:t>Розкажу вам про минуле,&lt;br /&gt;</w:t>
        <w:br/>
        <w:t>Що вже мохом поросло,&lt;br /&gt;</w:t>
        <w:br/>
        <w:t>Що, нащадками забуте,&lt;br /&gt;</w:t>
        <w:br/>
        <w:t>За водою поплило.</w:t>
      </w:r>
    </w:p>
    <w:p>
      <w:r>
        <w:br/>
        <w:t>Перед вами стародавні&lt;br /&gt;</w:t>
        <w:br/>
        <w:t>Пройдуть хвилями часи,&lt;br /&gt;</w:t>
        <w:br/>
        <w:t>Із могил до вас озвуться&lt;br /&gt;</w:t>
        <w:br/>
        <w:t>Наших предків голоси.</w:t>
      </w:r>
    </w:p>
    <w:p>
      <w:r>
        <w:br/>
        <w:t>Наших предків, що блукали&lt;br /&gt;</w:t>
        <w:br/>
        <w:t>По страховищах-лісах,&lt;br /&gt;</w:t>
        <w:br/>
        <w:t>Що з природою змагались&lt;br /&gt;</w:t>
        <w:br/>
        <w:t>Тільки з вірою в серцях.</w:t>
      </w:r>
    </w:p>
    <w:p>
      <w:r>
        <w:br/>
        <w:t>Ах, тоді була живою&lt;br /&gt;</w:t>
        <w:br/>
        <w:t>Вся природа навкруги&lt;br /&gt;</w:t>
        <w:br/>
        <w:t>І людину оточали&lt;br /&gt;</w:t>
        <w:br/>
        <w:t>Духи &amp;ndash; друзі й вороги.</w:t>
      </w:r>
    </w:p>
    <w:p>
      <w:r>
        <w:br/>
        <w:t>У часи ті Бог великий&lt;br /&gt;</w:t>
        <w:br/>
        <w:t>Не ховавсь в небесній мглі,&lt;br /&gt;</w:t>
        <w:br/>
        <w:t>А усі боги родились&lt;br /&gt;</w:t>
        <w:br/>
        <w:t>І вмирали на землі.</w:t>
      </w:r>
    </w:p>
    <w:p>
      <w:r>
        <w:br/>
        <w:t>Рано вдосвіта на сході&lt;br /&gt;</w:t>
        <w:br/>
        <w:t>Прокидавсь ясний Дажбог&lt;br /&gt;</w:t>
        <w:br/>
        <w:t>І ходив-блукав до ночі&lt;br /&gt;</w:t>
        <w:br/>
        <w:t>Синім степом без дорог.</w:t>
      </w:r>
    </w:p>
    <w:p>
      <w:r>
        <w:br/>
        <w:t>По зелених пишних луках&lt;br /&gt;</w:t>
        <w:br/>
        <w:t>Волос пас овець гладких,&lt;br /&gt;</w:t>
        <w:br/>
        <w:t>Грів їх вовною м'якою,&lt;br /&gt;</w:t>
        <w:br/>
        <w:t>Одганяв вовків від них.</w:t>
      </w:r>
    </w:p>
    <w:p>
      <w:r>
        <w:br/>
        <w:t>Над дрімучими лісами,&lt;br /&gt;</w:t>
        <w:br/>
        <w:t>По пустелі степовій&lt;br /&gt;</w:t>
        <w:br/>
        <w:t>Бог Стрибог літав на крилах,&lt;br /&gt;</w:t>
        <w:br/>
        <w:t>Грав на кобзі золотій.</w:t>
      </w:r>
    </w:p>
    <w:p>
      <w:r>
        <w:br/>
        <w:t>Бог Перун на чорних хмарах&lt;br /&gt;</w:t>
        <w:br/>
        <w:t>Вічно землю об'їздив,&lt;br /&gt;</w:t>
        <w:br/>
        <w:t>Часом плакав, як дитина,&lt;br /&gt;</w:t>
        <w:br/>
        <w:t>Часом сурмами будив.</w:t>
      </w:r>
    </w:p>
    <w:p>
      <w:r>
        <w:br/>
        <w:t>Часом гнівом його серце&lt;br /&gt;</w:t>
        <w:br/>
        <w:t>Наливалось, як огнем:&lt;br /&gt;</w:t>
        <w:br/>
        <w:t>Левом він ревів з-під неба&lt;br /&gt;</w:t>
        <w:br/>
        <w:t>І погрожував мечем.</w:t>
      </w:r>
    </w:p>
    <w:p>
      <w:r>
        <w:br/>
        <w:t>А в річках жили русалки,&lt;br /&gt;</w:t>
        <w:br/>
        <w:t>Хапуни-водяники,&lt;br /&gt;</w:t>
        <w:br/>
        <w:t>Лісовик свистів у лісі,&lt;br /&gt;</w:t>
        <w:br/>
        <w:t>І сміялися мавки.</w:t>
      </w:r>
    </w:p>
    <w:p>
      <w:r>
        <w:br/>
        <w:t>Треба добре було знати&lt;br /&gt;</w:t>
        <w:br/>
        <w:t>Душі всіх богів земних,&lt;br /&gt;</w:t>
        <w:br/>
        <w:t>То коритись, то змагатись,&lt;br /&gt;</w:t>
        <w:br/>
        <w:t>То просити ласки в них.</w:t>
      </w:r>
    </w:p>
    <w:p>
      <w:r>
        <w:br/>
        <w:t>І змагалася людина,&lt;br /&gt;</w:t>
        <w:br/>
        <w:t>В вперед невпинно йшла,&lt;br /&gt;</w:t>
        <w:br/>
        <w:t>Де ясним промінням-цвітом&lt;br /&gt;</w:t>
        <w:br/>
        <w:t>Дивна папороть цвіла&amp;hellip;</w:t>
      </w:r>
    </w:p>
    <w:p>
      <w:r>
        <w:br/>
        <w:t>&amp;hellip;Заспіваю нам не пісню&lt;br /&gt;</w:t>
        <w:br/>
        <w:t>Про стару старовину,&lt;br /&gt;</w:t>
        <w:br/>
        <w:t>Розкажу я вам не казку,&lt;br /&gt;</w:t>
        <w:br/>
        <w:t>А бувальщину одну.</w:t>
      </w:r>
    </w:p>
    <w:p>
      <w:r>
        <w:br/>
        <w:t>Розкажу вам, як на горах&lt;br /&gt;</w:t>
        <w:br/>
        <w:t>Ставний Київ наш постав,&lt;br /&gt;</w:t>
        <w:br/>
        <w:t>Як він жив і розвивався,&lt;br /&gt;</w:t>
        <w:br/>
        <w:t>Як столицею він став.</w:t>
      </w:r>
    </w:p>
    <w:p>
      <w:r>
        <w:br/>
        <w:t>Хто й коли у нього княжив&lt;br /&gt;</w:t>
        <w:br/>
        <w:t>І в який ходив поход,&lt;br /&gt;</w:t>
        <w:br/>
        <w:t>Хто боровсь за Україну,&lt;br /&gt;</w:t>
        <w:br/>
        <w:t>За державність, за народ.</w:t>
      </w:r>
    </w:p>
    <w:p>
      <w:r>
        <w:br/>
        <w:t>Розкажу вам, як боролись&lt;br /&gt;</w:t>
        <w:br/>
        <w:t>Наші прадіди колись,&lt;br /&gt;</w:t>
        <w:br/>
        <w:t>Як за щастя України&lt;br /&gt;</w:t>
        <w:br/>
        <w:t>Ріки крові розлились.</w:t>
      </w:r>
    </w:p>
    <w:p>
      <w:r>
        <w:br/>
        <w:t>Розкажу, чому і досі&lt;br /&gt;</w:t>
        <w:br/>
        <w:t>Чути стогони її&lt;br /&gt;</w:t>
        <w:br/>
        <w:t>І чому так довго в хмарах&lt;br /&gt;</w:t>
        <w:br/>
        <w:t>Сонце рідної землі&amp;hellip;</w:t>
      </w:r>
    </w:p>
    <w:p>
      <w:r>
        <w:br/>
        <w:t>Заспіваю вам не пісню&lt;br /&gt;</w:t>
        <w:br/>
        <w:t>Про стару старовину,&lt;br /&gt;</w:t>
        <w:br/>
        <w:t>Розкажу я вам не казку,&lt;br /&gt;</w:t>
        <w:br/>
        <w:t>А бувальщину одну.</w:t>
      </w:r>
    </w:p>
    <w:p>
      <w:r>
        <w:br/>
        <w:t>***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Заспів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