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Засвідчую життя (сонети)</w:t>
      </w:r>
    </w:p>
    <w:p>
      <w:r>
        <w:br/>
        <w:t xml:space="preserve"> СОНЕТИ З КНИЖКИ&lt;br /&gt;</w:t>
        <w:br/>
        <w:t>"ЗАСВІДЧУЮ ЖИТТЯ"&lt;br /&gt;</w:t>
        <w:br/>
        <w:t>ДО ЗГОДИ</w:t>
      </w:r>
    </w:p>
    <w:p>
      <w:r>
        <w:br/>
        <w:t>В Перемишлі, де грають Сяну хвилі,&lt;br /&gt;</w:t>
        <w:br/>
        <w:t>Де наша слава, як стара вдова,&lt;br /&gt;</w:t>
        <w:br/>
        <w:t>Стоїть в одежі чорній на могилі,&lt;br /&gt;</w:t>
        <w:br/>
        <w:t>Я вчув ненависті страшні слова…</w:t>
      </w:r>
    </w:p>
    <w:p>
      <w:r>
        <w:br/>
        <w:t>Тут ми з поляками зійшлись в горнилі&lt;br /&gt;</w:t>
        <w:br/>
        <w:t>Злоби, що гасне й знову ожива,&lt;br /&gt;</w:t>
        <w:br/>
        <w:t>Тут меч блищить, що в сатанинській силі&lt;br /&gt;</w:t>
        <w:br/>
        <w:t>Його загнала поміж нас Москва.</w:t>
      </w:r>
    </w:p>
    <w:p>
      <w:r>
        <w:br/>
        <w:t>Зійдіться в мудрості, сумні народи,&lt;br /&gt;</w:t>
        <w:br/>
        <w:t>Раби вчорашні, вирвані з ярма&lt;br /&gt;</w:t>
        <w:br/>
        <w:t>Великим Богом правди і свободи!</w:t>
      </w:r>
    </w:p>
    <w:p>
      <w:r>
        <w:br/>
        <w:t>Зламайте меч, рятунку в нім нема,&lt;br /&gt;</w:t>
        <w:br/>
        <w:t>І хай над Сяном прозвучить сурма,&lt;br /&gt;</w:t>
        <w:br/>
        <w:t>Що повертає ворогів до згоди!</w:t>
      </w:r>
    </w:p>
    <w:p>
      <w:r>
        <w:br/>
        <w:t>1995&lt;br /&gt;</w:t>
        <w:br/>
        <w:t>Я ВИНЕН</w:t>
      </w:r>
    </w:p>
    <w:p>
      <w:r>
        <w:br/>
        <w:t>1</w:t>
      </w:r>
    </w:p>
    <w:p>
      <w:r>
        <w:br/>
        <w:t>Він був електриком. В душі народу світло&lt;br /&gt;</w:t>
        <w:br/>
        <w:t>Свободи розбудив, став генієм добра.&lt;br /&gt;</w:t>
        <w:br/>
        <w:t>Люд прославляв його, кричав йому: ура!&lt;br /&gt;</w:t>
        <w:br/>
        <w:t>І сонце сяяло над ним, як Боже титло.</w:t>
      </w:r>
    </w:p>
    <w:p>
      <w:r>
        <w:br/>
        <w:t>Але в суспільстві знов запанувало їдло,&lt;br /&gt;</w:t>
        <w:br/>
        <w:t>З могили вийшла лють і темрява стара.&lt;br /&gt;</w:t>
        <w:br/>
        <w:t>На доброчинця бруд полився, як з відра,&lt;br /&gt;</w:t>
        <w:br/>
        <w:t>Його єство трудне й палаюче поблідло.</w:t>
      </w:r>
    </w:p>
    <w:p>
      <w:r>
        <w:br/>
        <w:t>"Та ж він — анальфабет! Буквар йому, буквар!" —&lt;br /&gt;</w:t>
        <w:br/>
        <w:t>Волали ті ж таки, що поклонялись вчора,&lt;br /&gt;</w:t>
        <w:br/>
        <w:t>Та вірив далі він у свій спасенний дар.</w:t>
      </w:r>
    </w:p>
    <w:p>
      <w:r>
        <w:br/>
        <w:t>Хоч гнобила його вся та ганьба сувора,&lt;br /&gt;</w:t>
        <w:br/>
        <w:t>Він визнати не міг, що люд — лишень потвора,&lt;br /&gt;</w:t>
        <w:br/>
        <w:t>Котра вогнем плює в пророка ясну твар.</w:t>
      </w:r>
    </w:p>
    <w:p>
      <w:r>
        <w:br/>
        <w:t>2</w:t>
      </w:r>
    </w:p>
    <w:p>
      <w:r>
        <w:br/>
        <w:t>І крикнула мені з брудного смітника,&lt;br /&gt;</w:t>
        <w:br/>
        <w:t>Бабуся згорблена: "Тебе я добре знаю!&lt;br /&gt;</w:t>
        <w:br/>
        <w:t>Це ти валив Союз! Це ти нас вів до раю,&lt;br /&gt;</w:t>
        <w:br/>
        <w:t>Так ось я вже поглянь, в раю для хробака!"</w:t>
      </w:r>
    </w:p>
    <w:p>
      <w:r>
        <w:br/>
        <w:t>І серце опекла сльоза гірка й тяжка —&lt;br /&gt;</w:t>
        <w:br/>
        <w:t>Ця мова болісна з розпуки та одчаю.&lt;br /&gt;</w:t>
        <w:br/>
        <w:t>Я голову схилив, розтрощений до краю,&lt;br /&gt;</w:t>
        <w:br/>
        <w:t>Розсипаний, як хліб з роздертого мішка.</w:t>
      </w:r>
    </w:p>
    <w:p>
      <w:r>
        <w:br/>
        <w:t>Я винен, бо не вмер, а тільки бився з туги&lt;br /&gt;</w:t>
        <w:br/>
        <w:t>За справедливістю, що край наш обійшла,&lt;br /&gt;</w:t>
        <w:br/>
        <w:t>Як плем'я, рабськістю заразне й недолуге.</w:t>
      </w:r>
    </w:p>
    <w:p>
      <w:r>
        <w:br/>
        <w:t>Я винен, бо не був жорстким, як стріла,&lt;br /&gt;</w:t>
        <w:br/>
        <w:t>Не мав нещадної й достатньої потуги,&lt;br /&gt;</w:t>
        <w:br/>
        <w:t>Щоб знищити Союз диявольський дотла!</w:t>
      </w:r>
    </w:p>
    <w:p>
      <w:r>
        <w:br/>
        <w:t>З</w:t>
      </w:r>
    </w:p>
    <w:p>
      <w:r>
        <w:br/>
        <w:t>Ах, те, що я писав колись, в юнацькі дні,&lt;br /&gt;</w:t>
        <w:br/>
        <w:t>Тепер таке мале, немов школярські вправи,&lt;br /&gt;</w:t>
        <w:br/>
        <w:t>І за таке ніщо я мав немало слави,&lt;br /&gt;</w:t>
        <w:br/>
        <w:t>Гучної похвальби, що гірша від брехні.</w:t>
      </w:r>
    </w:p>
    <w:p>
      <w:r>
        <w:br/>
        <w:t>Я оглядаюся — і соромно мені&lt;br /&gt;</w:t>
        <w:br/>
        <w:t>За слово мучене, немудре і коряве,&lt;br /&gt;</w:t>
        <w:br/>
        <w:t>Та йшов я з темностей, я вибивався з мряви,&lt;br /&gt;</w:t>
        <w:br/>
        <w:t>Кривавивсь на шляху об камені трудні.</w:t>
      </w:r>
    </w:p>
    <w:p>
      <w:r>
        <w:br/>
        <w:t>Є на моїй душі тяжкі й пекучі плями,&lt;br /&gt;</w:t>
        <w:br/>
        <w:t>Мов на сорочці кров, яку не відпереш,&lt;br /&gt;</w:t>
        <w:br/>
        <w:t>Хоч хімії давай з найкращої реклами.</w:t>
      </w:r>
    </w:p>
    <w:p>
      <w:r>
        <w:br/>
        <w:t>Отрути випив я, налитої по креш&lt;br /&gt;</w:t>
        <w:br/>
        <w:t>Добою темною, та все-таки, та все ж&lt;br /&gt;</w:t>
        <w:br/>
        <w:t>Я добрий слід лишив між добрими братами.</w:t>
      </w:r>
    </w:p>
    <w:p>
      <w:r>
        <w:br/>
        <w:t>4</w:t>
      </w:r>
    </w:p>
    <w:p>
      <w:r>
        <w:br/>
        <w:t>Куди діваються всі добрі починання,&lt;br /&gt;</w:t>
        <w:br/>
        <w:t>Всі помисли й діла, що їх дає Господь?&lt;br /&gt;</w:t>
        <w:br/>
        <w:t>Чи мусить перейти у злочин, в химородь,&lt;br /&gt;</w:t>
        <w:br/>
        <w:t>У диктатуру зла невільників повстання?</w:t>
      </w:r>
    </w:p>
    <w:p>
      <w:r>
        <w:br/>
        <w:t>Ось визвольна пора — не перша й не остання —&lt;br /&gt;</w:t>
        <w:br/>
        <w:t>Немов коня, мене впрягла в тяжку оброть,&lt;br /&gt;</w:t>
        <w:br/>
        <w:t>І батогами тне, й мойого духу плоть&lt;br /&gt;</w:t>
        <w:br/>
        <w:t>Кривавиться і вся чорніє від страждання.</w:t>
      </w:r>
    </w:p>
    <w:p>
      <w:r>
        <w:br/>
        <w:t>Я винен, бо рабом народжений з раба,&lt;br /&gt;</w:t>
        <w:br/>
        <w:t>Коли настав мій час, кричав у мегафони,&lt;br /&gt;</w:t>
        <w:br/>
        <w:t>Як з єрихонських веж архангельська труба.</w:t>
      </w:r>
    </w:p>
    <w:p>
      <w:r>
        <w:br/>
        <w:t>Я винен, бо підпав під каверзні закони,&lt;br /&gt;</w:t>
        <w:br/>
        <w:t>Що примонтовують блаженний лик ікони&lt;br /&gt;</w:t>
        <w:br/>
        <w:t>До лоба сатани, а крила — до горба.</w:t>
      </w:r>
    </w:p>
    <w:p>
      <w:r>
        <w:br/>
        <w:t>5</w:t>
      </w:r>
    </w:p>
    <w:p>
      <w:r>
        <w:br/>
        <w:t>Колись хотів я бідність побороти,&lt;br /&gt;</w:t>
        <w:br/>
        <w:t>І золото ненавидів, як лжу,&lt;br /&gt;</w:t>
        <w:br/>
        <w:t>І кликав поклонятись палашу,&lt;br /&gt;</w:t>
        <w:br/>
        <w:t>Як богові натхненної голоти;</w:t>
      </w:r>
    </w:p>
    <w:p>
      <w:r>
        <w:br/>
        <w:t>Тепер я сам доходжу до ніщоти,&lt;br /&gt;</w:t>
        <w:br/>
        <w:t>І вбогістю своєю дорожу;&lt;br /&gt;</w:t>
        <w:br/>
        <w:t>Привласнюю лишень печаль чужу&lt;br /&gt;</w:t>
        <w:br/>
        <w:t>І мисль, що світить крізь мої темноти.</w:t>
      </w:r>
    </w:p>
    <w:p>
      <w:r>
        <w:br/>
        <w:t>Ненавистю добра не зберегти,&lt;br /&gt;</w:t>
        <w:br/>
        <w:t>Не затупити сатани острогу,&lt;br /&gt;</w:t>
        <w:br/>
        <w:t>Що нам вбивається у животи.</w:t>
      </w:r>
    </w:p>
    <w:p>
      <w:r>
        <w:br/>
        <w:t>Я гнаний через пагубну дорогу,&lt;br /&gt;</w:t>
        <w:br/>
        <w:t>Скажу вам правду всю, мої брати:&lt;br /&gt;</w:t>
        <w:br/>
        <w:t>Хто вірить в Господа — той рівня Богу.</w:t>
      </w:r>
    </w:p>
    <w:p>
      <w:r>
        <w:br/>
        <w:t>6</w:t>
      </w:r>
    </w:p>
    <w:p>
      <w:r>
        <w:br/>
        <w:t>Дивись на хмари й знай — таке життя твоє:&lt;br /&gt;</w:t>
        <w:br/>
        <w:t>То ніжне й лагідне, немов ткання прозоре,&lt;br /&gt;</w:t>
        <w:br/>
        <w:t>То рівне, то хитке, то збурене, як море,&lt;br /&gt;</w:t>
        <w:br/>
        <w:t>То чорне й гуркітне, що блискавками б'є.</w:t>
      </w:r>
    </w:p>
    <w:p>
      <w:r>
        <w:br/>
        <w:t>Блакитний туманець, що до небес встає&lt;br /&gt;</w:t>
        <w:br/>
        <w:t>З води й землі, але не має він опори,&lt;br /&gt;</w:t>
        <w:br/>
        <w:t>Світ прагне осягти, спізнати всі простори&lt;br /&gt;</w:t>
        <w:br/>
        <w:t>І в леті зникнути — ось людське житіє.</w:t>
      </w:r>
    </w:p>
    <w:p>
      <w:r>
        <w:br/>
        <w:t>Так, плоть твоя спаде дощем на чорну ниву,&lt;br /&gt;</w:t>
        <w:br/>
        <w:t>І питиме зерно енергію води,&lt;br /&gt;</w:t>
        <w:br/>
        <w:t>Перекидаючись саме в хлібну поживу.</w:t>
      </w:r>
    </w:p>
    <w:p>
      <w:r>
        <w:br/>
        <w:t>А де ж подінуться твої думки й труди?&lt;br /&gt;</w:t>
        <w:br/>
        <w:t>Вони впадуть на Шлях Чумацький — аж туди,&lt;br /&gt;</w:t>
        <w:br/>
        <w:t>Де зором ти шукав мету життя правдиву.</w:t>
      </w:r>
    </w:p>
    <w:p>
      <w:r>
        <w:br/>
        <w:t>7</w:t>
      </w:r>
    </w:p>
    <w:p>
      <w:r>
        <w:br/>
        <w:t>Як до німецької дивізії брати&lt;br /&gt;</w:t>
        <w:br/>
        <w:t>Писалися, я слав на них тяжкі прокльони:&lt;br /&gt;</w:t>
        <w:br/>
        <w:t>В мундирах вермахту на українські гони&lt;br /&gt;</w:t>
        <w:br/>
        <w:t>Ви збройно хочете свободу принести?!</w:t>
      </w:r>
    </w:p>
    <w:p>
      <w:r>
        <w:br/>
        <w:t>Та надійшов мій час — о Господи, прости! —&lt;br /&gt;</w:t>
        <w:br/>
        <w:t>Я головою бив у чужинецькі дзвони&lt;br /&gt;</w:t>
        <w:br/>
        <w:t>Для мови рідної та задля оборони&lt;br /&gt;</w:t>
        <w:br/>
        <w:t>Таємної, але державної мети.</w:t>
      </w:r>
    </w:p>
    <w:p>
      <w:r>
        <w:br/>
        <w:t>Не проклинай мене, болящий мій народе,&lt;br /&gt;</w:t>
        <w:br/>
        <w:t>Бо я служив тобі в часи сумні й страшні,&lt;br /&gt;</w:t>
        <w:br/>
        <w:t>Коли із двох сторін твої сини під Броди</w:t>
      </w:r>
    </w:p>
    <w:p>
      <w:r>
        <w:br/>
        <w:t>Вбиватися прийшли в навзаємній війні,&lt;br /&gt;</w:t>
        <w:br/>
        <w:t>Ті — під наказами московського заброди,&lt;br /&gt;</w:t>
        <w:br/>
        <w:t>А ті — під дулами фашистської звірні.</w:t>
      </w:r>
    </w:p>
    <w:p>
      <w:r>
        <w:br/>
        <w:t>8</w:t>
      </w:r>
    </w:p>
    <w:p>
      <w:r>
        <w:br/>
        <w:t>Ви закликаєте до злагоди і згоди,.&lt;br /&gt;</w:t>
        <w:br/>
        <w:t>Та за будь-що самі б'єтесь, як барани.&lt;br /&gt;</w:t>
        <w:br/>
        <w:t>Бо ви — раби в душі, що прагнуть лиш війни&lt;br /&gt;</w:t>
        <w:br/>
        <w:t>Задля відзнак, а не для здобуття свободи.</w:t>
      </w:r>
    </w:p>
    <w:p>
      <w:r>
        <w:br/>
        <w:t>Не треба волі вам, лиш доброї нагоди, —&lt;br /&gt;</w:t>
        <w:br/>
        <w:t>Щоб замінить собі не душу, а штани,&lt;br /&gt;</w:t>
        <w:br/>
        <w:t>Щоб з бідних служників пробитися в пани,&lt;br /&gt;</w:t>
        <w:br/>
        <w:t>А з підлабузників — у бонзи й верховоди.</w:t>
      </w:r>
    </w:p>
    <w:p>
      <w:r>
        <w:br/>
        <w:t>Ви любите себе, і сил таких нема,&lt;br /&gt;</w:t>
        <w:br/>
        <w:t>Щоб ту міцну любов знешкодити до краю,&lt;br /&gt;</w:t>
        <w:br/>
        <w:t>Вона встає з землі незрима, як чума.</w:t>
      </w:r>
    </w:p>
    <w:p>
      <w:r>
        <w:br/>
        <w:t>Я з вами вік прожив, та дотепер не знаю,&lt;br /&gt;</w:t>
        <w:br/>
        <w:t>За що я вас люблю, навиклих до ярма,&lt;br /&gt;</w:t>
        <w:br/>
        <w:t>Чому я вам до ніг своє життя складаю?</w:t>
      </w:r>
    </w:p>
    <w:p>
      <w:r>
        <w:br/>
        <w:t>9</w:t>
      </w:r>
    </w:p>
    <w:p>
      <w:r>
        <w:br/>
        <w:t>Мої найкращі дні вже поза мною,&lt;br /&gt;</w:t>
        <w:br/>
        <w:t>Не відаю, навіщо я живу.&lt;br /&gt;</w:t>
        <w:br/>
        <w:t>Пора вже обертатися в траву&lt;br /&gt;</w:t>
        <w:br/>
        <w:t>Чи спати під плитою кам'яною.</w:t>
      </w:r>
    </w:p>
    <w:p>
      <w:r>
        <w:br/>
        <w:t>Але мій дух не годиться з труною,&lt;br /&gt;</w:t>
        <w:br/>
        <w:t>І, доки сонце в мене наяву,&lt;br /&gt;</w:t>
        <w:br/>
        <w:t>Я чую в серці тугу світову,&lt;br /&gt;</w:t>
        <w:br/>
        <w:t>Вчарований безсмертя таїною.</w:t>
      </w:r>
    </w:p>
    <w:p>
      <w:r>
        <w:br/>
        <w:t>Віддав я до останнього гроша&lt;br /&gt;</w:t>
        <w:br/>
        <w:t>Позичене, але чому, не знаю,&lt;br /&gt;</w:t>
        <w:br/>
        <w:t>Не прагне спочиву моя душа,</w:t>
      </w:r>
    </w:p>
    <w:p>
      <w:r>
        <w:br/>
        <w:t>Так ніби я священний хліб ламаю&lt;br /&gt;</w:t>
        <w:br/>
        <w:t>І ще комусь його подати маю,&lt;br /&gt;</w:t>
        <w:br/>
        <w:t>Буханку взявши з Божого коша.</w:t>
      </w:r>
    </w:p>
    <w:p>
      <w:r>
        <w:br/>
        <w:t>10</w:t>
      </w:r>
    </w:p>
    <w:p>
      <w:r>
        <w:br/>
        <w:t>Під вечір заклекоче лелечиха,&lt;br /&gt;</w:t>
        <w:br/>
        <w:t>Піднявшись, мов газдиня, на гнізді;&lt;br /&gt;</w:t>
        <w:br/>
        <w:t>Впадуть на землю промені руді,&lt;br /&gt;</w:t>
        <w:br/>
        <w:t>Дрібні й цілющі, наче обліпиха;</w:t>
      </w:r>
    </w:p>
    <w:p>
      <w:r>
        <w:br/>
        <w:t>Як маминого хліба чорна криха,&lt;br /&gt;</w:t>
        <w:br/>
        <w:t>Мені літа запахнуть молоді;&lt;br /&gt;</w:t>
        <w:br/>
        <w:t>До мене по росі, як по воді,&lt;br /&gt;</w:t>
        <w:br/>
        <w:t>Прилине дівчина — молитва тиха;</w:t>
      </w:r>
    </w:p>
    <w:p>
      <w:r>
        <w:br/>
        <w:t>Це надвечір'я рідного села,&lt;br /&gt;</w:t>
        <w:br/>
        <w:t>Ця тута незбагненна і далека,&lt;br /&gt;</w:t>
        <w:br/>
        <w:t>Ця дівчинка, що світ в очах несла,</w:t>
      </w:r>
    </w:p>
    <w:p>
      <w:r>
        <w:br/>
        <w:t>Ця в небеса застромлена смерека,&lt;br /&gt;</w:t>
        <w:br/>
        <w:t>Що вітами махає, мов лелека, —&lt;br /&gt;</w:t>
        <w:br/>
        <w:t>Це все моїх останніх літ світла.</w:t>
      </w:r>
    </w:p>
    <w:p>
      <w:r>
        <w:br/>
        <w:t>2000&lt;br /&gt;</w:t>
        <w:br/>
        <w:t>11</w:t>
      </w:r>
    </w:p>
    <w:p>
      <w:r>
        <w:br/>
        <w:t>В Стопчатові, де Багадунка грає&lt;br /&gt;</w:t>
        <w:br/>
        <w:t>Біля моєї хати, як струна,&lt;br /&gt;</w:t>
        <w:br/>
        <w:t>Там, де стоїть смерека поставна,&lt;br /&gt;</w:t>
        <w:br/>
        <w:t>Що мого батька юним пам'ятає,</w:t>
      </w:r>
    </w:p>
    <w:p>
      <w:r>
        <w:br/>
        <w:t>Я народився з ніжного зерна,&lt;br /&gt;</w:t>
        <w:br/>
        <w:t>В життя пішов, звабливе та безкрає,&lt;br /&gt;</w:t>
        <w:br/>
        <w:t>Тепер душа додому повертає,&lt;br /&gt;</w:t>
        <w:br/>
        <w:t>Від баченого й чутого сумна.</w:t>
      </w:r>
    </w:p>
    <w:p>
      <w:r>
        <w:br/>
        <w:t>Вітаюся з черешнею, з вербою,&lt;br /&gt;</w:t>
        <w:br/>
        <w:t>Не дивляться. Вина моя тяжка,&lt;br /&gt;</w:t>
        <w:br/>
        <w:t>Бо в світі я замало був собою.</w:t>
      </w:r>
    </w:p>
    <w:p>
      <w:r>
        <w:br/>
        <w:t>Куди подів я серце юнака,&lt;br /&gt;</w:t>
        <w:br/>
        <w:t>Не діткнуте ненавистю й клятьбою,&lt;br /&gt;</w:t>
        <w:br/>
        <w:t>І чисте, мов коханої рука?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Засвідчую життя (сонети)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