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Зав'язь</w:t>
      </w:r>
    </w:p>
    <w:p>
      <w:r>
        <w:br/>
        <w:t xml:space="preserve"> &lt;p&gt;— Куди це ти, парубче, наджигурився? — питають з полу дід Лаврін і прикахикують насмішкувато, наче й справді щось про мене знають. А що в тім такого, що я нову сорочку нап'яв і кібчика на голові прислинив,— може, я на збори піду?</w:t>
      </w:r>
    </w:p>
    <w:p>
      <w:r>
        <w:br/>
        <w:t>У хаті споночіло так, що й цвілі по кутках не видно, і шибки посиніли, мов на грозу. А під полом біліє картопля:</w:t>
      </w:r>
    </w:p>
    <w:p>
      <w:r>
        <w:br/>
        <w:t>ключки повикидала, в землю проситься.</w:t>
      </w:r>
    </w:p>
    <w:p>
      <w:r>
        <w:br/>
        <w:t>Пора мені вирушати.</w:t>
      </w:r>
    </w:p>
    <w:p>
      <w:r>
        <w:br/>
        <w:t>Беру на косинчику пляшечку одеколону, поливаю носовик і помічаю, як на дідовій щоці ворушиться оте чорненьке дупельце, що хворий зуб колись викрутив: сміються. В'їдливі — страх! І я знаю чого.</w:t>
      </w:r>
    </w:p>
    <w:p>
      <w:r>
        <w:br/>
        <w:t>Тож було, як вечір настане, то вони й починають: про те, як їм у австрійському полоні жилося, які пироги там печуть та як гарно з-під корів вичищають. А вже зима як прийде, як захурделить, то я й з печі не злажу. Сиджу, співаю з дідом колядок різних:</w:t>
      </w:r>
    </w:p>
    <w:p>
      <w:r>
        <w:br/>
        <w:t>Звізда гряде чудно</w:t>
      </w:r>
    </w:p>
    <w:p>
      <w:r>
        <w:br/>
        <w:t>З восток на полудно,</w:t>
      </w:r>
    </w:p>
    <w:p>
      <w:r>
        <w:br/>
        <w:t>Над вертепом сіяє,</w:t>
      </w:r>
    </w:p>
    <w:p>
      <w:r>
        <w:br/>
        <w:t>Христа-царя являє...</w:t>
      </w:r>
    </w:p>
    <w:p>
      <w:r>
        <w:br/>
        <w:t>А тепер — минулося. Тепер я... самі ж, бач, кажуть: парубок...</w:t>
      </w:r>
    </w:p>
    <w:p>
      <w:r>
        <w:br/>
        <w:t>Іду до дверей, а вони:</w:t>
      </w:r>
    </w:p>
    <w:p>
      <w:r>
        <w:br/>
        <w:t>— Ото як женишся на тій прояві, то кислички тобі, внуче, не тільки снитимуться, а ще й привидяться.</w:t>
      </w:r>
    </w:p>
    <w:p>
      <w:r>
        <w:br/>
        <w:t>— Діду, перестаньте,— прошу.</w:t>
      </w:r>
    </w:p>
    <w:p>
      <w:r>
        <w:br/>
        <w:t>— ...бо то дівка з тієї куряви, що чорти на дорогах крутять!</w:t>
      </w:r>
    </w:p>
    <w:p>
      <w:r>
        <w:br/>
        <w:t>— Просто в неї міцний характер,— кажу спокійно, аби швидше виприснути з дому.</w:t>
      </w:r>
    </w:p>
    <w:p>
      <w:r>
        <w:br/>
        <w:t>— Еге ж,— бубонять,— і тюрма міцна, та чорт їй рад...</w:t>
      </w:r>
    </w:p>
    <w:p>
      <w:r>
        <w:br/>
        <w:t>Ну, годі. Хряпаю дверима і виходжу на поріг. Надворі пахне молодим осокорячим листям, а з грядок тягне теплим гнійком, торішніми бур'янами і мокрим попелом. Садок уже одцвівся і густо вкрив землю білими пелюстками. Вітер щодня потроху вигортає їх на шлях, і коли вночі їде якась приблудна машина, вони рожевим валком котяться за нею слідом аж до мосту, а там падають у річку.</w:t>
      </w:r>
    </w:p>
    <w:p>
      <w:r>
        <w:br/>
        <w:t>По той бік шляху, десь далеко в степу, за садками, тремтить червона заграва: то присяде до самої землі — і тоді на кутку стає поночі й глухо, то знову шугає вгору аж до Волосожару, шпаруючи окола і молоденькі осокорчики червоною крейдою — видно, трактористи стару солому палять. Іду садом на край кутка, до провалля, і вже здалеку бачу маленьку білу постать на обніжку. То — Соня. Жде... Мені здається, що я ширшаю в плечах, твердішаю в ході і ось-ось підлечу. А от голосу — не стає...</w:t>
      </w:r>
    </w:p>
    <w:p>
      <w:r>
        <w:br/>
        <w:t>— Соню,— белькочу шепеляво й противно,— це ти?</w:t>
      </w:r>
    </w:p>
    <w:p>
      <w:r>
        <w:br/>
        <w:t>— Ні, це не я,— озивається вона і потихеньку сміється.— Це — мара...</w:t>
      </w:r>
    </w:p>
    <w:p>
      <w:r>
        <w:br/>
        <w:t>Потім міцно бере мене під руку, трошки злягає на неї теплими пругкими грудьми.</w:t>
      </w:r>
    </w:p>
    <w:p>
      <w:r>
        <w:br/>
        <w:t>— Ходім, я тобі сніг покажу,— туркоче на вухо.— Там, у Проваллі.</w:t>
      </w:r>
    </w:p>
    <w:p>
      <w:r>
        <w:br/>
        <w:t>Ми ліземо з кручі в чорну холодну прірву, підпираючи одне одного плечима і хапаючись руками за якесь мокре цупке бадилля. У проваллі справді пахне талиною, як ото кора з трухлої вільхи, а під ногами щось гуде і рипить.</w:t>
      </w:r>
    </w:p>
    <w:p>
      <w:r>
        <w:br/>
        <w:t>— Бач, крига,— каже Соня, закидаючи голову і лоско-чучи моє підборіддя гарячими губами.— А що, а ти не вірив...</w:t>
      </w:r>
    </w:p>
    <w:p>
      <w:r>
        <w:br/>
        <w:t>У небо знову сягнула заграва, і в проваллі повиднішало настільки, що мені стає добре видно Сонині очі. Вони якісь дивні: наче й злякані трохи, й сміються. У мене починають терпнути ноги і стають як мотузяні. А голова хилиться, хилиться...</w:t>
      </w:r>
    </w:p>
    <w:p>
      <w:r>
        <w:br/>
        <w:t>"А що, — думаю, — як я її поцілую, а вона мене — в пику? Буває ж так. Он і в кіно показують..." — і шия перестає гнутися, дубіє.</w:t>
      </w:r>
    </w:p>
    <w:p>
      <w:r>
        <w:br/>
        <w:t>А Соня вже й не сміється, і очі примружила так сердито, що... Ні. Нехай краще другим разом.</w:t>
      </w:r>
    </w:p>
    <w:p>
      <w:r>
        <w:br/>
        <w:t>Отак і стовбичу коло неї, не знаючи, що й казати, аж доки вона не озивається:</w:t>
      </w:r>
    </w:p>
    <w:p>
      <w:r>
        <w:br/>
        <w:t>— Миколко, давай я буду падати, а ти мене держи. Ану, чи вдержиш?</w:t>
      </w:r>
    </w:p>
    <w:p>
      <w:r>
        <w:br/>
        <w:t>— Ото, коли б ні! — вигукую, хапаючи її за тоненький поперек, але раптом підсковзуюся і з переляком і огидо до себе відчуваю, що зараз так і обербенимось у грязюку. А вона сердито пручається з рук і ошпарює мене злим поглядом.</w:t>
      </w:r>
    </w:p>
    <w:p>
      <w:r>
        <w:br/>
        <w:t>— Пусти! Силач...</w:t>
      </w:r>
    </w:p>
    <w:p>
      <w:r>
        <w:br/>
        <w:t>— Підсковзнувся,— мимрю,— хіба ж я винен, що тут слизько?</w:t>
      </w:r>
    </w:p>
    <w:p>
      <w:r>
        <w:br/>
        <w:t>Соня норовисте одвертається і мовчить. А в мене перед очима з'являються дід Лаврін, ворушать чорненьким дупельцем на щоці, оскиряються... Може, вони ото й правду казали, що — кислички...</w:t>
      </w:r>
    </w:p>
    <w:p>
      <w:r>
        <w:br/>
        <w:t>Згадка про діда робить і мене сміливішим.</w:t>
      </w:r>
    </w:p>
    <w:p>
      <w:r>
        <w:br/>
        <w:t>— Ну, — кажу, — раз так, то що ж... Беруся рукою за кущ і, твердіше, ніж треба, упираючясь ногами в кручу, деруся на гору.</w:t>
      </w:r>
    </w:p>
    <w:p>
      <w:r>
        <w:br/>
        <w:t>— Миколко, а я? — жалібно шепоче Соня.</w:t>
      </w:r>
    </w:p>
    <w:p>
      <w:r>
        <w:br/>
        <w:t>І від того шепоту у мене наморочиться голова, а серце починає калатати, як дзвін. Стрибаю вниз, сердито хапаю її за плечі і з розгону цілую в рипучу холодну хустку.</w:t>
      </w:r>
    </w:p>
    <w:p>
      <w:r>
        <w:br/>
        <w:t>— Навіщо ж ти... аж за вухо, дурненький...— видихає Соня і сміється якось покірно й лагідно. — Ходім уже, бо тут холодно.</w:t>
      </w:r>
    </w:p>
    <w:p>
      <w:r>
        <w:br/>
        <w:t>Я не допомагаю, а майже виношу її вгору на руках, І сили в мене — як у вола. Оглядаємось на те місце, де ми тільки що гарцювали. Там біліє сніг.</w:t>
      </w:r>
    </w:p>
    <w:p>
      <w:r>
        <w:br/>
        <w:t>— От чудно, — каже Соня, зітхаючи, — кругом садки цвітуть, а там — сніг...</w:t>
      </w:r>
    </w:p>
    <w:p>
      <w:r>
        <w:br/>
        <w:t>— Туди сонце не достає,— пояснюю.— Та ще й землею був прикиданий. Тепер він розтане.</w:t>
      </w:r>
    </w:p>
    <w:p>
      <w:r>
        <w:br/>
        <w:t>Йдемо до шляху, на лавочку, що у нас під хлівом. Соня тремтить, горнеться до плеча й дихає мені за комір.</w:t>
      </w:r>
    </w:p>
    <w:p>
      <w:r>
        <w:br/>
        <w:t>— Ти не змерз?— питає.</w:t>
      </w:r>
    </w:p>
    <w:p>
      <w:r>
        <w:br/>
        <w:t>Я'з усієї сили зціплюю зуби, щоб не труситись, а їй кажу:</w:t>
      </w:r>
    </w:p>
    <w:p>
      <w:r>
        <w:br/>
        <w:t>— Та н-наче ні...</w:t>
      </w:r>
    </w:p>
    <w:p>
      <w:r>
        <w:br/>
        <w:t>У степу ще дужче розжеврілось, і на грядках, у кого вже зорано, червоно виблискують скиби, а в борознах, як сніг у проваллі, біліє опалий цвіт. Листя в садках ще тільки проклюнулося, тому в гіллі рясно миготять дрібні, мов роса, прозеленкуваті крапельки: то зав'язь.</w:t>
      </w:r>
    </w:p>
    <w:p>
      <w:r>
        <w:br/>
        <w:t>— От якби мені отаке намисто,— каже Соня,— зроду б не знімала...</w:t>
      </w:r>
    </w:p>
    <w:p>
      <w:r>
        <w:br/>
        <w:t>— Купимо,— обіцяю впевнено.— Ось як тільки вивчусь на шофера, так і купимо.</w:t>
      </w:r>
    </w:p>
    <w:p>
      <w:r>
        <w:br/>
        <w:t>— А я тобі сорочки вишиватиму. Гарні-прегарні, кращі, аж у лавий</w:t>
      </w:r>
    </w:p>
    <w:p>
      <w:r>
        <w:br/>
        <w:t>Соня раптом зупиняється, стає навшпиньки і потихеньку, вбома долонями, нахиляє до себе мою голову. На якусь мить я бачу її сухі вимогливі очі і чую сором'язливий шепіт:</w:t>
      </w:r>
    </w:p>
    <w:p>
      <w:r>
        <w:br/>
        <w:t>— В сто раз кращі... милий... в тисячу!</w:t>
      </w:r>
    </w:p>
    <w:p>
      <w:r>
        <w:br/>
        <w:t>А далі вже нічого не бачу і нічого не чую... Потім ми ще довго сидимо на лавочці між осокорами, не розплітаючи обіймів навіть тоді, коли мимо нас на Полтаву мчать ранні базарові машини і шофери горлають із кабін щось веселе, заохочуюче і безсоромне.</w:t>
      </w:r>
    </w:p>
    <w:p>
      <w:r>
        <w:br/>
        <w:t>Розходимося десь уже далеко за північ, ледве переступаючи зомлілими ногами і несучи на губах солодку пекучу спрагу.</w:t>
      </w:r>
    </w:p>
    <w:p>
      <w:r>
        <w:br/>
        <w:t>На порозі я ще трохи пристоюю, наслухаючи, як Соня клацає засовом і тихо, мабуть, щоб не розбудити маму, причиняє двері.</w:t>
      </w:r>
    </w:p>
    <w:p>
      <w:r>
        <w:br/>
        <w:t>Коли це чую в садку у нас: шориг-шориг... Із-за сажа вивертаються дід, у куфайці й з вилами. А над деревами синіє, клубочиться дим.</w:t>
      </w:r>
    </w:p>
    <w:p>
      <w:r>
        <w:br/>
        <w:t>— Ану, лишень, парубче, помагай скурювати садок, бо пропаде к лихій годині уся зав'язь.</w:t>
      </w:r>
    </w:p>
    <w:p>
      <w:r>
        <w:br/>
        <w:t>Я прожогом кидаюся в садок, нагрібаю п'ятірнями ся-кого-такого труску і розкладаю вогонь аж на межі, щоб тягло дим і на Сонин садок.</w:t>
      </w:r>
    </w:p>
    <w:p>
      <w:r>
        <w:br/>
        <w:t>— Та не там, ближче до сажа розкладай! — сердито гукають дід.</w:t>
      </w:r>
    </w:p>
    <w:p>
      <w:r>
        <w:br/>
        <w:t>— Нічого,— одказую так, як вони мене вчили,— буде в людей — буде і в нас...</w:t>
      </w:r>
    </w:p>
    <w:p>
      <w:r>
        <w:br/>
        <w:t>А сам собі думаю: за чим би його сьогодні забігти до су-сідів, бо до вечора, либонь, не дотерплю, не доживу...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Зав'язь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