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елегія</w:t>
      </w:r>
    </w:p>
    <w:p>
      <w:r>
        <w:br/>
        <w:t xml:space="preserve"> Стільки минуло вже днів, полотном забуття їх накрито.&lt;br /&gt;</w:t>
        <w:br/>
        <w:t>Нині вже інший є світ, може зісталось клейно.&lt;br /&gt;</w:t>
        <w:br/>
        <w:t>Іноді вийму старий, запорошений, з віршами зшиток,&lt;br /&gt;</w:t>
        <w:br/>
        <w:t>замкнений в шафі від літ. Так, це було вже давно.</w:t>
      </w:r>
    </w:p>
    <w:p>
      <w:r>
        <w:br/>
        <w:t>Наша гімназ'я стояла на схилі малого узгір'я,&lt;br /&gt;</w:t>
        <w:br/>
        <w:t>жовта дорога вела просто до річки униз.&lt;br /&gt;</w:t>
        <w:br/>
        <w:t>В осені день кучерявий дощем тут приїхав із гір'я;&lt;br /&gt;</w:t>
        <w:br/>
        <w:t>всюди лежала імла, в вухах тріщало, мов хмиз.</w:t>
      </w:r>
    </w:p>
    <w:p>
      <w:r>
        <w:br/>
        <w:t>В сивій задумі присіли кицьком почорнілі доми та&lt;br /&gt;</w:t>
        <w:br/>
        <w:t>тяжко схилили руді, ґонтові, темні чуби.&lt;br /&gt;</w:t>
        <w:br/>
        <w:t>Вуличка сміттям обросла, мов мохом, літами немита,&lt;br /&gt;</w:t>
        <w:br/>
        <w:t>скривлений з віку й біди – комин, мов бляха труби.</w:t>
      </w:r>
    </w:p>
    <w:p>
      <w:r>
        <w:br/>
        <w:t>Річка в долині віддихала холодом. Запах води плив,&lt;br /&gt;</w:t>
        <w:br/>
        <w:t>гори нагадував й ліс. В літеплий день весняний&lt;br /&gt;</w:t>
        <w:br/>
        <w:t>хвиль каламутних із-під льодового покривала виплив,&lt;br /&gt;</w:t>
        <w:br/>
        <w:t>разом із кригами ніс перші дітвацькі ще сни.</w:t>
      </w:r>
    </w:p>
    <w:p>
      <w:r>
        <w:br/>
        <w:t>Неба півколо та жовтий шкільного городу ромбоїд,&lt;br /&gt;</w:t>
        <w:br/>
        <w:t>пліт із широких делин,[50] кілька зелених смерек,&lt;br /&gt;</w:t>
        <w:br/>
        <w:t>с'юксів ватага малих у завзятім розігріта бої,&lt;br /&gt;</w:t>
        <w:br/>
        <w:t>тінь уподовж деревин, від баркана впоперек.</w:t>
      </w:r>
    </w:p>
    <w:p>
      <w:r>
        <w:br/>
        <w:t>Промінь заблуканий нишпорив похапцем по коридорі,&lt;br /&gt;</w:t>
        <w:br/>
        <w:t>сонця усмішка рясна рідко впадала углиб.&lt;br /&gt;</w:t>
        <w:br/>
        <w:t>Тихо весна заглядала в віконця мутні, непрозорі,&lt;br /&gt;</w:t>
        <w:br/>
        <w:t>в серці співала весна, краща від цьої з-за шиб.</w:t>
      </w:r>
    </w:p>
    <w:p>
      <w:r>
        <w:br/>
        <w:t>Під абажуром з бібулки зеленої полумінь маяв&lt;br /&gt;</w:t>
        <w:br/>
        <w:t>в нафтовій лампі малій, буцім хотів би втекти.&lt;br /&gt;</w:t>
        <w:br/>
        <w:t>Хлопець, похилений в захваті, німо над книжкою Мая&lt;br /&gt;</w:t>
        <w:br/>
        <w:t>мріяв про безкрай землі, про невідкриті світи.</w:t>
      </w:r>
    </w:p>
    <w:p>
      <w:r>
        <w:br/>
        <w:t>Пташка співала мальована на паперовій тапеті.[51]&lt;br /&gt;</w:t>
        <w:br/>
        <w:t>Тихо проходив тут день кроками сірих годин.&lt;br /&gt;</w:t>
        <w:br/>
        <w:t>Мухи дрімали в задумі в кутку на старім табуреті,&lt;br /&gt;</w:t>
        <w:br/>
        <w:t>а на підлогу зі жмень вилетів сон не один.</w:t>
      </w:r>
    </w:p>
    <w:p>
      <w:r>
        <w:br/>
        <w:t>Понад дахами – хмарин розіп'ята муслінова верша,&lt;br /&gt;</w:t>
        <w:br/>
        <w:t>провесна, таловина, шуми далеких сосон.&lt;br /&gt;</w:t>
        <w:br/>
        <w:t>Наче весни усміх перший є вірш і дівчина перша;&lt;br /&gt;</w:t>
        <w:br/>
        <w:t>спомин – роса весняна, щастя забутого сон.</w:t>
      </w:r>
    </w:p>
    <w:p>
      <w:r>
        <w:br/>
        <w:t>Вечором місяць – на стелі неба завішена лампа.&lt;br /&gt;</w:t>
        <w:br/>
        <w:t>Срібний на хмарі пожар, срібний на місті муслін.&lt;br /&gt;</w:t>
        <w:br/>
        <w:t>Гомін пісень у заулку об стіни, мов краплями, ляпав,&lt;br /&gt;</w:t>
        <w:br/>
        <w:t>жалісний бренькіт гітар, вривчастий спів мандолін.</w:t>
      </w:r>
    </w:p>
    <w:p>
      <w:r>
        <w:br/>
        <w:t>І кучерявилась просива курява над половими&lt;br /&gt;</w:t>
        <w:br/>
        <w:t>міддю стрічками доріг, що відлітали до гір.&lt;br /&gt;</w:t>
        <w:br/>
        <w:t>Спомин тих днів, мов джерельна вода, не раз душу вже вимив,&lt;br /&gt;</w:t>
        <w:br/>
        <w:t>вчора, тепер і торік був як потіха й докір.</w:t>
      </w:r>
    </w:p>
    <w:p>
      <w:r>
        <w:br/>
        <w:t>Час проминув молодечих пригод, і змаганнів, і бесід.&lt;br /&gt;</w:t>
        <w:br/>
        <w:t>Вже протікає до дна, вже щораз глибше полин.&lt;br /&gt;</w:t>
        <w:br/>
        <w:t>Знаю тепер вже, що кожного серце окремий є всесвіт,&lt;br /&gt;</w:t>
        <w:br/>
        <w:t>кожного правда одна, правда зелених хвилин.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