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Зяблик</w:t>
      </w:r>
    </w:p>
    <w:p>
      <w:r>
        <w:br/>
        <w:t xml:space="preserve"> &lt;p&gt;Тихий, здається, був у нашій школі Юрко Зяблик. Невисокий, довгоносий, мав дівочий голос, ходив так, наче завжди під ногами не земля, а драглиста хитавиця. Уроки іноді готував</w:t>
      </w:r>
    </w:p>
    <w:p>
      <w:r>
        <w:br/>
        <w:t>— іноді не готував, іноді приходив до школи вчасно — іноді запізнювався. З весною траплялось, що не тільки на заняття не приходив, а й з дому пропадав. По кілька днів десь никає, а потім з'являється — виморений, спокійний, на запитання — де бував і що бачив? — не відповідає, а тільки губи ледь-ледь кривить.</w:t>
      </w:r>
    </w:p>
    <w:p>
      <w:r>
        <w:br/>
        <w:t>— Ні, ти не криви губи,— насідала класний керівник.— Ти признайся, де пропадав.</w:t>
      </w:r>
    </w:p>
    <w:p>
      <w:r>
        <w:br/>
        <w:t>— Я не пропадав,— обзивається Зяблик.</w:t>
      </w:r>
    </w:p>
    <w:p>
      <w:r>
        <w:br/>
        <w:t>— А де ти був?</w:t>
      </w:r>
    </w:p>
    <w:p>
      <w:r>
        <w:br/>
        <w:t>— А я до свого діда ходив,— незворушно відповідав Зяблик. І нарешті, брався розказувати: — Прийшов до діда, а він із лежанки не встає. Геть зовсім ослаб, що й не ворухнеться. То я водою поїв.</w:t>
      </w:r>
    </w:p>
    <w:p>
      <w:r>
        <w:br/>
        <w:t>У класі сміються. Роздратована вчителька питає:</w:t>
      </w:r>
    </w:p>
    <w:p>
      <w:r>
        <w:br/>
        <w:t>— А хіба в нього баби немає?</w:t>
      </w:r>
    </w:p>
    <w:p>
      <w:r>
        <w:br/>
        <w:t>— Яка вже та баба!..— дуже серйозно, по-дорослому каже Зяблик і байдуже махає рукою,— Ту бабу теж треба поїти.</w:t>
      </w:r>
    </w:p>
    <w:p>
      <w:r>
        <w:br/>
        <w:t>Знову сміються. Зяблик здивовано позирає на товаришів</w:t>
      </w:r>
    </w:p>
    <w:p>
      <w:r>
        <w:br/>
        <w:t>— чого ви, мовляв, регочете, адже все це я розказую серйозно. І такий він щиросердний у здивуванні, що вчителька лагіднішає і ні з уроку не виганяє, ні по матір не посилає.</w:t>
      </w:r>
    </w:p>
    <w:p>
      <w:r>
        <w:br/>
        <w:t>Якось прийшов Зяблик до класу з граком за пазухою. Навіть не з граком, а з маленьким граченятком. Одігрівав його за пазухою, поки вчителька звернула на нього увагу.</w:t>
      </w:r>
    </w:p>
    <w:p>
      <w:r>
        <w:br/>
        <w:t>— Чого ти чухаєшся, Зяблик? — мовила до нього.</w:t>
      </w:r>
    </w:p>
    <w:p>
      <w:r>
        <w:br/>
        <w:t>Учні, наперед знаючи, що відбудеться цікава розмова, вже почали осміхатись.</w:t>
      </w:r>
    </w:p>
    <w:p>
      <w:r>
        <w:br/>
        <w:t>— А я не чухаюся,— заперечив Зяблик.</w:t>
      </w:r>
    </w:p>
    <w:p>
      <w:r>
        <w:br/>
        <w:t>— Що ж ти робиш?</w:t>
      </w:r>
    </w:p>
    <w:p>
      <w:r>
        <w:br/>
        <w:t>— Граченя тримаю.</w:t>
      </w:r>
    </w:p>
    <w:p>
      <w:r>
        <w:br/>
        <w:t>— Яке граченя? Звідки воно в тебе? Навіщо приніс?</w:t>
      </w:r>
    </w:p>
    <w:p>
      <w:r>
        <w:br/>
        <w:t>— Воно з гнізда випало, то я підібрав, щоб машина не наїхала чи корова не наступила.</w:t>
      </w:r>
    </w:p>
    <w:p>
      <w:r>
        <w:br/>
        <w:t>— Отак і сидітимеш на уроці?</w:t>
      </w:r>
    </w:p>
    <w:p>
      <w:r>
        <w:br/>
        <w:t>— А що, сидітиму...</w:t>
      </w:r>
    </w:p>
    <w:p>
      <w:r>
        <w:br/>
        <w:t>— Іди й викинь, я хочу проводити уроки не з граченятами, а з дітьми.</w:t>
      </w:r>
    </w:p>
    <w:p>
      <w:r>
        <w:br/>
        <w:t>Зяблик вийшов із класу і більше не повернувся. Коли давали додому вивчити вірш, то Зяблик майже ніколи нічого не міг вивчити. Виходив до дошки і мовчав.</w:t>
      </w:r>
    </w:p>
    <w:p>
      <w:r>
        <w:br/>
        <w:t>— Ти чого мовчиш? — запитувала вчителька.</w:t>
      </w:r>
    </w:p>
    <w:p>
      <w:r>
        <w:br/>
        <w:t>— Я згадую,— спокійно відповідав Зяблик</w:t>
      </w:r>
    </w:p>
    <w:p>
      <w:r>
        <w:br/>
        <w:t>— Ну, згадуй,— дозволяла вчителька, знизуючи плечима. А по хвилі: — То що, згадав?</w:t>
      </w:r>
    </w:p>
    <w:p>
      <w:r>
        <w:br/>
        <w:t>Зяблик неприродно голосно, майже викрикуючи, починав декламувати, проте збивався на п'ятому чи шостому слові. Збившись, блукав очима по стелі, по підлозі, наче там намагався прочитати потрібний текст.</w:t>
      </w:r>
    </w:p>
    <w:p>
      <w:r>
        <w:br/>
        <w:t>— Чого ти мовчиш?</w:t>
      </w:r>
    </w:p>
    <w:p>
      <w:r>
        <w:br/>
        <w:t>— А я згадую,— знову повторював Зяблик</w:t>
      </w:r>
    </w:p>
    <w:p>
      <w:r>
        <w:br/>
        <w:t>— Сідай на місце, ти нічого не вивчив.</w:t>
      </w:r>
    </w:p>
    <w:p>
      <w:r>
        <w:br/>
        <w:t>— Неправда! — ображеним грубим голосом одказував Зяблик. І знову згадував одне чи двоє слів із вірша. Якщо в учительки вистачало терпіння, Зябликові вдавалось-таки згадати весь вірш до кінця. Але найчастіше Юрко все-таки одержував двійку.</w:t>
      </w:r>
    </w:p>
    <w:p>
      <w:r>
        <w:br/>
        <w:t>Так от подія, що прогриміла на весь район і навіть на всю область, у нашій школі трапилася, і саме з Юрком Зябликом. Одного разу після уроків зібрався гурт учнів молодших класів, і пішли вони не додому, а до річки. Провесіння пора стояла, верби вже починали зеленіти довгими хвилястими косами, а на голому вітті кленів рясний брунатний цвіт затемнів. Спершу діти никали чередою з горба на горб, просто на воду дивилися, далі в небо задирали голови — чи побачать прилітних птахів.</w:t>
      </w:r>
    </w:p>
    <w:p>
      <w:r>
        <w:br/>
        <w:t>(Згодом так і запротокольовано в документах: ходили над річкою і в воду дивилися, а також у небо — чи не летять гуси або журавлі.)</w:t>
      </w:r>
    </w:p>
    <w:p>
      <w:r>
        <w:br/>
        <w:t>Річка вже кілька тижнів як вивільнилася від криги, повінь спала, і текла вода в піщаних берегах не дуже весело й швидко. На тому місці, де влітку видовжувалася коса, порався біля човна дядько Родіон, знаний у селі як п'яниця й забіяка. Дядько Род іон хотів, либонь, переправитися на той бік, але побоювався — ніхто ще не плавав, та й течія швидка. Всі діти стовпились біля човна.</w:t>
      </w:r>
    </w:p>
    <w:p>
      <w:r>
        <w:br/>
        <w:t>— Що, дядьку, пливти хочете? — поспитав Зяблик. Родіон глипнув на нього сердито, ніби образили його, і</w:t>
      </w:r>
    </w:p>
    <w:p>
      <w:r>
        <w:br/>
        <w:t>буркнув:</w:t>
      </w:r>
    </w:p>
    <w:p>
      <w:r>
        <w:br/>
        <w:t>— А ти що — спрос?</w:t>
      </w:r>
    </w:p>
    <w:p>
      <w:r>
        <w:br/>
        <w:t>— Я не спрос,— розважливо відказав Зяблик, а всі діти засміялись.— Я лише так.</w:t>
      </w:r>
    </w:p>
    <w:p>
      <w:r>
        <w:br/>
        <w:t>— А не спрос, то не сунь свій нос,— знову буркнув дядько. Діти ще зареготали. Зяблик обійшов навколо човна, копнув</w:t>
      </w:r>
    </w:p>
    <w:p>
      <w:r>
        <w:br/>
        <w:t>у кількох місцях черевиком і МОВИВ:</w:t>
      </w:r>
    </w:p>
    <w:p>
      <w:r>
        <w:br/>
        <w:t>— О, хіба човен? Він же зовсім розсохся, візьмете й потонете, тільки булькне.</w:t>
      </w:r>
    </w:p>
    <w:p>
      <w:r>
        <w:br/>
        <w:t>Родіон дивився на нього, як на прояву.</w:t>
      </w:r>
    </w:p>
    <w:p>
      <w:r>
        <w:br/>
        <w:t>— Ти чого по човну стукаєш?</w:t>
      </w:r>
    </w:p>
    <w:p>
      <w:r>
        <w:br/>
        <w:t>— Я лише так,— іще розважливіше зажеречив Зяблик.— Я кажу те, що є.</w:t>
      </w:r>
    </w:p>
    <w:p>
      <w:r>
        <w:br/>
        <w:t>— А хто тебе просить?</w:t>
      </w:r>
    </w:p>
    <w:p>
      <w:r>
        <w:br/>
        <w:t>— Хіба треба просити?</w:t>
      </w:r>
    </w:p>
    <w:p>
      <w:r>
        <w:br/>
        <w:t>(Згодом діти всю цю незначну розмову пригадували слово в слово, ніби то могло мати велике значення.)</w:t>
      </w:r>
    </w:p>
    <w:p>
      <w:r>
        <w:br/>
        <w:t>— Ану забирайся звідси!</w:t>
      </w:r>
    </w:p>
    <w:p>
      <w:r>
        <w:br/>
        <w:t>— Хіба це ваша річка чи пісок? — слушно заперечив Зяблик.</w:t>
      </w:r>
    </w:p>
    <w:p>
      <w:r>
        <w:br/>
        <w:t>— Дивись, ти у мене добалакаєшся,— пробурчав Родіон. Невдовзі діти стояли на березі й стежили, як він</w:t>
      </w:r>
    </w:p>
    <w:p>
      <w:r>
        <w:br/>
        <w:t>переправляється. Човен швидко зносило, дядько силкувався гребти веслом, проте марно. Посеред річки обернувся до дітей і погрозливо помахав кулаком.</w:t>
      </w:r>
    </w:p>
    <w:p>
      <w:r>
        <w:br/>
        <w:t>— Собі самому! — крикнув Зяблик, але той, либонь, не почув.</w:t>
      </w:r>
    </w:p>
    <w:p>
      <w:r>
        <w:br/>
        <w:t>Коли дядько дістався протилежного берега, вони затіяли гру в війну. Спершу просто бігали одне за одним, боролися, качались по землі, а далі надумали розділитись на дві ватаги, й неодмінно так, щоб ув одній ватазі був Гітлер. Звісно, всі відмовлялись, бо кому ж хочеться!</w:t>
      </w:r>
    </w:p>
    <w:p>
      <w:r>
        <w:br/>
        <w:t>— От які ви! — дратувався Зяблик— Це ж не назавжди бути за Гітлера. Пограємось — і край!</w:t>
      </w:r>
    </w:p>
    <w:p>
      <w:r>
        <w:br/>
        <w:t>Охочий не знаходився. Врешті, сказали Зябликові:</w:t>
      </w:r>
    </w:p>
    <w:p>
      <w:r>
        <w:br/>
        <w:t>— Сам будь, коли такий розумний.</w:t>
      </w:r>
    </w:p>
    <w:p>
      <w:r>
        <w:br/>
        <w:t>— То й буду,— згодився той.— Начуватиметесь у мене. Рятуватиметесь, хто зможе, а хто не втече — пощади не матиме.</w:t>
      </w:r>
    </w:p>
    <w:p>
      <w:r>
        <w:br/>
        <w:t>Повиламували дрючки і строчили з тих дрючків, наче з кулеметів. Такий крик і тріскотнява стояли в березі, наче розпочалася справжня війна. Звичайно, "гітлерівці" на початку гри наступали. Вони, пострілюючи з дрючків, перебігали від куща до куща, і коли вважалося, що вони когось убили, то убитий мусив лежати й не зводитись із землі. Згодом убиті всі позбиралися на кручі й чекали, що ж далі.</w:t>
      </w:r>
    </w:p>
    <w:p>
      <w:r>
        <w:br/>
        <w:t>У Гітлера, чи то в його поплічників, знайшлися сірники, й тепер вони не просто воювали, а спалювали міста і села. Тобто збирали в купи очерет, суччя всяке, галуззя — й підпалювали. Скоро по всенькому березі тремтіли високі дими, все заслано сивими пасмами, і в тій заволоці війна точилася ще цікавіша й ще запекліша. "Гітлерівці" скаженіли, не милуючи нічого живого.</w:t>
      </w:r>
    </w:p>
    <w:p>
      <w:r>
        <w:br/>
        <w:t>Та історію не повернеш назад, і після Сталінграда довелось їм одступати. Покотилися назад, котились довго, й було їм важко, бо навіть недавно повбивані ожили й стали мстити. Потім усі гуртом накинулися на Гітлера, схопили за руки та за ноги і, дружно прокричавши "ура!", проголосили перемогу.</w:t>
      </w:r>
    </w:p>
    <w:p>
      <w:r>
        <w:br/>
        <w:t>— А тепер,—міцно тримаючи мокрого й брудного Зяблика, стали вирішувати,— поквитаємося з ним за злочини!</w:t>
      </w:r>
    </w:p>
    <w:p>
      <w:r>
        <w:br/>
        <w:t>— За кров народу! — кричали.</w:t>
      </w:r>
    </w:p>
    <w:p>
      <w:r>
        <w:br/>
        <w:t>— За сльози матерів! —Ура!</w:t>
      </w:r>
    </w:p>
    <w:p>
      <w:r>
        <w:br/>
        <w:t>— За вдів і сиріт!</w:t>
      </w:r>
    </w:p>
    <w:p>
      <w:r>
        <w:br/>
        <w:t>— Ура!</w:t>
      </w:r>
    </w:p>
    <w:p>
      <w:r>
        <w:br/>
        <w:t>— За землю рідну!</w:t>
      </w:r>
    </w:p>
    <w:p>
      <w:r>
        <w:br/>
        <w:t>— Ура!</w:t>
      </w:r>
    </w:p>
    <w:p>
      <w:r>
        <w:br/>
        <w:t>Отак, оточивши Зяблика, вичитували йому всі кривди, заподіяні гітлерівцями, звинувачували в морі, голоді й руїнах.</w:t>
      </w:r>
    </w:p>
    <w:p>
      <w:r>
        <w:br/>
        <w:t>І при цьому голосно кричали "ура!", радіючи, що страшна війна, яку вели з ворогами, вже позаду і ворогам за все можна відплатити.</w:t>
      </w:r>
    </w:p>
    <w:p>
      <w:r>
        <w:br/>
        <w:t>А як покарати Гітлера? Довго не думали — вирішили втопити, щоб і сліду на землі не зосталося.</w:t>
      </w:r>
    </w:p>
    <w:p>
      <w:r>
        <w:br/>
        <w:t>— Може, я сам скочу в річку? — мовив Зяблик і зіщулився: було ще холоднувато.</w:t>
      </w:r>
    </w:p>
    <w:p>
      <w:r>
        <w:br/>
        <w:t>— Е-е, скочиш! — заперечили йому.— Скочиш — і вилізеш на берег. Ти ж умієш плавати!</w:t>
      </w:r>
    </w:p>
    <w:p>
      <w:r>
        <w:br/>
        <w:t>Гітлер не перечив — справді-бо вмів плавати. Тихої погоди перепливав без передишки цю річку до протилежного берега й назад. Крім того, вмів, набравши повні легені повітря, довго триматися під водою.</w:t>
      </w:r>
    </w:p>
    <w:p>
      <w:r>
        <w:br/>
        <w:t>Щоб не випірнув, надумали причепити йому до шиї камінь. І зразу ж знайшли неподалік чималенький валун, обліплений жовтою глиною.</w:t>
      </w:r>
    </w:p>
    <w:p>
      <w:r>
        <w:br/>
        <w:t>— Ну що, цей камінь підійде? — поспитали в Зяблика. Той підняв у руках камінь — й усміхнувся.</w:t>
      </w:r>
    </w:p>
    <w:p>
      <w:r>
        <w:br/>
        <w:t>— Підійде,— мовив.</w:t>
      </w:r>
    </w:p>
    <w:p>
      <w:r>
        <w:br/>
        <w:t>— То що, за пазуху запхнути?</w:t>
      </w:r>
    </w:p>
    <w:p>
      <w:r>
        <w:br/>
        <w:t>Спробували запхнути камінь за пазуху, проте не вліз. Та й Зяблик почав кричати, що дуже холодний.</w:t>
      </w:r>
    </w:p>
    <w:p>
      <w:r>
        <w:br/>
        <w:t>— А як же інакше? — питали в нього.</w:t>
      </w:r>
    </w:p>
    <w:p>
      <w:r>
        <w:br/>
        <w:t>— На паску підчепіть,— порадив сам Гітлер.— А пасок прив'яжіть до шиї.</w:t>
      </w:r>
    </w:p>
    <w:p>
      <w:r>
        <w:br/>
        <w:t>Хтось ізняв пасок, а що одним не можна обв'язати, щоб і для зашморга вистачило Зябликові, то він і свій пасок зняв та дав хлопцям. Був у нього гарненький пасок, із телячої шкіри, ще зовсім новий, а фігурна пряжка, яку Зяблик часто чистив, аж сяяла. Хлопцям та пряжка найбільше сподобалась, і хтось мовив:</w:t>
      </w:r>
    </w:p>
    <w:p>
      <w:r>
        <w:br/>
        <w:t>— Оце пряжка! Шкода такої, правда?</w:t>
      </w:r>
    </w:p>
    <w:p>
      <w:r>
        <w:br/>
        <w:t>— А чого там шкода,— заперечив Зяблик.— Хіба з нею що станеться?</w:t>
      </w:r>
    </w:p>
    <w:p>
      <w:r>
        <w:br/>
        <w:t>Згодилися, що з пряжкою нічого не станеться, ото хіба що шкіра трохи намокне. Добре припасували вагу, приладнали Зябликові до шиї й повели до річки.</w:t>
      </w:r>
    </w:p>
    <w:p>
      <w:r>
        <w:br/>
        <w:t>З протилежного берега повертався в човні дядько Родіон. Либонь, запідозрив щось, бо звівсь у човні і, розмахуючи руками, кричав. Діти звернули на нього увагу й стали дружно реготати — дуже смішним здався дядько Родіон. А той ухопився за весло й почав щодуху гребти. Течія зносила його човен...</w:t>
      </w:r>
    </w:p>
    <w:p>
      <w:r>
        <w:br/>
        <w:t>— Давайте швидше, а то Родіон летить.</w:t>
      </w:r>
    </w:p>
    <w:p>
      <w:r>
        <w:br/>
        <w:t>Спершу Гітлер ішов сам, а потім схопили його за руки, щоб не здумав вириватись. Вивели на кручу.</w:t>
      </w:r>
    </w:p>
    <w:p>
      <w:r>
        <w:br/>
        <w:t>— Сам стрибнеш? — запитали.</w:t>
      </w:r>
    </w:p>
    <w:p>
      <w:r>
        <w:br/>
        <w:t>І раптом у Зябликових очах з'явився страх — він зрозумів, що хлопці не жартують. Губи затремтіли, все на ньому настовбурчилося, став схожий на перелякане пташеня, котре відчуло подих небезпеки.</w:t>
      </w:r>
    </w:p>
    <w:p>
      <w:r>
        <w:br/>
        <w:t>— Хлопці! — закричав.— Та що ви? Хлопці! Ну!.. Погралися — і край...</w:t>
      </w:r>
    </w:p>
    <w:p>
      <w:r>
        <w:br/>
        <w:t>— Топіть Гітлера! Ура!</w:t>
      </w:r>
    </w:p>
    <w:p>
      <w:r>
        <w:br/>
        <w:t>Гурт насідав, Зяблика зіпхнули на самісінький край, хтось іще наддав плечем — і раптово Зяблик зірвався з кручі й полетів у річку.</w:t>
      </w:r>
    </w:p>
    <w:p>
      <w:r>
        <w:br/>
        <w:t>Тільки стояло в дитячих вухах його останнє:</w:t>
      </w:r>
    </w:p>
    <w:p>
      <w:r>
        <w:br/>
        <w:t>— Хло-о-опці!</w:t>
      </w:r>
    </w:p>
    <w:p>
      <w:r>
        <w:br/>
        <w:t>Й тоді, коли він зник під водою, діти зрозуміли, що сталося. Дехто кинувся тікати, дехто став спускатись до річки... Дядько Родіон, лаючись, поспішав до кручі. Зносило, і човен пристав ген-ген оддалік. Дядько, застряючи важкими чобітьми в піску, біг і, здається, ніяк не міг зрушити з місця.</w:t>
      </w:r>
    </w:p>
    <w:p>
      <w:r>
        <w:br/>
        <w:t>Весняна вода котилася швидко; на похмурій, зовсім надвечір згаслій поверхні, не виднілося жодного сліду...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Зяблик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