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Злодій</w:t>
      </w:r>
    </w:p>
    <w:p>
      <w:r>
        <w:br/>
        <w:t xml:space="preserve"> Дядька затримали чи впіймали —&lt;br /&gt;</w:t>
        <w:br/>
        <w:t>Дядька в сільраду ескортували.&lt;br /&gt;</w:t>
        <w:br/>
        <w:t>Дядька повчали і докоряли:&lt;br /&gt;</w:t>
        <w:br/>
        <w:t>"Як вам, дядьку, не ай-ай-ай&lt;br /&gt;</w:t>
        <w:br/>
        <w:t>Красти на полі свій урожай!&lt;br /&gt;</w:t>
        <w:br/>
        <w:t>У кого ви крали?&lt;br /&gt;</w:t>
        <w:br/>
        <w:t>Ви крали в себе.&lt;br /&gt;</w:t>
        <w:br/>
        <w:t>Це ж просто сором красти свій труд".&lt;br /&gt;</w:t>
        <w:br/>
        <w:t>Дядько понуро тім'я теребив&lt;br /&gt;</w:t>
        <w:br/>
        <w:t>І смакував махру.&lt;br /&gt;</w:t>
        <w:br/>
        <w:t>Дядько кліпав товстими віями,&lt;br /&gt;</w:t>
        <w:br/>
        <w:t>Важко дивитись в очі ганьби,&lt;br /&gt;</w:t>
        <w:br/>
        <w:t>Важко йому із домашніми мріями&lt;br /&gt;</w:t>
        <w:br/>
        <w:t>Враз осягнуть парадокси доби.&lt;br /&gt;</w:t>
        <w:br/>
        <w:t>"Так воно, так,— у кулак кахикав,-&lt;br /&gt;</w:t>
        <w:br/>
        <w:t>Красти пагано, куди вже гірш".&lt;br /&gt;</w:t>
        <w:br/>
        <w:t>Рвися з горлянки свавільним криком,&lt;br /&gt;</w:t>
        <w:br/>
        <w:t>Мій неслухняний вірш.&lt;br /&gt;</w:t>
        <w:br/>
        <w:t>— Чому він злодій?&lt;br /&gt;</w:t>
        <w:br/>
        <w:t>З якої речі?&lt;br /&gt;</w:t>
        <w:br/>
        <w:t>Чому він красти пішов своє?&lt;br /&gt;</w:t>
        <w:br/>
        <w:t>Давить той клунок мені на плечі,&lt;br /&gt;</w:t>
        <w:br/>
        <w:t>Сором у серце мені плює.&lt;br /&gt;</w:t>
        <w:br/>
        <w:t>Дядька я вбити зневагою мушу,&lt;br /&gt;</w:t>
        <w:br/>
        <w:t>Тільки у грудях клекоче гроза:&lt;br /&gt;</w:t>
        <w:br/>
        <w:t>Хто обікрав, обскуб його душу,&lt;br /&gt;</w:t>
        <w:br/>
        <w:t>Хто його совісті руки зв'язав?&lt;br /&gt;</w:t>
        <w:br/>
        <w:t>Де вони, ті відгодовані й сірі,&lt;br /&gt;</w:t>
        <w:br/>
        <w:t>Недорікуваті демагоги й брехуни,&lt;br /&gt;</w:t>
        <w:br/>
        <w:t>Що в'язи скрутили дядьковій вірі,&lt;br /&gt;</w:t>
        <w:br/>
        <w:t>Пробираючись у крісла й чини.&lt;br /&gt;</w:t>
        <w:br/>
        <w:t>Їх би за грати! Їх би до суду!&lt;br /&gt;</w:t>
        <w:br/>
        <w:t>Їх би до карцеру за розбій!&lt;br /&gt;</w:t>
        <w:br/>
        <w:t>Доказів мало??? Доказом будуть&lt;br /&gt;</w:t>
        <w:br/>
        <w:t>Лантухи вкрадених вір і надій.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Злодій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