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Зонька</w:t>
      </w:r>
    </w:p>
    <w:p>
      <w:r>
        <w:br/>
        <w:t xml:space="preserve"> В.Ц.</w:t>
      </w:r>
    </w:p>
    <w:p>
      <w:r>
        <w:br/>
        <w:t>Маленький хлопчик пас верблюда.&lt;br /&gt;</w:t>
        <w:br/>
        <w:t>То був життя його прелюд.&lt;br /&gt;</w:t>
        <w:br/>
        <w:t>Верблюд довірливий, як люди.&lt;br /&gt;</w:t>
        <w:br/>
        <w:t>І терпеливий — як верблюд.</w:t>
      </w:r>
    </w:p>
    <w:p>
      <w:r>
        <w:br/>
        <w:t>Було це десь там, біля Таврії,&lt;br /&gt;</w:t>
        <w:br/>
        <w:t>в степах, де гнеться ковила,&lt;br /&gt;</w:t>
        <w:br/>
        <w:t>де обрій піниться отарами, —&lt;br /&gt;</w:t>
        <w:br/>
        <w:t>колега коника й вола,</w:t>
      </w:r>
    </w:p>
    <w:p>
      <w:r>
        <w:br/>
        <w:t>горбате диво, привид Азії,&lt;br /&gt;</w:t>
        <w:br/>
        <w:t>сумирний жовтий страхолюд,&lt;br /&gt;</w:t>
        <w:br/>
        <w:t>з якоїсь придбаний оказії, —&lt;br /&gt;</w:t>
        <w:br/>
        <w:t>іде під вербами верблюд!</w:t>
      </w:r>
    </w:p>
    <w:p>
      <w:r>
        <w:br/>
        <w:t>Собаче кодло сполошиться,&lt;br /&gt;</w:t>
        <w:br/>
        <w:t>тікає кішка на вербу.&lt;br /&gt;</w:t>
        <w:br/>
        <w:t>Нахарапуджена лошиця,&lt;br /&gt;</w:t>
        <w:br/>
        <w:t>рвонувши, виверне гарбу.</w:t>
      </w:r>
    </w:p>
    <w:p>
      <w:r>
        <w:br/>
        <w:t>А він іде, не ображається.&lt;br /&gt;</w:t>
        <w:br/>
        <w:t>Скубне травинку на гарбі.&lt;br /&gt;</w:t>
        <w:br/>
        <w:t>А він іде — як увижається&lt;br /&gt;</w:t>
        <w:br/>
        <w:t>степам, і людям, і собі...</w:t>
      </w:r>
    </w:p>
    <w:p>
      <w:r>
        <w:br/>
        <w:t>В степу верблюдові роздолля,&lt;br /&gt;</w:t>
        <w:br/>
        <w:t>він каже хлопчику: диви,&lt;br /&gt;</w:t>
        <w:br/>
        <w:t>така скупа на щастя доля&lt;br /&gt;</w:t>
        <w:br/>
        <w:t>послала стільки нам трави!</w:t>
      </w:r>
    </w:p>
    <w:p>
      <w:r>
        <w:br/>
        <w:t>А хлопчик згорнеться калачиком,&lt;br /&gt;</w:t>
        <w:br/>
        <w:t>уткнеться в шерсть йому стару.&lt;br /&gt;</w:t>
        <w:br/>
        <w:t>Малює сон веселим квачиком&lt;br /&gt;</w:t>
        <w:br/>
        <w:t>і Самарканд, і Бухару.</w:t>
      </w:r>
    </w:p>
    <w:p>
      <w:r>
        <w:br/>
        <w:t>Заходить сонце. Чорні круки&lt;br /&gt;</w:t>
        <w:br/>
        <w:t>сидять на плечах скіфських баб,&lt;br /&gt;</w:t>
        <w:br/>
        <w:t>і вечір гріє сині руки&lt;br /&gt;</w:t>
        <w:br/>
        <w:t>над жовтим вогнищем кульбаб.</w:t>
      </w:r>
    </w:p>
    <w:p>
      <w:r>
        <w:br/>
        <w:t>Червоний гребінь горизонту...&lt;br /&gt;</w:t>
        <w:br/>
        <w:t>Кирпатий босий бедуїн...&lt;br /&gt;</w:t>
        <w:br/>
        <w:t>Чомусь верблюда звали Зонька.&lt;br /&gt;</w:t>
        <w:br/>
        <w:t>Він був з далеких десь країн.</w:t>
      </w:r>
    </w:p>
    <w:p>
      <w:r>
        <w:br/>
        <w:t>Тварина добра, неледача,&lt;br /&gt;</w:t>
        <w:br/>
        <w:t>на все дивився зверху вниз.&lt;br /&gt;</w:t>
        <w:br/>
        <w:t>Цікавість — хиба його вдачі,&lt;br /&gt;</w:t>
        <w:br/>
        <w:t>тому і вовк його загриз.</w:t>
      </w:r>
    </w:p>
    <w:p>
      <w:r>
        <w:br/>
        <w:t>Ох, Зонька, Зонька, тигр — це краще.&lt;br /&gt;</w:t>
        <w:br/>
        <w:t>А вовку хитрість в голові.&lt;br /&gt;</w:t>
        <w:br/>
        <w:t>Підкрався, хижий, скімлив, лащивсь.&lt;br /&gt;</w:t>
        <w:br/>
        <w:t>Вищить, качається в траві.</w:t>
      </w:r>
    </w:p>
    <w:p>
      <w:r>
        <w:br/>
        <w:t>Отак він Зоньку й заморочив.&lt;br /&gt;</w:t>
        <w:br/>
        <w:t>Цікаво Зоньці: що воно?&lt;br /&gt;</w:t>
        <w:br/>
        <w:t>Верблюд схилився — вовк доскочив...&lt;br /&gt;</w:t>
        <w:br/>
        <w:t>Все так недавно, так давно!..</w:t>
      </w:r>
    </w:p>
    <w:p>
      <w:r>
        <w:br/>
        <w:t>Степи, степи, стерня та роси.&lt;br /&gt;</w:t>
        <w:br/>
        <w:t>Веселка в літа на брові.&lt;br /&gt;</w:t>
        <w:br/>
        <w:t>Маленький хлопчик став дорослим.&lt;br /&gt;</w:t>
        <w:br/>
        <w:t>...А вовк качається в траві.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