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та снігир</w:t>
      </w:r>
    </w:p>
    <w:p>
      <w:r>
        <w:br/>
        <w:t xml:space="preserve"> На дубі сидячи, Зозуля куковала:&lt;br /&gt;</w:t>
        <w:br/>
        <w:t>"Що за годи тепер, зовсім не можна жить!&lt;br /&gt;</w:t>
        <w:br/>
        <w:t>Одколи, як тепло вже стало,&lt;br /&gt;</w:t>
        <w:br/>
        <w:t>А гусені нема, черви зовсім так мало.&lt;br /&gt;</w:t>
        <w:br/>
        <w:t>Прийшлось із голоду хоч у кулак трубить".&lt;br /&gt;</w:t>
        <w:br/>
        <w:t>"Нащо вам так квилить, мій Боже милий? —&lt;br /&gt;</w:t>
        <w:br/>
        <w:t>Снігир Зозулю перебив. —&lt;br /&gt;</w:t>
        <w:br/>
        <w:t>Коли б я мав ваш стан і сили,&lt;br /&gt;</w:t>
        <w:br/>
        <w:t>Оцю я погань би не їв,&lt;br /&gt;</w:t>
        <w:br/>
        <w:t>Щоб сей да той мене, коли б я не доскочив&lt;br /&gt;</w:t>
        <w:br/>
        <w:t>Собі щодня шматок м’ясця.&lt;br /&gt;</w:t>
        <w:br/>
        <w:t>От кобець — менший вас, а їсти як захоче —&lt;br /&gt;</w:t>
        <w:br/>
        <w:t>Летить і душить горобця.&lt;br /&gt;</w:t>
        <w:br/>
        <w:t>Зате він з голоду ніколи не нудився".&lt;br /&gt;</w:t>
        <w:br/>
        <w:t>"Дурний! дурний! а в школі вчився! —&lt;br /&gt;</w:t>
        <w:br/>
        <w:t>Зозуля Снігиру в одвіт. —&lt;br /&gt;</w:t>
        <w:br/>
        <w:t>Замісто горобця я з’їм жуків десяток&lt;br /&gt;</w:t>
        <w:br/>
        <w:t>Да гусені, черви десятків три в наддаток&lt;br /&gt;</w:t>
        <w:br/>
        <w:t>І все-таки наїмсь; зате спитай ввесь світ,&lt;br /&gt;</w:t>
        <w:br/>
        <w:t>Яка Зозуленька? Всі скажуть: птиця славна,&lt;br /&gt;</w:t>
        <w:br/>
        <w:t>Живе собі, як панна,&lt;br /&gt;</w:t>
        <w:br/>
        <w:t>Гуляє у садку, нічого не псує,&lt;br /&gt;</w:t>
        <w:br/>
        <w:t>По гілочках намистечко кує,&lt;br /&gt;</w:t>
        <w:br/>
        <w:t>Да скілько літ кому прожить віщує;&lt;br /&gt;</w:t>
        <w:br/>
        <w:t>Нехай же здумаю... да що тобі й казать!&lt;br /&gt;</w:t>
        <w:br/>
        <w:t>Хоч злидні в пір’ї обідрать,&lt;br /&gt;</w:t>
        <w:br/>
        <w:t>Ввесь птичий рід зарепетує:&lt;br /&gt;</w:t>
        <w:br/>
        <w:t>"Зозуля м’ясо жре, Зозуля хищний птах!&lt;br /&gt;</w:t>
        <w:br/>
        <w:t>Троха чи не бажа вона Орла із’їсти!"&lt;br /&gt;</w:t>
        <w:br/>
        <w:t>Прощай тогді, моє життя в садах!&lt;br /&gt;</w:t>
        <w:br/>
        <w:t>Прийшлось би утікать хоч за море безвісти,&lt;br /&gt;</w:t>
        <w:br/>
        <w:t>Так лучче ж тута жить да зводить черв’ячків".&lt;br /&gt;</w:t>
        <w:br/>
        <w:t>Хто хоче полюбить суддю грошозаплода,&lt;br /&gt;</w:t>
        <w:br/>
        <w:t>Про його розпитай панів,&lt;br /&gt;</w:t>
        <w:br/>
        <w:t>А не питай у простого народа.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та снігир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